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77684" w14:textId="77777777" w:rsidR="008A047F" w:rsidRPr="003A7FD5" w:rsidRDefault="00000000" w:rsidP="008A047F">
      <w:pPr>
        <w:pStyle w:val="Title"/>
        <w:jc w:val="center"/>
        <w:rPr>
          <w:sz w:val="40"/>
          <w:szCs w:val="40"/>
        </w:rPr>
      </w:pPr>
      <w:r w:rsidRPr="003A7FD5">
        <w:rPr>
          <w:sz w:val="40"/>
          <w:szCs w:val="40"/>
        </w:rPr>
        <w:t xml:space="preserve">Model de </w:t>
      </w:r>
      <w:proofErr w:type="spellStart"/>
      <w:r w:rsidRPr="003A7FD5">
        <w:rPr>
          <w:sz w:val="40"/>
          <w:szCs w:val="40"/>
        </w:rPr>
        <w:t>raport</w:t>
      </w:r>
      <w:proofErr w:type="spellEnd"/>
    </w:p>
    <w:p w14:paraId="6E3AACBF" w14:textId="77777777" w:rsidR="00AE1A64" w:rsidRPr="008A047F" w:rsidRDefault="00000000">
      <w:pPr>
        <w:pStyle w:val="Title"/>
        <w:rPr>
          <w:sz w:val="36"/>
          <w:szCs w:val="36"/>
          <w:lang w:val="ro-RO"/>
        </w:rPr>
      </w:pPr>
      <w:r w:rsidRPr="008A047F">
        <w:rPr>
          <w:sz w:val="36"/>
          <w:szCs w:val="36"/>
        </w:rPr>
        <w:t>Samudaripen</w:t>
      </w:r>
      <w:r w:rsidR="008A047F" w:rsidRPr="008A047F">
        <w:rPr>
          <w:sz w:val="36"/>
          <w:szCs w:val="36"/>
        </w:rPr>
        <w:t xml:space="preserve"> – </w:t>
      </w:r>
      <w:proofErr w:type="spellStart"/>
      <w:r w:rsidR="008A047F" w:rsidRPr="008A047F">
        <w:rPr>
          <w:sz w:val="36"/>
          <w:szCs w:val="36"/>
        </w:rPr>
        <w:t>Holocaustul</w:t>
      </w:r>
      <w:proofErr w:type="spellEnd"/>
      <w:r w:rsidR="008A047F" w:rsidRPr="008A047F">
        <w:rPr>
          <w:sz w:val="36"/>
          <w:szCs w:val="36"/>
        </w:rPr>
        <w:t xml:space="preserve"> </w:t>
      </w:r>
      <w:r w:rsidR="008A047F" w:rsidRPr="008A047F">
        <w:rPr>
          <w:sz w:val="36"/>
          <w:szCs w:val="36"/>
          <w:lang w:val="ro-RO"/>
        </w:rPr>
        <w:t>împotriva Romilor – 2 August</w:t>
      </w:r>
    </w:p>
    <w:p w14:paraId="5C0212E5" w14:textId="77777777" w:rsidR="00AE1A64" w:rsidRPr="00C162D7" w:rsidRDefault="00000000" w:rsidP="00126C34">
      <w:pPr>
        <w:jc w:val="both"/>
      </w:pPr>
      <w:proofErr w:type="spellStart"/>
      <w:r w:rsidRPr="00C162D7">
        <w:t>Acest</w:t>
      </w:r>
      <w:proofErr w:type="spellEnd"/>
      <w:r w:rsidRPr="00C162D7">
        <w:t xml:space="preserve"> model de </w:t>
      </w:r>
      <w:proofErr w:type="spellStart"/>
      <w:r w:rsidRPr="00C162D7">
        <w:t>raport</w:t>
      </w:r>
      <w:proofErr w:type="spellEnd"/>
      <w:r w:rsidRPr="00C162D7">
        <w:t xml:space="preserve"> </w:t>
      </w:r>
      <w:proofErr w:type="spellStart"/>
      <w:r w:rsidRPr="00C162D7">
        <w:t>este</w:t>
      </w:r>
      <w:proofErr w:type="spellEnd"/>
      <w:r w:rsidRPr="00C162D7">
        <w:t xml:space="preserve"> pus la </w:t>
      </w:r>
      <w:proofErr w:type="spellStart"/>
      <w:r w:rsidRPr="00C162D7">
        <w:t>dispoziția</w:t>
      </w:r>
      <w:proofErr w:type="spellEnd"/>
      <w:r w:rsidRPr="00C162D7">
        <w:t xml:space="preserve"> unităților de învățământ pentru a documenta activitățile organizate cu prilejul Zilei de comemorare a Holocaustului împotriva Romilor – Samudaripen (2 august).</w:t>
      </w:r>
    </w:p>
    <w:p w14:paraId="569BD09A" w14:textId="77777777" w:rsidR="00C162D7" w:rsidRDefault="00000000">
      <w:r w:rsidRPr="00C162D7">
        <w:br/>
        <w:t>Unitatea de învățământ: _____________________________</w:t>
      </w:r>
      <w:r w:rsidRPr="00C162D7">
        <w:br/>
        <w:t>Localitatea/Județul: _______________________________</w:t>
      </w:r>
      <w:r w:rsidRPr="00C162D7">
        <w:br/>
        <w:t>Profesor coordonator: _____________________________</w:t>
      </w:r>
      <w:r w:rsidRPr="00C162D7">
        <w:br/>
        <w:t>Perioada desfășurării activităților: _______________</w:t>
      </w:r>
      <w:r w:rsidRPr="00C162D7">
        <w:br/>
      </w:r>
      <w:r w:rsidRPr="00C162D7">
        <w:br/>
        <w:t>1. Tipuri de activități organizate (bifați și descrieți succint):</w:t>
      </w:r>
      <w:r w:rsidRPr="00C162D7">
        <w:br/>
        <w:t xml:space="preserve">- </w:t>
      </w:r>
      <w:proofErr w:type="gramStart"/>
      <w:r w:rsidRPr="00C162D7">
        <w:t>[ ]</w:t>
      </w:r>
      <w:proofErr w:type="gramEnd"/>
      <w:r w:rsidRPr="00C162D7">
        <w:t xml:space="preserve"> Lecții tematice/dezbateri</w:t>
      </w:r>
      <w:r w:rsidRPr="00C162D7">
        <w:br/>
        <w:t xml:space="preserve">- </w:t>
      </w:r>
      <w:proofErr w:type="gramStart"/>
      <w:r w:rsidRPr="00C162D7">
        <w:t>[ ]</w:t>
      </w:r>
      <w:proofErr w:type="gramEnd"/>
      <w:r w:rsidRPr="00C162D7">
        <w:t xml:space="preserve"> Prezentări realizate de elevi</w:t>
      </w:r>
      <w:r w:rsidRPr="00C162D7">
        <w:br/>
        <w:t xml:space="preserve">- </w:t>
      </w:r>
      <w:proofErr w:type="gramStart"/>
      <w:r w:rsidRPr="00C162D7">
        <w:t>[ ]</w:t>
      </w:r>
      <w:proofErr w:type="gramEnd"/>
      <w:r w:rsidRPr="00C162D7">
        <w:t xml:space="preserve"> Proiecte de cercetare</w:t>
      </w:r>
      <w:r w:rsidRPr="00C162D7">
        <w:br/>
        <w:t xml:space="preserve">- </w:t>
      </w:r>
      <w:proofErr w:type="gramStart"/>
      <w:r w:rsidRPr="00C162D7">
        <w:t>[ ]</w:t>
      </w:r>
      <w:proofErr w:type="gramEnd"/>
      <w:r w:rsidRPr="00C162D7">
        <w:t xml:space="preserve"> Expoziții artistice</w:t>
      </w:r>
      <w:r w:rsidRPr="00C162D7">
        <w:br/>
        <w:t xml:space="preserve">- </w:t>
      </w:r>
      <w:proofErr w:type="gramStart"/>
      <w:r w:rsidRPr="00C162D7">
        <w:t>[ ]</w:t>
      </w:r>
      <w:proofErr w:type="gramEnd"/>
      <w:r w:rsidRPr="00C162D7">
        <w:t xml:space="preserve"> Activități comemorative (reculegere, marșuri etc.)</w:t>
      </w:r>
      <w:r w:rsidRPr="00C162D7">
        <w:br/>
        <w:t xml:space="preserve">- </w:t>
      </w:r>
      <w:proofErr w:type="gramStart"/>
      <w:r w:rsidRPr="00C162D7">
        <w:t>[ ]</w:t>
      </w:r>
      <w:proofErr w:type="gramEnd"/>
      <w:r w:rsidRPr="00C162D7">
        <w:t xml:space="preserve"> Colaborări externe (muzee, ONG-uri, comunități rome)</w:t>
      </w:r>
      <w:r w:rsidRPr="00C162D7">
        <w:br/>
        <w:t xml:space="preserve">- </w:t>
      </w:r>
      <w:proofErr w:type="gramStart"/>
      <w:r w:rsidRPr="00C162D7">
        <w:t>[ ]</w:t>
      </w:r>
      <w:proofErr w:type="gramEnd"/>
      <w:r w:rsidRPr="00C162D7">
        <w:t xml:space="preserve"> Altele: _______________________________________</w:t>
      </w:r>
      <w:r w:rsidRPr="00C162D7">
        <w:br/>
      </w:r>
      <w:r w:rsidRPr="00C162D7">
        <w:br/>
        <w:t>2. Scopul și mesajul activităților (max. 10 rânduri):</w:t>
      </w:r>
      <w:r w:rsidRPr="00C162D7">
        <w:br/>
      </w:r>
      <w:r w:rsidRPr="00C162D7">
        <w:br/>
        <w:t>____________________________________________________</w:t>
      </w:r>
      <w:r w:rsidRPr="00C162D7">
        <w:br/>
      </w:r>
      <w:r w:rsidRPr="00C162D7">
        <w:br/>
        <w:t>3. Număr de participanți:</w:t>
      </w:r>
      <w:r w:rsidRPr="00C162D7">
        <w:br/>
        <w:t>- Elevi: _________</w:t>
      </w:r>
      <w:r w:rsidRPr="00C162D7">
        <w:br/>
        <w:t>- Cadre didactice: _________</w:t>
      </w:r>
      <w:r w:rsidRPr="00C162D7">
        <w:br/>
        <w:t>- Invitați/colaboratori: _________</w:t>
      </w:r>
      <w:r w:rsidRPr="00C162D7">
        <w:br/>
      </w:r>
      <w:r w:rsidRPr="00C162D7">
        <w:br/>
        <w:t>4. Rezultate și impact observat (atitudini, reacții, implicare):</w:t>
      </w:r>
      <w:r w:rsidRPr="00C162D7">
        <w:br/>
      </w:r>
      <w:r w:rsidRPr="00C162D7">
        <w:br/>
        <w:t>____________________________________________________</w:t>
      </w:r>
      <w:r w:rsidRPr="00C162D7">
        <w:br/>
      </w:r>
      <w:r w:rsidRPr="00C162D7">
        <w:br/>
        <w:t>5. Fotografii sau linkuri către materiale create:</w:t>
      </w:r>
      <w:r w:rsidRPr="00C162D7">
        <w:br/>
        <w:t>____________________________________________________</w:t>
      </w:r>
      <w:r w:rsidRPr="00C162D7">
        <w:br/>
      </w:r>
      <w:r w:rsidRPr="00C162D7">
        <w:br/>
        <w:t>6. Chestionare de evaluare aplicate:</w:t>
      </w:r>
      <w:r w:rsidRPr="00C162D7">
        <w:br/>
        <w:t xml:space="preserve">- </w:t>
      </w:r>
      <w:proofErr w:type="gramStart"/>
      <w:r w:rsidRPr="00C162D7">
        <w:t>[ ]</w:t>
      </w:r>
      <w:proofErr w:type="gramEnd"/>
      <w:r w:rsidRPr="00C162D7">
        <w:t xml:space="preserve"> Da (Nr. chestionare: _______)</w:t>
      </w:r>
      <w:r w:rsidRPr="00C162D7">
        <w:br/>
        <w:t xml:space="preserve">- </w:t>
      </w:r>
      <w:proofErr w:type="gramStart"/>
      <w:r w:rsidRPr="00C162D7">
        <w:t>[ ]</w:t>
      </w:r>
      <w:proofErr w:type="gramEnd"/>
      <w:r w:rsidRPr="00C162D7">
        <w:t xml:space="preserve"> Nu</w:t>
      </w:r>
      <w:r w:rsidRPr="00C162D7">
        <w:br/>
      </w:r>
      <w:r w:rsidRPr="00C162D7">
        <w:br/>
        <w:t>Data: _____________</w:t>
      </w:r>
      <w:r w:rsidRPr="00C162D7">
        <w:br/>
      </w:r>
    </w:p>
    <w:p w14:paraId="329E95FD" w14:textId="77777777" w:rsidR="00AE1A64" w:rsidRPr="00C162D7" w:rsidRDefault="00000000">
      <w:proofErr w:type="spellStart"/>
      <w:r w:rsidRPr="00C162D7">
        <w:t>Semnătura</w:t>
      </w:r>
      <w:proofErr w:type="spellEnd"/>
      <w:r w:rsidRPr="00C162D7">
        <w:t xml:space="preserve"> </w:t>
      </w:r>
      <w:proofErr w:type="spellStart"/>
      <w:r w:rsidRPr="00C162D7">
        <w:t>coordonatorului</w:t>
      </w:r>
      <w:proofErr w:type="spellEnd"/>
      <w:r w:rsidRPr="00C162D7">
        <w:t>: ________________________</w:t>
      </w:r>
      <w:r w:rsidRPr="00C162D7">
        <w:br/>
      </w:r>
    </w:p>
    <w:sectPr w:rsidR="00AE1A64" w:rsidRPr="00C162D7" w:rsidSect="008A047F">
      <w:pgSz w:w="12240" w:h="15840"/>
      <w:pgMar w:top="900" w:right="1440" w:bottom="1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9838074">
    <w:abstractNumId w:val="8"/>
  </w:num>
  <w:num w:numId="2" w16cid:durableId="2070883068">
    <w:abstractNumId w:val="6"/>
  </w:num>
  <w:num w:numId="3" w16cid:durableId="1219392103">
    <w:abstractNumId w:val="5"/>
  </w:num>
  <w:num w:numId="4" w16cid:durableId="1874611505">
    <w:abstractNumId w:val="4"/>
  </w:num>
  <w:num w:numId="5" w16cid:durableId="592084286">
    <w:abstractNumId w:val="7"/>
  </w:num>
  <w:num w:numId="6" w16cid:durableId="1999845725">
    <w:abstractNumId w:val="3"/>
  </w:num>
  <w:num w:numId="7" w16cid:durableId="1043600813">
    <w:abstractNumId w:val="2"/>
  </w:num>
  <w:num w:numId="8" w16cid:durableId="518854816">
    <w:abstractNumId w:val="1"/>
  </w:num>
  <w:num w:numId="9" w16cid:durableId="331839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26C34"/>
    <w:rsid w:val="0015074B"/>
    <w:rsid w:val="0029639D"/>
    <w:rsid w:val="002A0796"/>
    <w:rsid w:val="00326F90"/>
    <w:rsid w:val="003A7FD5"/>
    <w:rsid w:val="006D1406"/>
    <w:rsid w:val="00742331"/>
    <w:rsid w:val="00745996"/>
    <w:rsid w:val="008A047F"/>
    <w:rsid w:val="008F4C41"/>
    <w:rsid w:val="00AA1D8D"/>
    <w:rsid w:val="00AE1A64"/>
    <w:rsid w:val="00B47730"/>
    <w:rsid w:val="00B94158"/>
    <w:rsid w:val="00C162D7"/>
    <w:rsid w:val="00CB0664"/>
    <w:rsid w:val="00DE01F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E49B0F"/>
  <w14:defaultImageDpi w14:val="300"/>
  <w15:docId w15:val="{3D34A464-42A5-44F5-9268-50D3D3332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Marian Daragiu</cp:lastModifiedBy>
  <cp:revision>8</cp:revision>
  <dcterms:created xsi:type="dcterms:W3CDTF">2025-03-25T11:58:00Z</dcterms:created>
  <dcterms:modified xsi:type="dcterms:W3CDTF">2025-07-23T09:48:00Z</dcterms:modified>
  <cp:category/>
</cp:coreProperties>
</file>