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AAE38" w14:textId="77777777" w:rsidR="001841CD" w:rsidRPr="00BF0A29" w:rsidRDefault="00000000">
      <w:pPr>
        <w:pStyle w:val="Title"/>
        <w:rPr>
          <w:sz w:val="40"/>
          <w:szCs w:val="40"/>
        </w:rPr>
      </w:pPr>
      <w:r w:rsidRPr="00BF0A29">
        <w:rPr>
          <w:sz w:val="40"/>
          <w:szCs w:val="40"/>
        </w:rPr>
        <w:t>Chestionar de evaluare – Samudaripen</w:t>
      </w:r>
    </w:p>
    <w:p w14:paraId="20BA832C" w14:textId="77777777" w:rsidR="001841CD" w:rsidRPr="0035405F" w:rsidRDefault="00000000" w:rsidP="00107EEB">
      <w:pPr>
        <w:jc w:val="both"/>
        <w:rPr>
          <w:sz w:val="24"/>
          <w:szCs w:val="24"/>
        </w:rPr>
      </w:pPr>
      <w:r w:rsidRPr="0035405F">
        <w:rPr>
          <w:sz w:val="24"/>
          <w:szCs w:val="24"/>
        </w:rPr>
        <w:t>Acest chestionar poate fi aplicat elevilor și cadrelor didactice care au participat la activitățile desfășurate cu ocazia Zilei de comemorare a Holocaustului împotriva Romilor – Samudaripen (2 august).</w:t>
      </w:r>
    </w:p>
    <w:p w14:paraId="421CDB93" w14:textId="77777777" w:rsidR="00856F38" w:rsidRDefault="00856F38">
      <w:pPr>
        <w:rPr>
          <w:sz w:val="24"/>
          <w:szCs w:val="24"/>
        </w:rPr>
      </w:pPr>
      <w:r>
        <w:rPr>
          <w:sz w:val="24"/>
          <w:szCs w:val="24"/>
          <w:lang w:val="ro-RO"/>
        </w:rPr>
        <w:t>Județ________________, Localitate______________________Școala_________________________________</w:t>
      </w:r>
      <w:r w:rsidR="00000000" w:rsidRPr="0035405F">
        <w:rPr>
          <w:sz w:val="24"/>
          <w:szCs w:val="24"/>
        </w:rPr>
        <w:br/>
      </w:r>
    </w:p>
    <w:p w14:paraId="2E46E6F5" w14:textId="4020B718" w:rsidR="001841CD" w:rsidRPr="0035405F" w:rsidRDefault="00000000">
      <w:pPr>
        <w:rPr>
          <w:sz w:val="24"/>
          <w:szCs w:val="24"/>
        </w:rPr>
      </w:pPr>
      <w:r w:rsidRPr="0035405F">
        <w:rPr>
          <w:sz w:val="24"/>
          <w:szCs w:val="24"/>
        </w:rPr>
        <w:t>A. Sunt:</w:t>
      </w:r>
      <w:r w:rsidRPr="0035405F">
        <w:rPr>
          <w:sz w:val="24"/>
          <w:szCs w:val="24"/>
        </w:rPr>
        <w:br/>
        <w:t>- [ ] Elev</w:t>
      </w:r>
      <w:r w:rsidRPr="0035405F">
        <w:rPr>
          <w:sz w:val="24"/>
          <w:szCs w:val="24"/>
        </w:rPr>
        <w:br/>
        <w:t>- [ ] Cadru didactic</w:t>
      </w:r>
      <w:r w:rsidRPr="0035405F">
        <w:rPr>
          <w:sz w:val="24"/>
          <w:szCs w:val="24"/>
        </w:rPr>
        <w:br/>
      </w:r>
      <w:r w:rsidRPr="0035405F">
        <w:rPr>
          <w:sz w:val="24"/>
          <w:szCs w:val="24"/>
        </w:rPr>
        <w:br/>
        <w:t>B. Cum apreciezi activitatea la care ai participat?</w:t>
      </w:r>
      <w:r w:rsidRPr="0035405F">
        <w:rPr>
          <w:sz w:val="24"/>
          <w:szCs w:val="24"/>
        </w:rPr>
        <w:br/>
        <w:t>- [ ] Foarte interesantă</w:t>
      </w:r>
      <w:r w:rsidRPr="0035405F">
        <w:rPr>
          <w:sz w:val="24"/>
          <w:szCs w:val="24"/>
        </w:rPr>
        <w:br/>
        <w:t>- [ ] Interesantă</w:t>
      </w:r>
      <w:r w:rsidRPr="0035405F">
        <w:rPr>
          <w:sz w:val="24"/>
          <w:szCs w:val="24"/>
        </w:rPr>
        <w:br/>
        <w:t>- [ ] Parțial interesantă</w:t>
      </w:r>
      <w:r w:rsidRPr="0035405F">
        <w:rPr>
          <w:sz w:val="24"/>
          <w:szCs w:val="24"/>
        </w:rPr>
        <w:br/>
        <w:t>- [ ] Neinteresantă</w:t>
      </w:r>
      <w:r w:rsidRPr="0035405F">
        <w:rPr>
          <w:sz w:val="24"/>
          <w:szCs w:val="24"/>
        </w:rPr>
        <w:br/>
      </w:r>
      <w:r w:rsidRPr="0035405F">
        <w:rPr>
          <w:sz w:val="24"/>
          <w:szCs w:val="24"/>
        </w:rPr>
        <w:br/>
        <w:t>C. Ce ai învățat nou? (alege 2+ variante):</w:t>
      </w:r>
      <w:r w:rsidRPr="0035405F">
        <w:rPr>
          <w:sz w:val="24"/>
          <w:szCs w:val="24"/>
        </w:rPr>
        <w:br/>
        <w:t>- [ ] Cine au fost romii deportați în Holocaust</w:t>
      </w:r>
      <w:r w:rsidRPr="0035405F">
        <w:rPr>
          <w:sz w:val="24"/>
          <w:szCs w:val="24"/>
        </w:rPr>
        <w:br/>
        <w:t>- [ ] Ce s-a întâmplat pe 2 august 1944</w:t>
      </w:r>
      <w:r w:rsidRPr="0035405F">
        <w:rPr>
          <w:sz w:val="24"/>
          <w:szCs w:val="24"/>
        </w:rPr>
        <w:br/>
        <w:t>- [ ] Ce înseamnă Samudaripen</w:t>
      </w:r>
      <w:r w:rsidRPr="0035405F">
        <w:rPr>
          <w:sz w:val="24"/>
          <w:szCs w:val="24"/>
        </w:rPr>
        <w:br/>
        <w:t>- [ ] Ce înseamnă respectul și memoria față de alții</w:t>
      </w:r>
      <w:r w:rsidRPr="0035405F">
        <w:rPr>
          <w:sz w:val="24"/>
          <w:szCs w:val="24"/>
        </w:rPr>
        <w:br/>
        <w:t>- [ ] Altceva: _____________________________</w:t>
      </w:r>
      <w:r w:rsidRPr="0035405F">
        <w:rPr>
          <w:sz w:val="24"/>
          <w:szCs w:val="24"/>
        </w:rPr>
        <w:br/>
      </w:r>
      <w:r w:rsidRPr="0035405F">
        <w:rPr>
          <w:sz w:val="24"/>
          <w:szCs w:val="24"/>
        </w:rPr>
        <w:br/>
        <w:t>D. Cum te-ai simțit în timpul activității?</w:t>
      </w:r>
      <w:r w:rsidRPr="0035405F">
        <w:rPr>
          <w:sz w:val="24"/>
          <w:szCs w:val="24"/>
        </w:rPr>
        <w:br/>
        <w:t>- [ ] Implicat(ă)</w:t>
      </w:r>
      <w:r w:rsidRPr="0035405F">
        <w:rPr>
          <w:sz w:val="24"/>
          <w:szCs w:val="24"/>
        </w:rPr>
        <w:br/>
        <w:t>- [ ] Curios/oasă</w:t>
      </w:r>
      <w:r w:rsidRPr="0035405F">
        <w:rPr>
          <w:sz w:val="24"/>
          <w:szCs w:val="24"/>
        </w:rPr>
        <w:br/>
        <w:t>- [ ] Emoționat(ă)</w:t>
      </w:r>
      <w:r w:rsidRPr="0035405F">
        <w:rPr>
          <w:sz w:val="24"/>
          <w:szCs w:val="24"/>
        </w:rPr>
        <w:br/>
        <w:t>- [ ] Indiferent(ă)</w:t>
      </w:r>
      <w:r w:rsidRPr="0035405F">
        <w:rPr>
          <w:sz w:val="24"/>
          <w:szCs w:val="24"/>
        </w:rPr>
        <w:br/>
      </w:r>
      <w:r w:rsidRPr="0035405F">
        <w:rPr>
          <w:sz w:val="24"/>
          <w:szCs w:val="24"/>
        </w:rPr>
        <w:br/>
        <w:t>E. Ce ți-a plăcut cel mai mult?</w:t>
      </w:r>
      <w:r w:rsidRPr="0035405F">
        <w:rPr>
          <w:sz w:val="24"/>
          <w:szCs w:val="24"/>
        </w:rPr>
        <w:br/>
        <w:t>____________________________________________________</w:t>
      </w:r>
      <w:r w:rsidRPr="0035405F">
        <w:rPr>
          <w:sz w:val="24"/>
          <w:szCs w:val="24"/>
        </w:rPr>
        <w:br/>
      </w:r>
      <w:r w:rsidRPr="0035405F">
        <w:rPr>
          <w:sz w:val="24"/>
          <w:szCs w:val="24"/>
        </w:rPr>
        <w:br/>
        <w:t>F. Ai idei de alte activități pe această temă?</w:t>
      </w:r>
      <w:r w:rsidRPr="0035405F">
        <w:rPr>
          <w:sz w:val="24"/>
          <w:szCs w:val="24"/>
        </w:rPr>
        <w:br/>
        <w:t>____________________________________________________</w:t>
      </w:r>
      <w:r w:rsidRPr="0035405F">
        <w:rPr>
          <w:sz w:val="24"/>
          <w:szCs w:val="24"/>
        </w:rPr>
        <w:br/>
      </w:r>
      <w:r w:rsidRPr="0035405F">
        <w:rPr>
          <w:sz w:val="24"/>
          <w:szCs w:val="24"/>
        </w:rPr>
        <w:br/>
        <w:t>G. Sugestii pentru viitor:</w:t>
      </w:r>
      <w:r w:rsidRPr="0035405F">
        <w:rPr>
          <w:sz w:val="24"/>
          <w:szCs w:val="24"/>
        </w:rPr>
        <w:br/>
        <w:t>____________________________________________________</w:t>
      </w:r>
      <w:r w:rsidRPr="0035405F">
        <w:rPr>
          <w:sz w:val="24"/>
          <w:szCs w:val="24"/>
        </w:rPr>
        <w:br/>
      </w:r>
    </w:p>
    <w:sectPr w:rsidR="001841CD" w:rsidRPr="0035405F" w:rsidSect="00856F38">
      <w:pgSz w:w="12240" w:h="15840"/>
      <w:pgMar w:top="1440" w:right="1800" w:bottom="1135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06306677">
    <w:abstractNumId w:val="8"/>
  </w:num>
  <w:num w:numId="2" w16cid:durableId="1520582739">
    <w:abstractNumId w:val="6"/>
  </w:num>
  <w:num w:numId="3" w16cid:durableId="1771897036">
    <w:abstractNumId w:val="5"/>
  </w:num>
  <w:num w:numId="4" w16cid:durableId="1403407475">
    <w:abstractNumId w:val="4"/>
  </w:num>
  <w:num w:numId="5" w16cid:durableId="1599364027">
    <w:abstractNumId w:val="7"/>
  </w:num>
  <w:num w:numId="6" w16cid:durableId="1231498781">
    <w:abstractNumId w:val="3"/>
  </w:num>
  <w:num w:numId="7" w16cid:durableId="210849653">
    <w:abstractNumId w:val="2"/>
  </w:num>
  <w:num w:numId="8" w16cid:durableId="1360739784">
    <w:abstractNumId w:val="1"/>
  </w:num>
  <w:num w:numId="9" w16cid:durableId="130096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7EEB"/>
    <w:rsid w:val="0015074B"/>
    <w:rsid w:val="001841CD"/>
    <w:rsid w:val="0029639D"/>
    <w:rsid w:val="00326F90"/>
    <w:rsid w:val="0035405F"/>
    <w:rsid w:val="0049193B"/>
    <w:rsid w:val="00856F38"/>
    <w:rsid w:val="00AA1D8D"/>
    <w:rsid w:val="00B47730"/>
    <w:rsid w:val="00BF0A29"/>
    <w:rsid w:val="00C413EE"/>
    <w:rsid w:val="00CB0664"/>
    <w:rsid w:val="00DD12A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C6050C"/>
  <w14:defaultImageDpi w14:val="300"/>
  <w15:docId w15:val="{C3412292-EC23-4694-8615-F20FDB00C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Marian Daragiu</cp:lastModifiedBy>
  <cp:revision>5</cp:revision>
  <dcterms:created xsi:type="dcterms:W3CDTF">2025-03-25T11:59:00Z</dcterms:created>
  <dcterms:modified xsi:type="dcterms:W3CDTF">2025-07-23T09:50:00Z</dcterms:modified>
  <cp:category/>
</cp:coreProperties>
</file>