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37FF23" w14:textId="5B5ABEDC" w:rsidR="003F06A2" w:rsidRPr="004A0DDB" w:rsidRDefault="00CD327F" w:rsidP="004A0DDB">
      <w:pPr>
        <w:pStyle w:val="Titlu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217380305"/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Chestionar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privind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aplicarea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codului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etică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către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personalul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auxiliar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și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nedidactic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2025</w:t>
      </w:r>
    </w:p>
    <w:bookmarkEnd w:id="0"/>
    <w:p w14:paraId="145C61C1" w14:textId="77777777" w:rsidR="004A0DDB" w:rsidRDefault="00CD327F" w:rsidP="004A0D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DB">
        <w:rPr>
          <w:rFonts w:ascii="Times New Roman" w:hAnsi="Times New Roman" w:cs="Times New Roman"/>
          <w:sz w:val="24"/>
          <w:szCs w:val="24"/>
        </w:rPr>
        <w:t xml:space="preserve">Acest chestionar are scopul de </w:t>
      </w:r>
      <w:proofErr w:type="gramStart"/>
      <w:r w:rsidRPr="004A0DD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4A0DDB">
        <w:rPr>
          <w:rFonts w:ascii="Times New Roman" w:hAnsi="Times New Roman" w:cs="Times New Roman"/>
          <w:sz w:val="24"/>
          <w:szCs w:val="24"/>
        </w:rPr>
        <w:t xml:space="preserve"> evalua modul în care prevederile Codului de etică sunt cunoscute, respectate și aplicate de către personalul auxiliar și nedidactic. </w:t>
      </w:r>
    </w:p>
    <w:p w14:paraId="0143DFAC" w14:textId="375D60EE" w:rsidR="003F06A2" w:rsidRPr="004A0DDB" w:rsidRDefault="00CD327F" w:rsidP="004A0D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A0DDB">
        <w:rPr>
          <w:rFonts w:ascii="Times New Roman" w:hAnsi="Times New Roman" w:cs="Times New Roman"/>
          <w:sz w:val="24"/>
          <w:szCs w:val="24"/>
        </w:rPr>
        <w:t>Chestionarul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sz w:val="24"/>
          <w:szCs w:val="24"/>
        </w:rPr>
        <w:t>anonim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0DDB">
        <w:rPr>
          <w:rFonts w:ascii="Times New Roman" w:hAnsi="Times New Roman" w:cs="Times New Roman"/>
          <w:sz w:val="24"/>
          <w:szCs w:val="24"/>
        </w:rPr>
        <w:t>iar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 rezultatele vor fi utilizate pentru îmbunătățirea climatului etic și instituirea unor măsuri</w:t>
      </w:r>
      <w:r w:rsidRPr="004A0DDB">
        <w:rPr>
          <w:rFonts w:ascii="Times New Roman" w:hAnsi="Times New Roman" w:cs="Times New Roman"/>
          <w:sz w:val="24"/>
          <w:szCs w:val="24"/>
        </w:rPr>
        <w:t xml:space="preserve"> de sprijin specifice.</w:t>
      </w:r>
    </w:p>
    <w:p w14:paraId="0A1706EA" w14:textId="7806C917" w:rsidR="00A9023D" w:rsidRPr="004A0DDB" w:rsidRDefault="00A9023D" w:rsidP="004A0D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DB">
        <w:rPr>
          <w:rFonts w:ascii="Times New Roman" w:hAnsi="Times New Roman" w:cs="Times New Roman"/>
          <w:sz w:val="24"/>
          <w:szCs w:val="24"/>
        </w:rPr>
        <w:t xml:space="preserve">Mai </w:t>
      </w:r>
      <w:proofErr w:type="spellStart"/>
      <w:r w:rsidRPr="004A0DDB">
        <w:rPr>
          <w:rFonts w:ascii="Times New Roman" w:hAnsi="Times New Roman" w:cs="Times New Roman"/>
          <w:sz w:val="24"/>
          <w:szCs w:val="24"/>
        </w:rPr>
        <w:t>jos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 </w:t>
      </w:r>
      <w:r w:rsidR="004A0DD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A0DDB">
        <w:rPr>
          <w:rFonts w:ascii="Times New Roman" w:hAnsi="Times New Roman" w:cs="Times New Roman"/>
          <w:sz w:val="24"/>
          <w:szCs w:val="24"/>
        </w:rPr>
        <w:t>structura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sz w:val="24"/>
          <w:szCs w:val="24"/>
        </w:rPr>
        <w:t>standardizată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A0DD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4A0D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sz w:val="24"/>
          <w:szCs w:val="24"/>
        </w:rPr>
        <w:t>acestui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sz w:val="24"/>
          <w:szCs w:val="24"/>
        </w:rPr>
        <w:t>nou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chestionar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4A0DDB">
        <w:rPr>
          <w:rFonts w:ascii="Times New Roman" w:hAnsi="Times New Roman" w:cs="Times New Roman"/>
          <w:sz w:val="24"/>
          <w:szCs w:val="24"/>
        </w:rPr>
        <w:t>răspunsuri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sz w:val="24"/>
          <w:szCs w:val="24"/>
        </w:rPr>
        <w:t>închise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sz w:val="24"/>
          <w:szCs w:val="24"/>
        </w:rPr>
        <w:t>deschise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0DDB">
        <w:rPr>
          <w:rFonts w:ascii="Times New Roman" w:hAnsi="Times New Roman" w:cs="Times New Roman"/>
          <w:sz w:val="24"/>
          <w:szCs w:val="24"/>
        </w:rPr>
        <w:t>gata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4A0DDB">
        <w:rPr>
          <w:rFonts w:ascii="Times New Roman" w:hAnsi="Times New Roman" w:cs="Times New Roman"/>
          <w:sz w:val="24"/>
          <w:szCs w:val="24"/>
        </w:rPr>
        <w:t>aplicare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 format Word/PDF </w:t>
      </w:r>
      <w:proofErr w:type="spellStart"/>
      <w:r w:rsidRPr="004A0DDB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 Google Forms.</w:t>
      </w:r>
    </w:p>
    <w:p w14:paraId="3070F9C1" w14:textId="77777777" w:rsidR="00A9023D" w:rsidRPr="004A0DDB" w:rsidRDefault="00CD327F" w:rsidP="004A0D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DB">
        <w:rPr>
          <w:rFonts w:ascii="Times New Roman" w:hAnsi="Times New Roman" w:cs="Times New Roman"/>
          <w:sz w:val="24"/>
          <w:szCs w:val="24"/>
        </w:rPr>
        <w:pict w14:anchorId="4709E64F">
          <v:rect id="_x0000_i1025" style="width:0;height:1.5pt" o:hralign="center" o:hrstd="t" o:hr="t" fillcolor="#a0a0a0" stroked="f"/>
        </w:pict>
      </w:r>
    </w:p>
    <w:p w14:paraId="792A242C" w14:textId="77777777" w:rsidR="00A9023D" w:rsidRPr="004A0DDB" w:rsidRDefault="00A9023D" w:rsidP="004A0DD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A0DDB">
        <w:rPr>
          <w:rFonts w:ascii="Segoe UI Emoji" w:hAnsi="Segoe UI Emoji" w:cs="Segoe UI Emoji"/>
          <w:b/>
          <w:bCs/>
          <w:sz w:val="24"/>
          <w:szCs w:val="24"/>
        </w:rPr>
        <w:t>📋</w:t>
      </w:r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Chestionar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Percepția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asupra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aplicării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Codului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etică</w:t>
      </w:r>
      <w:proofErr w:type="spellEnd"/>
    </w:p>
    <w:tbl>
      <w:tblPr>
        <w:tblW w:w="906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3184"/>
        <w:gridCol w:w="1160"/>
        <w:gridCol w:w="1368"/>
        <w:gridCol w:w="1201"/>
        <w:gridCol w:w="1719"/>
      </w:tblGrid>
      <w:tr w:rsidR="00A9023D" w:rsidRPr="004A0DDB" w14:paraId="55601D04" w14:textId="77777777" w:rsidTr="004A0DD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0BA9BA0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D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0" w:type="auto"/>
            <w:vAlign w:val="center"/>
            <w:hideMark/>
          </w:tcPr>
          <w:p w14:paraId="71F13BD6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A0D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Întrebare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E918477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D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</w:t>
            </w:r>
          </w:p>
        </w:tc>
        <w:tc>
          <w:tcPr>
            <w:tcW w:w="0" w:type="auto"/>
            <w:vAlign w:val="center"/>
            <w:hideMark/>
          </w:tcPr>
          <w:p w14:paraId="3F93AFA8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A0D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Parțial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FC6A57D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D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</w:t>
            </w:r>
          </w:p>
        </w:tc>
        <w:tc>
          <w:tcPr>
            <w:tcW w:w="1674" w:type="dxa"/>
            <w:vAlign w:val="center"/>
            <w:hideMark/>
          </w:tcPr>
          <w:p w14:paraId="22C75DA4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0D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Nu </w:t>
            </w:r>
            <w:proofErr w:type="spellStart"/>
            <w:r w:rsidRPr="004A0D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știu</w:t>
            </w:r>
            <w:proofErr w:type="spellEnd"/>
            <w:r w:rsidRPr="004A0D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N/A</w:t>
            </w:r>
          </w:p>
        </w:tc>
      </w:tr>
      <w:tr w:rsidR="00A9023D" w:rsidRPr="004A0DDB" w14:paraId="7E5DAC3F" w14:textId="77777777" w:rsidTr="004A0D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60462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0230CF4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Cunoașteți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existența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Codului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etică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aplicabil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instituției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care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lucrați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2BB4AEF4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0" w:type="auto"/>
            <w:vAlign w:val="center"/>
            <w:hideMark/>
          </w:tcPr>
          <w:p w14:paraId="4DA896F7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0" w:type="auto"/>
            <w:vAlign w:val="center"/>
            <w:hideMark/>
          </w:tcPr>
          <w:p w14:paraId="57B450C7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1674" w:type="dxa"/>
            <w:vAlign w:val="center"/>
            <w:hideMark/>
          </w:tcPr>
          <w:p w14:paraId="3B8BD456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</w:tr>
      <w:tr w:rsidR="00A9023D" w:rsidRPr="004A0DDB" w14:paraId="114F16A8" w14:textId="77777777" w:rsidTr="004A0D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5F840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C31A9C1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Ați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primit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informații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instruire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privire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conținutul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Codului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etică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184A50A5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0" w:type="auto"/>
            <w:vAlign w:val="center"/>
            <w:hideMark/>
          </w:tcPr>
          <w:p w14:paraId="76048369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0" w:type="auto"/>
            <w:vAlign w:val="center"/>
            <w:hideMark/>
          </w:tcPr>
          <w:p w14:paraId="26323933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1674" w:type="dxa"/>
            <w:vAlign w:val="center"/>
            <w:hideMark/>
          </w:tcPr>
          <w:p w14:paraId="6FC91C49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</w:tr>
      <w:tr w:rsidR="00A9023D" w:rsidRPr="004A0DDB" w14:paraId="664AB952" w14:textId="77777777" w:rsidTr="004A0D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4E182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BEBEDB9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Considerați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că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prevederile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Codului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etică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sunt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clare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ușor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înțeles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250BC693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0" w:type="auto"/>
            <w:vAlign w:val="center"/>
            <w:hideMark/>
          </w:tcPr>
          <w:p w14:paraId="4FCDAC53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0" w:type="auto"/>
            <w:vAlign w:val="center"/>
            <w:hideMark/>
          </w:tcPr>
          <w:p w14:paraId="2058CB77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1674" w:type="dxa"/>
            <w:vAlign w:val="center"/>
            <w:hideMark/>
          </w:tcPr>
          <w:p w14:paraId="09824982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</w:tr>
      <w:tr w:rsidR="00A9023D" w:rsidRPr="004A0DDB" w14:paraId="771D2067" w14:textId="77777777" w:rsidTr="004A0D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4685D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3148F01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Credeți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că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angajații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inclusiv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personalul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auxiliar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nedidactic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aplică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regulile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prevăzute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Codul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etică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36BEDD53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0" w:type="auto"/>
            <w:vAlign w:val="center"/>
            <w:hideMark/>
          </w:tcPr>
          <w:p w14:paraId="533D8953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0" w:type="auto"/>
            <w:vAlign w:val="center"/>
            <w:hideMark/>
          </w:tcPr>
          <w:p w14:paraId="7ACA1CA0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1674" w:type="dxa"/>
            <w:vAlign w:val="center"/>
            <w:hideMark/>
          </w:tcPr>
          <w:p w14:paraId="36B92069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</w:tr>
      <w:tr w:rsidR="00A9023D" w:rsidRPr="004A0DDB" w14:paraId="1C285B0A" w14:textId="77777777" w:rsidTr="004A0D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0FB77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6BDB60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V-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ați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confruntat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situații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care nu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ați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știut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anumită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acțiune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este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nu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etică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14CBAEDF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0" w:type="auto"/>
            <w:vAlign w:val="center"/>
            <w:hideMark/>
          </w:tcPr>
          <w:p w14:paraId="65004EF1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0" w:type="auto"/>
            <w:vAlign w:val="center"/>
            <w:hideMark/>
          </w:tcPr>
          <w:p w14:paraId="57E15AA7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1674" w:type="dxa"/>
            <w:vAlign w:val="center"/>
            <w:hideMark/>
          </w:tcPr>
          <w:p w14:paraId="7B5F901B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</w:tr>
      <w:tr w:rsidR="00A9023D" w:rsidRPr="004A0DDB" w14:paraId="40825EF6" w14:textId="77777777" w:rsidTr="004A0D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95298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226164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unor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dileme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etice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, cui v-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ați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consiliere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16FF20CF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Superior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ierarhic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49A52C1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etică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F65A0BD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Sindicat</w:t>
            </w:r>
            <w:proofErr w:type="spellEnd"/>
          </w:p>
        </w:tc>
        <w:tc>
          <w:tcPr>
            <w:tcW w:w="1674" w:type="dxa"/>
            <w:vAlign w:val="center"/>
            <w:hideMark/>
          </w:tcPr>
          <w:p w14:paraId="38D43858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Altă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opțiune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: ______</w:t>
            </w:r>
          </w:p>
        </w:tc>
      </w:tr>
      <w:tr w:rsidR="00A9023D" w:rsidRPr="004A0DDB" w14:paraId="4AFD694F" w14:textId="77777777" w:rsidTr="004A0D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1D8C9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466738E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Ați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fost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martor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aveți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cunoștință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despre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abateri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de la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normele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etice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cadrul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instituției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496BF4F0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0" w:type="auto"/>
            <w:vAlign w:val="center"/>
            <w:hideMark/>
          </w:tcPr>
          <w:p w14:paraId="4DA079AC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0" w:type="auto"/>
            <w:vAlign w:val="center"/>
            <w:hideMark/>
          </w:tcPr>
          <w:p w14:paraId="20689733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1674" w:type="dxa"/>
            <w:vAlign w:val="center"/>
            <w:hideMark/>
          </w:tcPr>
          <w:p w14:paraId="677D3F97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</w:tr>
      <w:tr w:rsidR="00A9023D" w:rsidRPr="004A0DDB" w14:paraId="016CCE4C" w14:textId="77777777" w:rsidTr="004A0D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DD34A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B5FA4AF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da,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ați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raportat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aceste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abateri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nu, de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ce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4F3DAF81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Da</w:t>
            </w:r>
          </w:p>
        </w:tc>
        <w:tc>
          <w:tcPr>
            <w:tcW w:w="0" w:type="auto"/>
            <w:vAlign w:val="center"/>
            <w:hideMark/>
          </w:tcPr>
          <w:p w14:paraId="0C82D14A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Nu –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teamă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represalii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1A3CD2A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Nu – nu am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știut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cui</w:t>
            </w:r>
          </w:p>
        </w:tc>
        <w:tc>
          <w:tcPr>
            <w:tcW w:w="1674" w:type="dxa"/>
            <w:vAlign w:val="center"/>
            <w:hideMark/>
          </w:tcPr>
          <w:p w14:paraId="54029076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Alt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răspuns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: _______</w:t>
            </w:r>
          </w:p>
        </w:tc>
      </w:tr>
      <w:tr w:rsidR="00A9023D" w:rsidRPr="004A0DDB" w14:paraId="1ADBA27A" w14:textId="77777777" w:rsidTr="004A0D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2DB67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817D530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Considerați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că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sunteți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respectat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(ă)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tratat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(ă)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corect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către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ceilalți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colegi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către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conducerea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instituției</w:t>
            </w:r>
            <w:proofErr w:type="spellEnd"/>
            <w:r w:rsidRPr="004A0DD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14:paraId="355A5E6A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0" w:type="auto"/>
            <w:vAlign w:val="center"/>
            <w:hideMark/>
          </w:tcPr>
          <w:p w14:paraId="66E4E963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0" w:type="auto"/>
            <w:vAlign w:val="center"/>
            <w:hideMark/>
          </w:tcPr>
          <w:p w14:paraId="76DA75D8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  <w:tc>
          <w:tcPr>
            <w:tcW w:w="1674" w:type="dxa"/>
            <w:vAlign w:val="center"/>
            <w:hideMark/>
          </w:tcPr>
          <w:p w14:paraId="35E7DB7A" w14:textId="77777777" w:rsidR="00A9023D" w:rsidRPr="004A0DDB" w:rsidRDefault="00A9023D" w:rsidP="004A0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DDB">
              <w:rPr>
                <w:rFonts w:ascii="Segoe UI Emoji" w:hAnsi="Segoe UI Emoji" w:cs="Segoe UI Emoji"/>
                <w:sz w:val="24"/>
                <w:szCs w:val="24"/>
              </w:rPr>
              <w:t>⬜</w:t>
            </w:r>
          </w:p>
        </w:tc>
      </w:tr>
    </w:tbl>
    <w:p w14:paraId="76F4DCE9" w14:textId="77777777" w:rsidR="00A9023D" w:rsidRPr="004A0DDB" w:rsidRDefault="00CD327F" w:rsidP="004A0D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DB">
        <w:rPr>
          <w:rFonts w:ascii="Times New Roman" w:hAnsi="Times New Roman" w:cs="Times New Roman"/>
          <w:sz w:val="24"/>
          <w:szCs w:val="24"/>
        </w:rPr>
        <w:pict w14:anchorId="61D53AA4">
          <v:rect id="_x0000_i1026" style="width:0;height:1.5pt" o:hralign="center" o:hrstd="t" o:hr="t" fillcolor="#a0a0a0" stroked="f"/>
        </w:pict>
      </w:r>
    </w:p>
    <w:p w14:paraId="2ACBD87F" w14:textId="77777777" w:rsidR="00A9023D" w:rsidRPr="004A0DDB" w:rsidRDefault="00A9023D" w:rsidP="004A0DD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A0DDB">
        <w:rPr>
          <w:rFonts w:ascii="Segoe UI Emoji" w:hAnsi="Segoe UI Emoji" w:cs="Segoe UI Emoji"/>
          <w:b/>
          <w:bCs/>
          <w:sz w:val="24"/>
          <w:szCs w:val="24"/>
        </w:rPr>
        <w:lastRenderedPageBreak/>
        <w:t>🗣</w:t>
      </w:r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️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Întrebări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deschise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93D51BB" w14:textId="371EF40B" w:rsidR="00A9023D" w:rsidRPr="004A0DDB" w:rsidRDefault="00A9023D" w:rsidP="004A0D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10. Ce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măsuri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considerați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că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ar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trebui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adoptate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pentru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ca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prevederile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Codului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etică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să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fie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aplicate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mai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eficient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>?</w:t>
      </w:r>
      <w:r w:rsidRPr="004A0DDB">
        <w:rPr>
          <w:rFonts w:ascii="Times New Roman" w:hAnsi="Times New Roman" w:cs="Times New Roman"/>
          <w:sz w:val="24"/>
          <w:szCs w:val="24"/>
        </w:rPr>
        <w:br/>
      </w:r>
      <w:r w:rsidRPr="004A0DDB">
        <w:rPr>
          <w:rFonts w:ascii="Segoe UI Emoji" w:hAnsi="Segoe UI Emoji" w:cs="Segoe UI Emoji"/>
          <w:sz w:val="24"/>
          <w:szCs w:val="24"/>
        </w:rPr>
        <w:t>✍</w:t>
      </w:r>
      <w:r w:rsidRPr="004A0DDB">
        <w:rPr>
          <w:rFonts w:ascii="Times New Roman" w:hAnsi="Times New Roman" w:cs="Times New Roman"/>
          <w:sz w:val="24"/>
          <w:szCs w:val="24"/>
        </w:rPr>
        <w:t xml:space="preserve">️ </w:t>
      </w:r>
    </w:p>
    <w:p w14:paraId="710EC22B" w14:textId="77777777" w:rsidR="004A0DDB" w:rsidRDefault="004A0DDB" w:rsidP="004A0DD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92C6DEC" w14:textId="77777777" w:rsidR="004A0DDB" w:rsidRDefault="004A0DDB" w:rsidP="004A0DD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46B28C3" w14:textId="77777777" w:rsidR="004A0DDB" w:rsidRDefault="004A0DDB" w:rsidP="004A0DD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1ABB236" w14:textId="7881BE36" w:rsidR="004A0DDB" w:rsidRDefault="00A9023D" w:rsidP="004A0D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11. Ce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tipuri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instruiri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v-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ar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fi utile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pentru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a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înțelege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și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aplica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mai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bine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normele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conduită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etică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>?</w:t>
      </w:r>
      <w:r w:rsidRPr="004A0DDB">
        <w:rPr>
          <w:rFonts w:ascii="Times New Roman" w:hAnsi="Times New Roman" w:cs="Times New Roman"/>
          <w:sz w:val="24"/>
          <w:szCs w:val="24"/>
        </w:rPr>
        <w:br/>
      </w:r>
      <w:r w:rsidRPr="004A0DDB">
        <w:rPr>
          <w:rFonts w:ascii="Segoe UI Emoji" w:hAnsi="Segoe UI Emoji" w:cs="Segoe UI Emoji"/>
          <w:sz w:val="24"/>
          <w:szCs w:val="24"/>
        </w:rPr>
        <w:t>✍</w:t>
      </w:r>
      <w:r w:rsidRPr="004A0DDB">
        <w:rPr>
          <w:rFonts w:ascii="Times New Roman" w:hAnsi="Times New Roman" w:cs="Times New Roman"/>
          <w:sz w:val="24"/>
          <w:szCs w:val="24"/>
        </w:rPr>
        <w:t xml:space="preserve">️ </w:t>
      </w:r>
    </w:p>
    <w:p w14:paraId="70756BB7" w14:textId="3985160D" w:rsidR="00A9023D" w:rsidRPr="004A0DDB" w:rsidRDefault="00A9023D" w:rsidP="004A0D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DB">
        <w:rPr>
          <w:rFonts w:ascii="Times New Roman" w:hAnsi="Times New Roman" w:cs="Times New Roman"/>
          <w:i/>
          <w:iCs/>
          <w:sz w:val="24"/>
          <w:szCs w:val="24"/>
        </w:rPr>
        <w:t xml:space="preserve">[ex: </w:t>
      </w:r>
      <w:proofErr w:type="spellStart"/>
      <w:r w:rsidRPr="004A0DDB">
        <w:rPr>
          <w:rFonts w:ascii="Times New Roman" w:hAnsi="Times New Roman" w:cs="Times New Roman"/>
          <w:i/>
          <w:iCs/>
          <w:sz w:val="24"/>
          <w:szCs w:val="24"/>
        </w:rPr>
        <w:t>studii</w:t>
      </w:r>
      <w:proofErr w:type="spellEnd"/>
      <w:r w:rsidRPr="004A0DDB">
        <w:rPr>
          <w:rFonts w:ascii="Times New Roman" w:hAnsi="Times New Roman" w:cs="Times New Roman"/>
          <w:i/>
          <w:iCs/>
          <w:sz w:val="24"/>
          <w:szCs w:val="24"/>
        </w:rPr>
        <w:t xml:space="preserve"> de </w:t>
      </w:r>
      <w:proofErr w:type="spellStart"/>
      <w:r w:rsidRPr="004A0DDB">
        <w:rPr>
          <w:rFonts w:ascii="Times New Roman" w:hAnsi="Times New Roman" w:cs="Times New Roman"/>
          <w:i/>
          <w:iCs/>
          <w:sz w:val="24"/>
          <w:szCs w:val="24"/>
        </w:rPr>
        <w:t>caz</w:t>
      </w:r>
      <w:proofErr w:type="spellEnd"/>
      <w:r w:rsidRPr="004A0DD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4A0DDB">
        <w:rPr>
          <w:rFonts w:ascii="Times New Roman" w:hAnsi="Times New Roman" w:cs="Times New Roman"/>
          <w:i/>
          <w:iCs/>
          <w:sz w:val="24"/>
          <w:szCs w:val="24"/>
        </w:rPr>
        <w:t>ateliere</w:t>
      </w:r>
      <w:proofErr w:type="spellEnd"/>
      <w:r w:rsidRPr="004A0DDB">
        <w:rPr>
          <w:rFonts w:ascii="Times New Roman" w:hAnsi="Times New Roman" w:cs="Times New Roman"/>
          <w:i/>
          <w:iCs/>
          <w:sz w:val="24"/>
          <w:szCs w:val="24"/>
        </w:rPr>
        <w:t xml:space="preserve"> interactive, training periodic </w:t>
      </w:r>
      <w:proofErr w:type="spellStart"/>
      <w:r w:rsidRPr="004A0DDB">
        <w:rPr>
          <w:rFonts w:ascii="Times New Roman" w:hAnsi="Times New Roman" w:cs="Times New Roman"/>
          <w:i/>
          <w:iCs/>
          <w:sz w:val="24"/>
          <w:szCs w:val="24"/>
        </w:rPr>
        <w:t>obligatoriu</w:t>
      </w:r>
      <w:proofErr w:type="spellEnd"/>
      <w:r w:rsidRPr="004A0DDB">
        <w:rPr>
          <w:rFonts w:ascii="Times New Roman" w:hAnsi="Times New Roman" w:cs="Times New Roman"/>
          <w:i/>
          <w:iCs/>
          <w:sz w:val="24"/>
          <w:szCs w:val="24"/>
        </w:rPr>
        <w:t xml:space="preserve"> etc.]</w:t>
      </w:r>
    </w:p>
    <w:p w14:paraId="40CC44AA" w14:textId="77777777" w:rsidR="004A0DDB" w:rsidRDefault="004A0DDB" w:rsidP="004A0DD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30E4939" w14:textId="77777777" w:rsidR="004A0DDB" w:rsidRDefault="004A0DDB" w:rsidP="004A0DD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3B24430" w14:textId="77730831" w:rsidR="00A9023D" w:rsidRPr="004A0DDB" w:rsidRDefault="00A9023D" w:rsidP="004A0D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12.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Doriți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să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adăugați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alte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comentarii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sau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sugestii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privind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aplicarea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Codului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4A0DDB">
        <w:rPr>
          <w:rFonts w:ascii="Times New Roman" w:hAnsi="Times New Roman" w:cs="Times New Roman"/>
          <w:b/>
          <w:bCs/>
          <w:sz w:val="24"/>
          <w:szCs w:val="24"/>
        </w:rPr>
        <w:t>etică</w:t>
      </w:r>
      <w:proofErr w:type="spellEnd"/>
      <w:r w:rsidRPr="004A0DDB">
        <w:rPr>
          <w:rFonts w:ascii="Times New Roman" w:hAnsi="Times New Roman" w:cs="Times New Roman"/>
          <w:b/>
          <w:bCs/>
          <w:sz w:val="24"/>
          <w:szCs w:val="24"/>
        </w:rPr>
        <w:t>?</w:t>
      </w:r>
      <w:r w:rsidRPr="004A0DDB">
        <w:rPr>
          <w:rFonts w:ascii="Times New Roman" w:hAnsi="Times New Roman" w:cs="Times New Roman"/>
          <w:sz w:val="24"/>
          <w:szCs w:val="24"/>
        </w:rPr>
        <w:br/>
      </w:r>
      <w:r w:rsidRPr="004A0DDB">
        <w:rPr>
          <w:rFonts w:ascii="Segoe UI Emoji" w:hAnsi="Segoe UI Emoji" w:cs="Segoe UI Emoji"/>
          <w:sz w:val="24"/>
          <w:szCs w:val="24"/>
        </w:rPr>
        <w:t>✍</w:t>
      </w:r>
      <w:r w:rsidRPr="004A0DDB">
        <w:rPr>
          <w:rFonts w:ascii="Times New Roman" w:hAnsi="Times New Roman" w:cs="Times New Roman"/>
          <w:sz w:val="24"/>
          <w:szCs w:val="24"/>
        </w:rPr>
        <w:t xml:space="preserve">️ </w:t>
      </w:r>
    </w:p>
    <w:p w14:paraId="0DC4AF15" w14:textId="26354BBA" w:rsidR="00A9023D" w:rsidRPr="004A0DDB" w:rsidRDefault="00CD327F" w:rsidP="004A0D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DB">
        <w:rPr>
          <w:rFonts w:ascii="Times New Roman" w:hAnsi="Times New Roman" w:cs="Times New Roman"/>
          <w:sz w:val="24"/>
          <w:szCs w:val="24"/>
        </w:rPr>
        <w:pict w14:anchorId="4C378C87">
          <v:rect id="_x0000_i1027" style="width:0;height:1.5pt" o:hralign="center" o:hrstd="t" o:hr="t" fillcolor="#a0a0a0" stroked="f"/>
        </w:pict>
      </w:r>
    </w:p>
    <w:p w14:paraId="12DF2AF4" w14:textId="77777777" w:rsidR="004A0DDB" w:rsidRDefault="00CD327F" w:rsidP="004A0D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DB">
        <w:rPr>
          <w:rFonts w:ascii="Times New Roman" w:hAnsi="Times New Roman" w:cs="Times New Roman"/>
          <w:sz w:val="24"/>
          <w:szCs w:val="24"/>
        </w:rPr>
        <w:br/>
      </w:r>
    </w:p>
    <w:p w14:paraId="3937114F" w14:textId="77777777" w:rsidR="004A0DDB" w:rsidRDefault="004A0DDB" w:rsidP="004A0D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81F127" w14:textId="77777777" w:rsidR="004A0DDB" w:rsidRDefault="004A0DDB" w:rsidP="004A0D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B7070D" w14:textId="109FC62A" w:rsidR="003F06A2" w:rsidRPr="004A0DDB" w:rsidRDefault="00CD327F" w:rsidP="004A0D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A0DDB">
        <w:rPr>
          <w:rFonts w:ascii="Times New Roman" w:hAnsi="Times New Roman" w:cs="Times New Roman"/>
          <w:sz w:val="24"/>
          <w:szCs w:val="24"/>
        </w:rPr>
        <w:t>Vă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sz w:val="24"/>
          <w:szCs w:val="24"/>
        </w:rPr>
        <w:t>mulțumim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0DDB">
        <w:rPr>
          <w:rFonts w:ascii="Times New Roman" w:hAnsi="Times New Roman" w:cs="Times New Roman"/>
          <w:sz w:val="24"/>
          <w:szCs w:val="24"/>
        </w:rPr>
        <w:t>răspunsuri</w:t>
      </w:r>
      <w:proofErr w:type="spellEnd"/>
      <w:r w:rsidRPr="004A0DDB">
        <w:rPr>
          <w:rFonts w:ascii="Times New Roman" w:hAnsi="Times New Roman" w:cs="Times New Roman"/>
          <w:sz w:val="24"/>
          <w:szCs w:val="24"/>
        </w:rPr>
        <w:t xml:space="preserve"> și pentru implicare în promovarea unui climat etic în instituț</w:t>
      </w:r>
      <w:r w:rsidRPr="004A0DDB">
        <w:rPr>
          <w:rFonts w:ascii="Times New Roman" w:hAnsi="Times New Roman" w:cs="Times New Roman"/>
          <w:sz w:val="24"/>
          <w:szCs w:val="24"/>
        </w:rPr>
        <w:t>ia noastră!</w:t>
      </w:r>
    </w:p>
    <w:sectPr w:rsidR="003F06A2" w:rsidRPr="004A0DD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31CCCFE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ED32A09"/>
    <w:multiLevelType w:val="hybridMultilevel"/>
    <w:tmpl w:val="A9B61B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F06A2"/>
    <w:rsid w:val="00491BCF"/>
    <w:rsid w:val="004A0DDB"/>
    <w:rsid w:val="005734B8"/>
    <w:rsid w:val="00A9023D"/>
    <w:rsid w:val="00AA1935"/>
    <w:rsid w:val="00AA1D8D"/>
    <w:rsid w:val="00B47730"/>
    <w:rsid w:val="00CB0664"/>
    <w:rsid w:val="00CD327F"/>
    <w:rsid w:val="00F50FE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52E5D297"/>
  <w14:defaultImageDpi w14:val="300"/>
  <w15:docId w15:val="{4F483208-6F0F-43E4-96E9-05F729B13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71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323</Words>
  <Characters>1877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Office</cp:lastModifiedBy>
  <cp:revision>2</cp:revision>
  <dcterms:created xsi:type="dcterms:W3CDTF">2025-12-23T09:09:00Z</dcterms:created>
  <dcterms:modified xsi:type="dcterms:W3CDTF">2025-12-23T09:09:00Z</dcterms:modified>
  <cp:category/>
</cp:coreProperties>
</file>