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DD8C2" w:themeColor="background2" w:themeShade="E5"/>
  <w:body>
    <w:tbl>
      <w:tblPr>
        <w:tblW w:w="0" w:type="auto"/>
        <w:jc w:val="center"/>
        <w:tblLook w:val="04A0" w:firstRow="1" w:lastRow="0" w:firstColumn="1" w:lastColumn="0" w:noHBand="0" w:noVBand="1"/>
      </w:tblPr>
      <w:tblGrid>
        <w:gridCol w:w="10426"/>
      </w:tblGrid>
      <w:tr w:rsidR="00787B6C" w:rsidRPr="00E14EE9" w14:paraId="17B46800" w14:textId="77777777">
        <w:trPr>
          <w:jc w:val="center"/>
        </w:trPr>
        <w:tc>
          <w:tcPr>
            <w:tcW w:w="10426" w:type="dxa"/>
            <w:shd w:val="clear" w:color="auto" w:fill="17324D"/>
            <w:tcMar>
              <w:top w:w="180" w:type="dxa"/>
              <w:left w:w="180" w:type="dxa"/>
              <w:bottom w:w="180" w:type="dxa"/>
              <w:right w:w="180" w:type="dxa"/>
            </w:tcMar>
          </w:tcPr>
          <w:p w14:paraId="1E64AFAE" w14:textId="77777777" w:rsidR="00787B6C" w:rsidRPr="00E14EE9" w:rsidRDefault="00690563" w:rsidP="00690563">
            <w:pPr>
              <w:jc w:val="center"/>
              <w:rPr>
                <w:lang w:val="it-CH"/>
              </w:rPr>
            </w:pPr>
            <w:r w:rsidRPr="00E14EE9">
              <w:rPr>
                <w:b/>
                <w:color w:val="FFFFFF"/>
                <w:sz w:val="42"/>
                <w:lang w:val="it-CH"/>
              </w:rPr>
              <w:t>REPERE METODOLOGICE</w:t>
            </w:r>
            <w:r w:rsidRPr="00E14EE9">
              <w:rPr>
                <w:lang w:val="it-CH"/>
              </w:rPr>
              <w:br/>
            </w:r>
            <w:r w:rsidRPr="00E14EE9">
              <w:rPr>
                <w:color w:val="DFE8EA"/>
                <w:sz w:val="22"/>
                <w:lang w:val="it-CH"/>
              </w:rPr>
              <w:t>pentru aplicarea noului curriculum liceal</w:t>
            </w:r>
          </w:p>
        </w:tc>
      </w:tr>
      <w:tr w:rsidR="00787B6C" w:rsidRPr="00E14EE9" w14:paraId="397EE92E" w14:textId="77777777">
        <w:trPr>
          <w:jc w:val="center"/>
        </w:trPr>
        <w:tc>
          <w:tcPr>
            <w:tcW w:w="10426" w:type="dxa"/>
            <w:shd w:val="clear" w:color="auto" w:fill="2B6478"/>
            <w:tcMar>
              <w:top w:w="180" w:type="dxa"/>
              <w:left w:w="180" w:type="dxa"/>
              <w:bottom w:w="180" w:type="dxa"/>
              <w:right w:w="180" w:type="dxa"/>
            </w:tcMar>
          </w:tcPr>
          <w:p w14:paraId="7F068DE8" w14:textId="77777777" w:rsidR="00787B6C" w:rsidRPr="00E14EE9" w:rsidRDefault="00690563" w:rsidP="00690563">
            <w:pPr>
              <w:jc w:val="center"/>
              <w:rPr>
                <w:lang w:val="it-CH"/>
              </w:rPr>
            </w:pPr>
            <w:r w:rsidRPr="00E14EE9">
              <w:rPr>
                <w:b/>
                <w:color w:val="FFFFFF"/>
                <w:sz w:val="36"/>
                <w:lang w:val="it-CH"/>
              </w:rPr>
              <w:t>GEOGRAFIE</w:t>
            </w:r>
            <w:r w:rsidRPr="00E14EE9">
              <w:rPr>
                <w:lang w:val="it-CH"/>
              </w:rPr>
              <w:br/>
            </w:r>
            <w:r w:rsidRPr="00E14EE9">
              <w:rPr>
                <w:color w:val="FFFFFF"/>
                <w:sz w:val="22"/>
                <w:lang w:val="it-CH"/>
              </w:rPr>
              <w:t>Clasa a IX-a • Trunchi comun • 2026–2027</w:t>
            </w:r>
          </w:p>
        </w:tc>
      </w:tr>
    </w:tbl>
    <w:p w14:paraId="54C452C4" w14:textId="77777777" w:rsidR="00690563" w:rsidRPr="00E14EE9" w:rsidRDefault="00690563">
      <w:pPr>
        <w:spacing w:before="360" w:after="200"/>
        <w:rPr>
          <w:b/>
          <w:color w:val="17324D"/>
          <w:sz w:val="27"/>
          <w:lang w:val="it-CH"/>
        </w:rPr>
      </w:pPr>
    </w:p>
    <w:tbl>
      <w:tblPr>
        <w:tblW w:w="5000" w:type="pct"/>
        <w:jc w:val="center"/>
        <w:tblLook w:val="04A0" w:firstRow="1" w:lastRow="0" w:firstColumn="1" w:lastColumn="0" w:noHBand="0" w:noVBand="1"/>
      </w:tblPr>
      <w:tblGrid>
        <w:gridCol w:w="4352"/>
        <w:gridCol w:w="6309"/>
      </w:tblGrid>
      <w:tr w:rsidR="00690563" w:rsidRPr="00E14EE9" w14:paraId="7C1ADD27" w14:textId="77777777" w:rsidTr="00690563">
        <w:trPr>
          <w:jc w:val="center"/>
        </w:trPr>
        <w:tc>
          <w:tcPr>
            <w:tcW w:w="2041" w:type="pct"/>
            <w:shd w:val="clear" w:color="auto" w:fill="2B6478"/>
            <w:tcMar>
              <w:top w:w="105" w:type="dxa"/>
              <w:left w:w="105" w:type="dxa"/>
              <w:bottom w:w="105" w:type="dxa"/>
              <w:right w:w="105" w:type="dxa"/>
            </w:tcMar>
          </w:tcPr>
          <w:p w14:paraId="6B1C2812" w14:textId="77777777" w:rsidR="00690563" w:rsidRDefault="00690563" w:rsidP="00690563">
            <w:pPr>
              <w:jc w:val="center"/>
            </w:pPr>
            <w:r>
              <w:rPr>
                <w:b/>
                <w:color w:val="FFFFFF"/>
                <w:sz w:val="15"/>
              </w:rPr>
              <w:t>IDEEA CENTRALĂ</w:t>
            </w:r>
          </w:p>
        </w:tc>
        <w:tc>
          <w:tcPr>
            <w:tcW w:w="2959" w:type="pct"/>
            <w:shd w:val="clear" w:color="auto" w:fill="EEF4F6"/>
            <w:tcMar>
              <w:top w:w="105" w:type="dxa"/>
              <w:left w:w="130" w:type="dxa"/>
              <w:bottom w:w="105" w:type="dxa"/>
              <w:right w:w="130" w:type="dxa"/>
            </w:tcMar>
          </w:tcPr>
          <w:p w14:paraId="323A27EF" w14:textId="77777777" w:rsidR="00690563" w:rsidRPr="00E14EE9" w:rsidRDefault="00690563" w:rsidP="00690563">
            <w:pPr>
              <w:rPr>
                <w:lang w:val="it-CH"/>
              </w:rPr>
            </w:pPr>
            <w:r w:rsidRPr="00E14EE9">
              <w:rPr>
                <w:color w:val="263238"/>
                <w:sz w:val="17"/>
                <w:lang w:val="it-CH"/>
              </w:rPr>
              <w:t>Noua programă păstrează specificul geografiei ca știință a naturii și a societății, dar amplifică gândirea spațială, utilizarea resurselor cartografice moderne, GIS, investigația, studiul de caz și relația dintre procesele naturale, societate, risc și sustenabilitate.</w:t>
            </w:r>
          </w:p>
        </w:tc>
      </w:tr>
    </w:tbl>
    <w:p w14:paraId="2DA31F80" w14:textId="77777777" w:rsidR="00690563" w:rsidRPr="00E14EE9" w:rsidRDefault="00690563">
      <w:pPr>
        <w:spacing w:before="360" w:after="200"/>
        <w:rPr>
          <w:lang w:val="it-CH"/>
        </w:rPr>
      </w:pPr>
    </w:p>
    <w:tbl>
      <w:tblPr>
        <w:tblW w:w="4798"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1454"/>
        <w:gridCol w:w="2903"/>
        <w:gridCol w:w="1452"/>
        <w:gridCol w:w="1451"/>
        <w:gridCol w:w="1451"/>
        <w:gridCol w:w="1451"/>
      </w:tblGrid>
      <w:tr w:rsidR="00787B6C" w14:paraId="77BFD86D" w14:textId="77777777" w:rsidTr="00690563">
        <w:trPr>
          <w:jc w:val="center"/>
        </w:trPr>
        <w:tc>
          <w:tcPr>
            <w:tcW w:w="715" w:type="pct"/>
            <w:shd w:val="clear" w:color="auto" w:fill="2B6478"/>
            <w:tcMar>
              <w:top w:w="76" w:type="dxa"/>
              <w:left w:w="82" w:type="dxa"/>
              <w:bottom w:w="76" w:type="dxa"/>
              <w:right w:w="82" w:type="dxa"/>
            </w:tcMar>
          </w:tcPr>
          <w:p w14:paraId="65FC2E91" w14:textId="77777777" w:rsidR="00787B6C" w:rsidRDefault="00690563">
            <w:pPr>
              <w:jc w:val="center"/>
            </w:pPr>
            <w:r>
              <w:rPr>
                <w:b/>
                <w:color w:val="FFFFFF"/>
                <w:sz w:val="14"/>
              </w:rPr>
              <w:t>SPAȚIU</w:t>
            </w:r>
          </w:p>
        </w:tc>
        <w:tc>
          <w:tcPr>
            <w:tcW w:w="1428" w:type="pct"/>
            <w:shd w:val="clear" w:color="auto" w:fill="3E755A"/>
            <w:tcMar>
              <w:top w:w="76" w:type="dxa"/>
              <w:left w:w="82" w:type="dxa"/>
              <w:bottom w:w="76" w:type="dxa"/>
              <w:right w:w="82" w:type="dxa"/>
            </w:tcMar>
          </w:tcPr>
          <w:p w14:paraId="16934BF1" w14:textId="77777777" w:rsidR="00787B6C" w:rsidRDefault="00690563">
            <w:pPr>
              <w:jc w:val="center"/>
            </w:pPr>
            <w:r>
              <w:rPr>
                <w:b/>
                <w:color w:val="FFFFFF"/>
                <w:sz w:val="14"/>
              </w:rPr>
              <w:t>SCARĂ</w:t>
            </w:r>
          </w:p>
        </w:tc>
        <w:tc>
          <w:tcPr>
            <w:tcW w:w="714" w:type="pct"/>
            <w:shd w:val="clear" w:color="auto" w:fill="17324D"/>
            <w:tcMar>
              <w:top w:w="76" w:type="dxa"/>
              <w:left w:w="82" w:type="dxa"/>
              <w:bottom w:w="76" w:type="dxa"/>
              <w:right w:w="82" w:type="dxa"/>
            </w:tcMar>
          </w:tcPr>
          <w:p w14:paraId="2BD5192B" w14:textId="77777777" w:rsidR="00787B6C" w:rsidRDefault="00690563">
            <w:pPr>
              <w:jc w:val="center"/>
            </w:pPr>
            <w:r>
              <w:rPr>
                <w:b/>
                <w:color w:val="FFFFFF"/>
                <w:sz w:val="14"/>
              </w:rPr>
              <w:t>RELAȚII</w:t>
            </w:r>
          </w:p>
        </w:tc>
        <w:tc>
          <w:tcPr>
            <w:tcW w:w="714" w:type="pct"/>
            <w:shd w:val="clear" w:color="auto" w:fill="65506F"/>
            <w:tcMar>
              <w:top w:w="76" w:type="dxa"/>
              <w:left w:w="82" w:type="dxa"/>
              <w:bottom w:w="76" w:type="dxa"/>
              <w:right w:w="82" w:type="dxa"/>
            </w:tcMar>
          </w:tcPr>
          <w:p w14:paraId="29335E70" w14:textId="77777777" w:rsidR="00787B6C" w:rsidRDefault="00690563">
            <w:pPr>
              <w:jc w:val="center"/>
            </w:pPr>
            <w:r>
              <w:rPr>
                <w:b/>
                <w:color w:val="FFFFFF"/>
                <w:sz w:val="14"/>
              </w:rPr>
              <w:t>DINAMICĂ</w:t>
            </w:r>
          </w:p>
        </w:tc>
        <w:tc>
          <w:tcPr>
            <w:tcW w:w="714" w:type="pct"/>
            <w:shd w:val="clear" w:color="auto" w:fill="B58A45"/>
            <w:tcMar>
              <w:top w:w="76" w:type="dxa"/>
              <w:left w:w="82" w:type="dxa"/>
              <w:bottom w:w="76" w:type="dxa"/>
              <w:right w:w="82" w:type="dxa"/>
            </w:tcMar>
          </w:tcPr>
          <w:p w14:paraId="32BAC408" w14:textId="77777777" w:rsidR="00787B6C" w:rsidRDefault="00690563">
            <w:pPr>
              <w:jc w:val="center"/>
            </w:pPr>
            <w:r>
              <w:rPr>
                <w:b/>
                <w:color w:val="FFFFFF"/>
                <w:sz w:val="14"/>
              </w:rPr>
              <w:t>RISC</w:t>
            </w:r>
          </w:p>
        </w:tc>
        <w:tc>
          <w:tcPr>
            <w:tcW w:w="714" w:type="pct"/>
            <w:shd w:val="clear" w:color="auto" w:fill="2B6478"/>
            <w:tcMar>
              <w:top w:w="76" w:type="dxa"/>
              <w:left w:w="82" w:type="dxa"/>
              <w:bottom w:w="76" w:type="dxa"/>
              <w:right w:w="82" w:type="dxa"/>
            </w:tcMar>
          </w:tcPr>
          <w:p w14:paraId="41FF3C79" w14:textId="77777777" w:rsidR="00787B6C" w:rsidRDefault="00690563">
            <w:pPr>
              <w:jc w:val="center"/>
            </w:pPr>
            <w:r>
              <w:rPr>
                <w:b/>
                <w:color w:val="FFFFFF"/>
                <w:sz w:val="14"/>
              </w:rPr>
              <w:t>DECIZIE</w:t>
            </w:r>
          </w:p>
        </w:tc>
      </w:tr>
      <w:tr w:rsidR="00787B6C" w14:paraId="04EB7A26" w14:textId="77777777" w:rsidTr="00690563">
        <w:trPr>
          <w:jc w:val="center"/>
        </w:trPr>
        <w:tc>
          <w:tcPr>
            <w:tcW w:w="715" w:type="pct"/>
            <w:shd w:val="clear" w:color="auto" w:fill="F8FAFA"/>
            <w:tcMar>
              <w:top w:w="68" w:type="dxa"/>
              <w:left w:w="78" w:type="dxa"/>
              <w:bottom w:w="68" w:type="dxa"/>
              <w:right w:w="78" w:type="dxa"/>
            </w:tcMar>
          </w:tcPr>
          <w:p w14:paraId="15DED213" w14:textId="77777777" w:rsidR="00787B6C" w:rsidRDefault="00690563">
            <w:proofErr w:type="spellStart"/>
            <w:r>
              <w:rPr>
                <w:color w:val="263238"/>
                <w:sz w:val="14"/>
              </w:rPr>
              <w:t>unde</w:t>
            </w:r>
            <w:proofErr w:type="spellEnd"/>
            <w:r>
              <w:rPr>
                <w:color w:val="263238"/>
                <w:sz w:val="14"/>
              </w:rPr>
              <w:t>?</w:t>
            </w:r>
          </w:p>
        </w:tc>
        <w:tc>
          <w:tcPr>
            <w:tcW w:w="1428" w:type="pct"/>
            <w:shd w:val="clear" w:color="auto" w:fill="F8FAFA"/>
            <w:tcMar>
              <w:top w:w="68" w:type="dxa"/>
              <w:left w:w="78" w:type="dxa"/>
              <w:bottom w:w="68" w:type="dxa"/>
              <w:right w:w="78" w:type="dxa"/>
            </w:tcMar>
          </w:tcPr>
          <w:p w14:paraId="202DDBC6" w14:textId="77777777" w:rsidR="00787B6C" w:rsidRDefault="00690563">
            <w:r>
              <w:rPr>
                <w:color w:val="263238"/>
                <w:sz w:val="14"/>
              </w:rPr>
              <w:t xml:space="preserve">la </w:t>
            </w:r>
            <w:proofErr w:type="spellStart"/>
            <w:r>
              <w:rPr>
                <w:color w:val="263238"/>
                <w:sz w:val="14"/>
              </w:rPr>
              <w:t>ce</w:t>
            </w:r>
            <w:proofErr w:type="spellEnd"/>
            <w:r>
              <w:rPr>
                <w:color w:val="263238"/>
                <w:sz w:val="14"/>
              </w:rPr>
              <w:t xml:space="preserve"> </w:t>
            </w:r>
            <w:proofErr w:type="spellStart"/>
            <w:r>
              <w:rPr>
                <w:color w:val="263238"/>
                <w:sz w:val="14"/>
              </w:rPr>
              <w:t>nivel</w:t>
            </w:r>
            <w:proofErr w:type="spellEnd"/>
            <w:r>
              <w:rPr>
                <w:color w:val="263238"/>
                <w:sz w:val="14"/>
              </w:rPr>
              <w:t>?</w:t>
            </w:r>
          </w:p>
        </w:tc>
        <w:tc>
          <w:tcPr>
            <w:tcW w:w="714" w:type="pct"/>
            <w:shd w:val="clear" w:color="auto" w:fill="F8FAFA"/>
            <w:tcMar>
              <w:top w:w="68" w:type="dxa"/>
              <w:left w:w="78" w:type="dxa"/>
              <w:bottom w:w="68" w:type="dxa"/>
              <w:right w:w="78" w:type="dxa"/>
            </w:tcMar>
          </w:tcPr>
          <w:p w14:paraId="1A550F9A" w14:textId="77777777" w:rsidR="00787B6C" w:rsidRDefault="00690563">
            <w:proofErr w:type="spellStart"/>
            <w:r>
              <w:rPr>
                <w:color w:val="263238"/>
                <w:sz w:val="14"/>
              </w:rPr>
              <w:t>ce</w:t>
            </w:r>
            <w:proofErr w:type="spellEnd"/>
            <w:r>
              <w:rPr>
                <w:color w:val="263238"/>
                <w:sz w:val="14"/>
              </w:rPr>
              <w:t xml:space="preserve"> </w:t>
            </w:r>
            <w:proofErr w:type="spellStart"/>
            <w:r>
              <w:rPr>
                <w:color w:val="263238"/>
                <w:sz w:val="14"/>
              </w:rPr>
              <w:t>este</w:t>
            </w:r>
            <w:proofErr w:type="spellEnd"/>
            <w:r>
              <w:rPr>
                <w:color w:val="263238"/>
                <w:sz w:val="14"/>
              </w:rPr>
              <w:t xml:space="preserve"> </w:t>
            </w:r>
            <w:proofErr w:type="spellStart"/>
            <w:r>
              <w:rPr>
                <w:color w:val="263238"/>
                <w:sz w:val="14"/>
              </w:rPr>
              <w:t>conectat</w:t>
            </w:r>
            <w:proofErr w:type="spellEnd"/>
            <w:r>
              <w:rPr>
                <w:color w:val="263238"/>
                <w:sz w:val="14"/>
              </w:rPr>
              <w:t>?</w:t>
            </w:r>
          </w:p>
        </w:tc>
        <w:tc>
          <w:tcPr>
            <w:tcW w:w="714" w:type="pct"/>
            <w:shd w:val="clear" w:color="auto" w:fill="F8FAFA"/>
            <w:tcMar>
              <w:top w:w="68" w:type="dxa"/>
              <w:left w:w="78" w:type="dxa"/>
              <w:bottom w:w="68" w:type="dxa"/>
              <w:right w:w="78" w:type="dxa"/>
            </w:tcMar>
          </w:tcPr>
          <w:p w14:paraId="4C444429" w14:textId="77777777" w:rsidR="00787B6C" w:rsidRDefault="00690563">
            <w:r>
              <w:rPr>
                <w:color w:val="263238"/>
                <w:sz w:val="14"/>
              </w:rPr>
              <w:t xml:space="preserve">cum se </w:t>
            </w:r>
            <w:proofErr w:type="spellStart"/>
            <w:r>
              <w:rPr>
                <w:color w:val="263238"/>
                <w:sz w:val="14"/>
              </w:rPr>
              <w:t>schimbă</w:t>
            </w:r>
            <w:proofErr w:type="spellEnd"/>
            <w:r>
              <w:rPr>
                <w:color w:val="263238"/>
                <w:sz w:val="14"/>
              </w:rPr>
              <w:t>?</w:t>
            </w:r>
          </w:p>
        </w:tc>
        <w:tc>
          <w:tcPr>
            <w:tcW w:w="714" w:type="pct"/>
            <w:shd w:val="clear" w:color="auto" w:fill="F8FAFA"/>
            <w:tcMar>
              <w:top w:w="68" w:type="dxa"/>
              <w:left w:w="78" w:type="dxa"/>
              <w:bottom w:w="68" w:type="dxa"/>
              <w:right w:w="78" w:type="dxa"/>
            </w:tcMar>
          </w:tcPr>
          <w:p w14:paraId="71F7C217" w14:textId="77777777" w:rsidR="00787B6C" w:rsidRDefault="00690563">
            <w:r>
              <w:rPr>
                <w:color w:val="263238"/>
                <w:sz w:val="14"/>
              </w:rPr>
              <w:t xml:space="preserve">cine </w:t>
            </w:r>
            <w:proofErr w:type="spellStart"/>
            <w:r>
              <w:rPr>
                <w:color w:val="263238"/>
                <w:sz w:val="14"/>
              </w:rPr>
              <w:t>este</w:t>
            </w:r>
            <w:proofErr w:type="spellEnd"/>
            <w:r>
              <w:rPr>
                <w:color w:val="263238"/>
                <w:sz w:val="14"/>
              </w:rPr>
              <w:t xml:space="preserve"> </w:t>
            </w:r>
            <w:proofErr w:type="spellStart"/>
            <w:r>
              <w:rPr>
                <w:color w:val="263238"/>
                <w:sz w:val="14"/>
              </w:rPr>
              <w:t>vulnerabil</w:t>
            </w:r>
            <w:proofErr w:type="spellEnd"/>
            <w:r>
              <w:rPr>
                <w:color w:val="263238"/>
                <w:sz w:val="14"/>
              </w:rPr>
              <w:t>?</w:t>
            </w:r>
          </w:p>
        </w:tc>
        <w:tc>
          <w:tcPr>
            <w:tcW w:w="714" w:type="pct"/>
            <w:shd w:val="clear" w:color="auto" w:fill="F8FAFA"/>
            <w:tcMar>
              <w:top w:w="68" w:type="dxa"/>
              <w:left w:w="78" w:type="dxa"/>
              <w:bottom w:w="68" w:type="dxa"/>
              <w:right w:w="78" w:type="dxa"/>
            </w:tcMar>
          </w:tcPr>
          <w:p w14:paraId="48DDED75" w14:textId="77777777" w:rsidR="00787B6C" w:rsidRDefault="00690563">
            <w:proofErr w:type="spellStart"/>
            <w:r>
              <w:rPr>
                <w:color w:val="263238"/>
                <w:sz w:val="14"/>
              </w:rPr>
              <w:t>ce</w:t>
            </w:r>
            <w:proofErr w:type="spellEnd"/>
            <w:r>
              <w:rPr>
                <w:color w:val="263238"/>
                <w:sz w:val="14"/>
              </w:rPr>
              <w:t xml:space="preserve"> </w:t>
            </w:r>
            <w:proofErr w:type="spellStart"/>
            <w:r>
              <w:rPr>
                <w:color w:val="263238"/>
                <w:sz w:val="14"/>
              </w:rPr>
              <w:t>variantă</w:t>
            </w:r>
            <w:proofErr w:type="spellEnd"/>
            <w:r>
              <w:rPr>
                <w:color w:val="263238"/>
                <w:sz w:val="14"/>
              </w:rPr>
              <w:t xml:space="preserve"> </w:t>
            </w:r>
            <w:proofErr w:type="spellStart"/>
            <w:r>
              <w:rPr>
                <w:color w:val="263238"/>
                <w:sz w:val="14"/>
              </w:rPr>
              <w:t>este</w:t>
            </w:r>
            <w:proofErr w:type="spellEnd"/>
            <w:r>
              <w:rPr>
                <w:color w:val="263238"/>
                <w:sz w:val="14"/>
              </w:rPr>
              <w:t xml:space="preserve"> </w:t>
            </w:r>
            <w:proofErr w:type="spellStart"/>
            <w:r>
              <w:rPr>
                <w:color w:val="263238"/>
                <w:sz w:val="14"/>
              </w:rPr>
              <w:t>potrivită</w:t>
            </w:r>
            <w:proofErr w:type="spellEnd"/>
            <w:r>
              <w:rPr>
                <w:color w:val="263238"/>
                <w:sz w:val="14"/>
              </w:rPr>
              <w:t>?</w:t>
            </w:r>
          </w:p>
        </w:tc>
      </w:tr>
    </w:tbl>
    <w:p w14:paraId="58B9B2B5" w14:textId="77777777" w:rsidR="00690563" w:rsidRDefault="00690563"/>
    <w:tbl>
      <w:tblPr>
        <w:tblW w:w="5034" w:type="pct"/>
        <w:jc w:val="center"/>
        <w:tblLook w:val="04A0" w:firstRow="1" w:lastRow="0" w:firstColumn="1" w:lastColumn="0" w:noHBand="0" w:noVBand="1"/>
      </w:tblPr>
      <w:tblGrid>
        <w:gridCol w:w="4383"/>
        <w:gridCol w:w="6350"/>
      </w:tblGrid>
      <w:tr w:rsidR="00690563" w:rsidRPr="00E14EE9" w14:paraId="5026F3A3" w14:textId="77777777" w:rsidTr="00690563">
        <w:trPr>
          <w:jc w:val="center"/>
        </w:trPr>
        <w:tc>
          <w:tcPr>
            <w:tcW w:w="2042" w:type="pct"/>
            <w:shd w:val="clear" w:color="auto" w:fill="3E755A"/>
            <w:tcMar>
              <w:top w:w="105" w:type="dxa"/>
              <w:left w:w="105" w:type="dxa"/>
              <w:bottom w:w="105" w:type="dxa"/>
              <w:right w:w="105" w:type="dxa"/>
            </w:tcMar>
          </w:tcPr>
          <w:p w14:paraId="6709BEB7" w14:textId="77777777" w:rsidR="00690563" w:rsidRDefault="00690563" w:rsidP="00690563">
            <w:pPr>
              <w:jc w:val="center"/>
            </w:pPr>
            <w:r>
              <w:rPr>
                <w:b/>
                <w:color w:val="FFFFFF"/>
                <w:sz w:val="15"/>
              </w:rPr>
              <w:t>ADRESABILITATE</w:t>
            </w:r>
          </w:p>
        </w:tc>
        <w:tc>
          <w:tcPr>
            <w:tcW w:w="2958" w:type="pct"/>
            <w:shd w:val="clear" w:color="auto" w:fill="EEF5F1"/>
            <w:tcMar>
              <w:top w:w="105" w:type="dxa"/>
              <w:left w:w="130" w:type="dxa"/>
              <w:bottom w:w="105" w:type="dxa"/>
              <w:right w:w="130" w:type="dxa"/>
            </w:tcMar>
          </w:tcPr>
          <w:p w14:paraId="7BE66112" w14:textId="206CC7EA" w:rsidR="00690563" w:rsidRPr="00E14EE9" w:rsidRDefault="00690563" w:rsidP="00690563">
            <w:pPr>
              <w:rPr>
                <w:lang w:val="it-CH"/>
              </w:rPr>
            </w:pPr>
            <w:r w:rsidRPr="00E14EE9">
              <w:rPr>
                <w:color w:val="263238"/>
                <w:sz w:val="17"/>
                <w:lang w:val="it-CH"/>
              </w:rPr>
              <w:t>Documentul tratează trunchiul comun, 1 oră/săptămână, pentru toate filierele, profilurile și specializările/calificările. Pentru profilul uman, programa include suplimentar curriculum de specialitate</w:t>
            </w:r>
            <w:r w:rsidR="00BA3C16" w:rsidRPr="00E14EE9">
              <w:rPr>
                <w:color w:val="263238"/>
                <w:sz w:val="17"/>
                <w:lang w:val="it-CH"/>
              </w:rPr>
              <w:t>, care</w:t>
            </w:r>
            <w:r w:rsidRPr="00E14EE9">
              <w:rPr>
                <w:color w:val="263238"/>
                <w:sz w:val="17"/>
                <w:lang w:val="it-CH"/>
              </w:rPr>
              <w:t xml:space="preserve"> nu este obliga</w:t>
            </w:r>
            <w:r w:rsidR="00BA3C16" w:rsidRPr="00E14EE9">
              <w:rPr>
                <w:color w:val="263238"/>
                <w:sz w:val="17"/>
                <w:lang w:val="it-CH"/>
              </w:rPr>
              <w:t>toriu</w:t>
            </w:r>
            <w:r w:rsidRPr="00E14EE9">
              <w:rPr>
                <w:color w:val="263238"/>
                <w:sz w:val="17"/>
                <w:lang w:val="it-CH"/>
              </w:rPr>
              <w:t xml:space="preserve"> pentru TC.</w:t>
            </w:r>
          </w:p>
        </w:tc>
      </w:tr>
    </w:tbl>
    <w:p w14:paraId="015D970D" w14:textId="77777777" w:rsidR="00787B6C" w:rsidRPr="00E14EE9" w:rsidRDefault="00690563">
      <w:pPr>
        <w:rPr>
          <w:lang w:val="it-CH"/>
        </w:rPr>
      </w:pPr>
      <w:r w:rsidRPr="00E14EE9">
        <w:rPr>
          <w:lang w:val="it-CH"/>
        </w:rPr>
        <w:br w:type="page"/>
      </w:r>
    </w:p>
    <w:p w14:paraId="3D4B95D2" w14:textId="0A515276" w:rsidR="00690563" w:rsidRDefault="0064366E">
      <w:r>
        <w:rPr>
          <w:b/>
          <w:color w:val="17324D"/>
          <w:sz w:val="28"/>
        </w:rPr>
        <w:lastRenderedPageBreak/>
        <w:t>CUPRINS</w:t>
      </w:r>
    </w:p>
    <w:tbl>
      <w:tblPr>
        <w:tblW w:w="10767" w:type="dxa"/>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ayout w:type="fixed"/>
        <w:tblLook w:val="04A0" w:firstRow="1" w:lastRow="0" w:firstColumn="1" w:lastColumn="0" w:noHBand="0" w:noVBand="1"/>
      </w:tblPr>
      <w:tblGrid>
        <w:gridCol w:w="5213"/>
        <w:gridCol w:w="5554"/>
      </w:tblGrid>
      <w:tr w:rsidR="00787B6C" w14:paraId="2E02B0C6" w14:textId="77777777" w:rsidTr="00690563">
        <w:trPr>
          <w:jc w:val="center"/>
        </w:trPr>
        <w:tc>
          <w:tcPr>
            <w:tcW w:w="5213" w:type="dxa"/>
            <w:shd w:val="clear" w:color="auto" w:fill="2B6478"/>
            <w:tcMar>
              <w:top w:w="76" w:type="dxa"/>
              <w:left w:w="82" w:type="dxa"/>
              <w:bottom w:w="76" w:type="dxa"/>
              <w:right w:w="82" w:type="dxa"/>
            </w:tcMar>
          </w:tcPr>
          <w:p w14:paraId="31DFA8FF" w14:textId="77777777" w:rsidR="00787B6C" w:rsidRDefault="00787B6C">
            <w:pPr>
              <w:jc w:val="center"/>
            </w:pPr>
          </w:p>
        </w:tc>
        <w:tc>
          <w:tcPr>
            <w:tcW w:w="5554" w:type="dxa"/>
            <w:shd w:val="clear" w:color="auto" w:fill="17324D"/>
            <w:tcMar>
              <w:top w:w="76" w:type="dxa"/>
              <w:left w:w="82" w:type="dxa"/>
              <w:bottom w:w="76" w:type="dxa"/>
              <w:right w:w="82" w:type="dxa"/>
            </w:tcMar>
          </w:tcPr>
          <w:p w14:paraId="6C6306A4" w14:textId="77777777" w:rsidR="00787B6C" w:rsidRDefault="00787B6C">
            <w:pPr>
              <w:jc w:val="center"/>
            </w:pPr>
          </w:p>
        </w:tc>
      </w:tr>
      <w:tr w:rsidR="00787B6C" w:rsidRPr="00E14EE9" w14:paraId="0ECC267B" w14:textId="77777777" w:rsidTr="00690563">
        <w:trPr>
          <w:jc w:val="center"/>
        </w:trPr>
        <w:tc>
          <w:tcPr>
            <w:tcW w:w="5213" w:type="dxa"/>
            <w:shd w:val="clear" w:color="auto" w:fill="F8FAFA"/>
            <w:tcMar>
              <w:top w:w="68" w:type="dxa"/>
              <w:left w:w="78" w:type="dxa"/>
              <w:bottom w:w="68" w:type="dxa"/>
              <w:right w:w="78" w:type="dxa"/>
            </w:tcMar>
          </w:tcPr>
          <w:p w14:paraId="384464B0" w14:textId="77777777" w:rsidR="00787B6C" w:rsidRDefault="00690563">
            <w:proofErr w:type="gramStart"/>
            <w:r>
              <w:rPr>
                <w:color w:val="263238"/>
                <w:sz w:val="15"/>
              </w:rPr>
              <w:t>01  Cum</w:t>
            </w:r>
            <w:proofErr w:type="gramEnd"/>
            <w:r>
              <w:rPr>
                <w:color w:val="263238"/>
                <w:sz w:val="15"/>
              </w:rPr>
              <w:t xml:space="preserve"> </w:t>
            </w:r>
            <w:proofErr w:type="spellStart"/>
            <w:r>
              <w:rPr>
                <w:color w:val="263238"/>
                <w:sz w:val="15"/>
              </w:rPr>
              <w:t>citim</w:t>
            </w:r>
            <w:proofErr w:type="spellEnd"/>
            <w:r>
              <w:rPr>
                <w:color w:val="263238"/>
                <w:sz w:val="15"/>
              </w:rPr>
              <w:t xml:space="preserve"> </w:t>
            </w:r>
            <w:proofErr w:type="spellStart"/>
            <w:r>
              <w:rPr>
                <w:color w:val="263238"/>
                <w:sz w:val="15"/>
              </w:rPr>
              <w:t>noua</w:t>
            </w:r>
            <w:proofErr w:type="spellEnd"/>
            <w:r>
              <w:rPr>
                <w:color w:val="263238"/>
                <w:sz w:val="15"/>
              </w:rPr>
              <w:t xml:space="preserve"> </w:t>
            </w:r>
            <w:proofErr w:type="spellStart"/>
            <w:r>
              <w:rPr>
                <w:color w:val="263238"/>
                <w:sz w:val="15"/>
              </w:rPr>
              <w:t>programă</w:t>
            </w:r>
            <w:proofErr w:type="spellEnd"/>
            <w:r>
              <w:rPr>
                <w:color w:val="263238"/>
                <w:sz w:val="15"/>
              </w:rPr>
              <w:t>?</w:t>
            </w:r>
          </w:p>
        </w:tc>
        <w:tc>
          <w:tcPr>
            <w:tcW w:w="5554" w:type="dxa"/>
            <w:shd w:val="clear" w:color="auto" w:fill="F8FAFA"/>
            <w:tcMar>
              <w:top w:w="68" w:type="dxa"/>
              <w:left w:w="78" w:type="dxa"/>
              <w:bottom w:w="68" w:type="dxa"/>
              <w:right w:w="78" w:type="dxa"/>
            </w:tcMar>
          </w:tcPr>
          <w:p w14:paraId="32D775BA" w14:textId="77777777" w:rsidR="00787B6C" w:rsidRPr="00E14EE9" w:rsidRDefault="00690563">
            <w:pPr>
              <w:rPr>
                <w:lang w:val="it-CH"/>
              </w:rPr>
            </w:pPr>
            <w:r w:rsidRPr="00E14EE9">
              <w:rPr>
                <w:color w:val="263238"/>
                <w:sz w:val="15"/>
                <w:lang w:val="it-CH"/>
              </w:rPr>
              <w:t>02  Ce se schimbă, de fapt?</w:t>
            </w:r>
          </w:p>
        </w:tc>
      </w:tr>
      <w:tr w:rsidR="00787B6C" w:rsidRPr="00E14EE9" w14:paraId="510C11B7" w14:textId="77777777" w:rsidTr="00690563">
        <w:trPr>
          <w:jc w:val="center"/>
        </w:trPr>
        <w:tc>
          <w:tcPr>
            <w:tcW w:w="5213" w:type="dxa"/>
            <w:shd w:val="clear" w:color="auto" w:fill="2B6478"/>
            <w:tcMar>
              <w:top w:w="76" w:type="dxa"/>
              <w:left w:w="82" w:type="dxa"/>
              <w:bottom w:w="76" w:type="dxa"/>
              <w:right w:w="82" w:type="dxa"/>
            </w:tcMar>
          </w:tcPr>
          <w:p w14:paraId="48ED0238" w14:textId="77777777" w:rsidR="00787B6C" w:rsidRPr="00E14EE9" w:rsidRDefault="00787B6C">
            <w:pPr>
              <w:jc w:val="center"/>
              <w:rPr>
                <w:lang w:val="it-CH"/>
              </w:rPr>
            </w:pPr>
          </w:p>
        </w:tc>
        <w:tc>
          <w:tcPr>
            <w:tcW w:w="5554" w:type="dxa"/>
            <w:shd w:val="clear" w:color="auto" w:fill="17324D"/>
            <w:tcMar>
              <w:top w:w="76" w:type="dxa"/>
              <w:left w:w="82" w:type="dxa"/>
              <w:bottom w:w="76" w:type="dxa"/>
              <w:right w:w="82" w:type="dxa"/>
            </w:tcMar>
          </w:tcPr>
          <w:p w14:paraId="477AE766" w14:textId="77777777" w:rsidR="00787B6C" w:rsidRPr="00E14EE9" w:rsidRDefault="00787B6C">
            <w:pPr>
              <w:jc w:val="center"/>
              <w:rPr>
                <w:lang w:val="it-CH"/>
              </w:rPr>
            </w:pPr>
          </w:p>
        </w:tc>
      </w:tr>
      <w:tr w:rsidR="00787B6C" w:rsidRPr="00E14EE9" w14:paraId="2E37636A" w14:textId="77777777" w:rsidTr="00690563">
        <w:trPr>
          <w:jc w:val="center"/>
        </w:trPr>
        <w:tc>
          <w:tcPr>
            <w:tcW w:w="5213" w:type="dxa"/>
            <w:shd w:val="clear" w:color="auto" w:fill="F8FAFA"/>
            <w:tcMar>
              <w:top w:w="68" w:type="dxa"/>
              <w:left w:w="78" w:type="dxa"/>
              <w:bottom w:w="68" w:type="dxa"/>
              <w:right w:w="78" w:type="dxa"/>
            </w:tcMar>
          </w:tcPr>
          <w:p w14:paraId="57107544" w14:textId="77777777" w:rsidR="00787B6C" w:rsidRPr="00E14EE9" w:rsidRDefault="00690563">
            <w:pPr>
              <w:rPr>
                <w:lang w:val="it-CH"/>
              </w:rPr>
            </w:pPr>
            <w:r w:rsidRPr="00E14EE9">
              <w:rPr>
                <w:color w:val="263238"/>
                <w:sz w:val="15"/>
                <w:lang w:val="it-CH"/>
              </w:rPr>
              <w:t>03  Ce rămâne și poate fi valorificat?</w:t>
            </w:r>
          </w:p>
        </w:tc>
        <w:tc>
          <w:tcPr>
            <w:tcW w:w="5554" w:type="dxa"/>
            <w:shd w:val="clear" w:color="auto" w:fill="F8FAFA"/>
            <w:tcMar>
              <w:top w:w="68" w:type="dxa"/>
              <w:left w:w="78" w:type="dxa"/>
              <w:bottom w:w="68" w:type="dxa"/>
              <w:right w:w="78" w:type="dxa"/>
            </w:tcMar>
          </w:tcPr>
          <w:p w14:paraId="2D6F9F1A" w14:textId="77777777" w:rsidR="00787B6C" w:rsidRPr="00E14EE9" w:rsidRDefault="00690563">
            <w:pPr>
              <w:rPr>
                <w:lang w:val="it-CH"/>
              </w:rPr>
            </w:pPr>
            <w:r w:rsidRPr="00E14EE9">
              <w:rPr>
                <w:color w:val="263238"/>
                <w:sz w:val="15"/>
                <w:lang w:val="it-CH"/>
              </w:rPr>
              <w:t>04  Cu ce vin elevii din gimnaziu?</w:t>
            </w:r>
          </w:p>
        </w:tc>
      </w:tr>
      <w:tr w:rsidR="00787B6C" w:rsidRPr="00E14EE9" w14:paraId="1A65BB7D" w14:textId="77777777" w:rsidTr="00690563">
        <w:trPr>
          <w:jc w:val="center"/>
        </w:trPr>
        <w:tc>
          <w:tcPr>
            <w:tcW w:w="5213" w:type="dxa"/>
            <w:shd w:val="clear" w:color="auto" w:fill="2B6478"/>
            <w:tcMar>
              <w:top w:w="76" w:type="dxa"/>
              <w:left w:w="82" w:type="dxa"/>
              <w:bottom w:w="76" w:type="dxa"/>
              <w:right w:w="82" w:type="dxa"/>
            </w:tcMar>
          </w:tcPr>
          <w:p w14:paraId="1DEDB17A" w14:textId="77777777" w:rsidR="00787B6C" w:rsidRPr="00E14EE9" w:rsidRDefault="00787B6C">
            <w:pPr>
              <w:jc w:val="center"/>
              <w:rPr>
                <w:lang w:val="it-CH"/>
              </w:rPr>
            </w:pPr>
          </w:p>
        </w:tc>
        <w:tc>
          <w:tcPr>
            <w:tcW w:w="5554" w:type="dxa"/>
            <w:shd w:val="clear" w:color="auto" w:fill="17324D"/>
            <w:tcMar>
              <w:top w:w="76" w:type="dxa"/>
              <w:left w:w="82" w:type="dxa"/>
              <w:bottom w:w="76" w:type="dxa"/>
              <w:right w:w="82" w:type="dxa"/>
            </w:tcMar>
          </w:tcPr>
          <w:p w14:paraId="42BE523D" w14:textId="77777777" w:rsidR="00787B6C" w:rsidRPr="00E14EE9" w:rsidRDefault="00787B6C">
            <w:pPr>
              <w:jc w:val="center"/>
              <w:rPr>
                <w:lang w:val="it-CH"/>
              </w:rPr>
            </w:pPr>
          </w:p>
        </w:tc>
      </w:tr>
      <w:tr w:rsidR="00787B6C" w:rsidRPr="00E14EE9" w14:paraId="0FA1D1BE" w14:textId="77777777" w:rsidTr="00690563">
        <w:trPr>
          <w:jc w:val="center"/>
        </w:trPr>
        <w:tc>
          <w:tcPr>
            <w:tcW w:w="5213" w:type="dxa"/>
            <w:shd w:val="clear" w:color="auto" w:fill="F8FAFA"/>
            <w:tcMar>
              <w:top w:w="68" w:type="dxa"/>
              <w:left w:w="78" w:type="dxa"/>
              <w:bottom w:w="68" w:type="dxa"/>
              <w:right w:w="78" w:type="dxa"/>
            </w:tcMar>
          </w:tcPr>
          <w:p w14:paraId="4BD66F45" w14:textId="77777777" w:rsidR="00787B6C" w:rsidRPr="00E14EE9" w:rsidRDefault="00690563">
            <w:pPr>
              <w:rPr>
                <w:lang w:val="it-CH"/>
              </w:rPr>
            </w:pPr>
            <w:r w:rsidRPr="00E14EE9">
              <w:rPr>
                <w:color w:val="263238"/>
                <w:sz w:val="15"/>
                <w:lang w:val="it-CH"/>
              </w:rPr>
              <w:t>05  Standardele clasei a VIII-a și diagnoza</w:t>
            </w:r>
          </w:p>
        </w:tc>
        <w:tc>
          <w:tcPr>
            <w:tcW w:w="5554" w:type="dxa"/>
            <w:shd w:val="clear" w:color="auto" w:fill="F8FAFA"/>
            <w:tcMar>
              <w:top w:w="68" w:type="dxa"/>
              <w:left w:w="78" w:type="dxa"/>
              <w:bottom w:w="68" w:type="dxa"/>
              <w:right w:w="78" w:type="dxa"/>
            </w:tcMar>
          </w:tcPr>
          <w:p w14:paraId="7C778121" w14:textId="77777777" w:rsidR="00787B6C" w:rsidRPr="00E14EE9" w:rsidRDefault="00690563">
            <w:pPr>
              <w:rPr>
                <w:lang w:val="it-CH"/>
              </w:rPr>
            </w:pPr>
            <w:r w:rsidRPr="00E14EE9">
              <w:rPr>
                <w:color w:val="263238"/>
                <w:sz w:val="15"/>
                <w:lang w:val="it-CH"/>
              </w:rPr>
              <w:t>06  O oră pe săptămână: ce este realist?</w:t>
            </w:r>
          </w:p>
        </w:tc>
      </w:tr>
      <w:tr w:rsidR="00787B6C" w:rsidRPr="00E14EE9" w14:paraId="7E00A057" w14:textId="77777777" w:rsidTr="00690563">
        <w:trPr>
          <w:jc w:val="center"/>
        </w:trPr>
        <w:tc>
          <w:tcPr>
            <w:tcW w:w="5213" w:type="dxa"/>
            <w:shd w:val="clear" w:color="auto" w:fill="2B6478"/>
            <w:tcMar>
              <w:top w:w="76" w:type="dxa"/>
              <w:left w:w="82" w:type="dxa"/>
              <w:bottom w:w="76" w:type="dxa"/>
              <w:right w:w="82" w:type="dxa"/>
            </w:tcMar>
          </w:tcPr>
          <w:p w14:paraId="4DF81826" w14:textId="77777777" w:rsidR="00787B6C" w:rsidRPr="00E14EE9" w:rsidRDefault="00787B6C">
            <w:pPr>
              <w:jc w:val="center"/>
              <w:rPr>
                <w:lang w:val="it-CH"/>
              </w:rPr>
            </w:pPr>
          </w:p>
        </w:tc>
        <w:tc>
          <w:tcPr>
            <w:tcW w:w="5554" w:type="dxa"/>
            <w:shd w:val="clear" w:color="auto" w:fill="17324D"/>
            <w:tcMar>
              <w:top w:w="76" w:type="dxa"/>
              <w:left w:w="82" w:type="dxa"/>
              <w:bottom w:w="76" w:type="dxa"/>
              <w:right w:w="82" w:type="dxa"/>
            </w:tcMar>
          </w:tcPr>
          <w:p w14:paraId="41C35780" w14:textId="77777777" w:rsidR="00787B6C" w:rsidRPr="00E14EE9" w:rsidRDefault="00787B6C">
            <w:pPr>
              <w:jc w:val="center"/>
              <w:rPr>
                <w:lang w:val="it-CH"/>
              </w:rPr>
            </w:pPr>
          </w:p>
        </w:tc>
      </w:tr>
      <w:tr w:rsidR="00787B6C" w:rsidRPr="00E14EE9" w14:paraId="7C9A9C00" w14:textId="77777777" w:rsidTr="00690563">
        <w:trPr>
          <w:jc w:val="center"/>
        </w:trPr>
        <w:tc>
          <w:tcPr>
            <w:tcW w:w="5213" w:type="dxa"/>
            <w:shd w:val="clear" w:color="auto" w:fill="F8FAFA"/>
            <w:tcMar>
              <w:top w:w="68" w:type="dxa"/>
              <w:left w:w="78" w:type="dxa"/>
              <w:bottom w:w="68" w:type="dxa"/>
              <w:right w:w="78" w:type="dxa"/>
            </w:tcMar>
          </w:tcPr>
          <w:p w14:paraId="79141772" w14:textId="77777777" w:rsidR="00787B6C" w:rsidRPr="00E14EE9" w:rsidRDefault="00690563">
            <w:pPr>
              <w:rPr>
                <w:lang w:val="it-CH"/>
              </w:rPr>
            </w:pPr>
            <w:r w:rsidRPr="00E14EE9">
              <w:rPr>
                <w:color w:val="263238"/>
                <w:sz w:val="15"/>
                <w:lang w:val="it-CH"/>
              </w:rPr>
              <w:t>07  Gândirea spațială: miza specifică a geografiei</w:t>
            </w:r>
          </w:p>
        </w:tc>
        <w:tc>
          <w:tcPr>
            <w:tcW w:w="5554" w:type="dxa"/>
            <w:shd w:val="clear" w:color="auto" w:fill="F8FAFA"/>
            <w:tcMar>
              <w:top w:w="68" w:type="dxa"/>
              <w:left w:w="78" w:type="dxa"/>
              <w:bottom w:w="68" w:type="dxa"/>
              <w:right w:w="78" w:type="dxa"/>
            </w:tcMar>
          </w:tcPr>
          <w:p w14:paraId="12D47BB5" w14:textId="77777777" w:rsidR="00787B6C" w:rsidRPr="00E14EE9" w:rsidRDefault="00690563">
            <w:pPr>
              <w:rPr>
                <w:lang w:val="it-CH"/>
              </w:rPr>
            </w:pPr>
            <w:r w:rsidRPr="00E14EE9">
              <w:rPr>
                <w:color w:val="263238"/>
                <w:sz w:val="15"/>
                <w:lang w:val="it-CH"/>
              </w:rPr>
              <w:t>08  Harta: de la suport la limbaj de analiză</w:t>
            </w:r>
          </w:p>
        </w:tc>
      </w:tr>
      <w:tr w:rsidR="00787B6C" w:rsidRPr="00E14EE9" w14:paraId="04226440" w14:textId="77777777" w:rsidTr="00690563">
        <w:trPr>
          <w:jc w:val="center"/>
        </w:trPr>
        <w:tc>
          <w:tcPr>
            <w:tcW w:w="5213" w:type="dxa"/>
            <w:shd w:val="clear" w:color="auto" w:fill="2B6478"/>
            <w:tcMar>
              <w:top w:w="76" w:type="dxa"/>
              <w:left w:w="82" w:type="dxa"/>
              <w:bottom w:w="76" w:type="dxa"/>
              <w:right w:w="82" w:type="dxa"/>
            </w:tcMar>
          </w:tcPr>
          <w:p w14:paraId="525FB69E" w14:textId="77777777" w:rsidR="00787B6C" w:rsidRPr="00E14EE9" w:rsidRDefault="00787B6C">
            <w:pPr>
              <w:jc w:val="center"/>
              <w:rPr>
                <w:lang w:val="it-CH"/>
              </w:rPr>
            </w:pPr>
          </w:p>
        </w:tc>
        <w:tc>
          <w:tcPr>
            <w:tcW w:w="5554" w:type="dxa"/>
            <w:shd w:val="clear" w:color="auto" w:fill="17324D"/>
            <w:tcMar>
              <w:top w:w="76" w:type="dxa"/>
              <w:left w:w="82" w:type="dxa"/>
              <w:bottom w:w="76" w:type="dxa"/>
              <w:right w:w="82" w:type="dxa"/>
            </w:tcMar>
          </w:tcPr>
          <w:p w14:paraId="3CEDA6BD" w14:textId="77777777" w:rsidR="00787B6C" w:rsidRPr="00E14EE9" w:rsidRDefault="00787B6C">
            <w:pPr>
              <w:jc w:val="center"/>
              <w:rPr>
                <w:lang w:val="it-CH"/>
              </w:rPr>
            </w:pPr>
          </w:p>
        </w:tc>
      </w:tr>
      <w:tr w:rsidR="00787B6C" w:rsidRPr="00E14EE9" w14:paraId="7E8493E0" w14:textId="77777777" w:rsidTr="00690563">
        <w:trPr>
          <w:jc w:val="center"/>
        </w:trPr>
        <w:tc>
          <w:tcPr>
            <w:tcW w:w="5213" w:type="dxa"/>
            <w:shd w:val="clear" w:color="auto" w:fill="F8FAFA"/>
            <w:tcMar>
              <w:top w:w="68" w:type="dxa"/>
              <w:left w:w="78" w:type="dxa"/>
              <w:bottom w:w="68" w:type="dxa"/>
              <w:right w:w="78" w:type="dxa"/>
            </w:tcMar>
          </w:tcPr>
          <w:p w14:paraId="366C9895" w14:textId="77777777" w:rsidR="00787B6C" w:rsidRPr="00E14EE9" w:rsidRDefault="00690563">
            <w:pPr>
              <w:rPr>
                <w:lang w:val="it-CH"/>
              </w:rPr>
            </w:pPr>
            <w:r w:rsidRPr="00E14EE9">
              <w:rPr>
                <w:color w:val="263238"/>
                <w:sz w:val="15"/>
                <w:lang w:val="it-CH"/>
              </w:rPr>
              <w:t>09  Scara: aceeași realitate, alte întrebări</w:t>
            </w:r>
          </w:p>
        </w:tc>
        <w:tc>
          <w:tcPr>
            <w:tcW w:w="5554" w:type="dxa"/>
            <w:shd w:val="clear" w:color="auto" w:fill="F8FAFA"/>
            <w:tcMar>
              <w:top w:w="68" w:type="dxa"/>
              <w:left w:w="78" w:type="dxa"/>
              <w:bottom w:w="68" w:type="dxa"/>
              <w:right w:w="78" w:type="dxa"/>
            </w:tcMar>
          </w:tcPr>
          <w:p w14:paraId="7F2661D8" w14:textId="77777777" w:rsidR="00787B6C" w:rsidRPr="00E14EE9" w:rsidRDefault="00690563">
            <w:pPr>
              <w:rPr>
                <w:lang w:val="it-CH"/>
              </w:rPr>
            </w:pPr>
            <w:r w:rsidRPr="00E14EE9">
              <w:rPr>
                <w:color w:val="263238"/>
                <w:sz w:val="15"/>
                <w:lang w:val="it-CH"/>
              </w:rPr>
              <w:t>10  GIS, GPS și imagini satelitare</w:t>
            </w:r>
          </w:p>
        </w:tc>
      </w:tr>
      <w:tr w:rsidR="00787B6C" w:rsidRPr="00E14EE9" w14:paraId="5E6F5AA2" w14:textId="77777777" w:rsidTr="00690563">
        <w:trPr>
          <w:jc w:val="center"/>
        </w:trPr>
        <w:tc>
          <w:tcPr>
            <w:tcW w:w="5213" w:type="dxa"/>
            <w:shd w:val="clear" w:color="auto" w:fill="2B6478"/>
            <w:tcMar>
              <w:top w:w="76" w:type="dxa"/>
              <w:left w:w="82" w:type="dxa"/>
              <w:bottom w:w="76" w:type="dxa"/>
              <w:right w:w="82" w:type="dxa"/>
            </w:tcMar>
          </w:tcPr>
          <w:p w14:paraId="3F29F4AE" w14:textId="77777777" w:rsidR="00787B6C" w:rsidRPr="00E14EE9" w:rsidRDefault="00787B6C">
            <w:pPr>
              <w:jc w:val="center"/>
              <w:rPr>
                <w:lang w:val="it-CH"/>
              </w:rPr>
            </w:pPr>
          </w:p>
        </w:tc>
        <w:tc>
          <w:tcPr>
            <w:tcW w:w="5554" w:type="dxa"/>
            <w:shd w:val="clear" w:color="auto" w:fill="17324D"/>
            <w:tcMar>
              <w:top w:w="76" w:type="dxa"/>
              <w:left w:w="82" w:type="dxa"/>
              <w:bottom w:w="76" w:type="dxa"/>
              <w:right w:w="82" w:type="dxa"/>
            </w:tcMar>
          </w:tcPr>
          <w:p w14:paraId="479C9E3D" w14:textId="77777777" w:rsidR="00787B6C" w:rsidRPr="00E14EE9" w:rsidRDefault="00787B6C">
            <w:pPr>
              <w:jc w:val="center"/>
              <w:rPr>
                <w:lang w:val="it-CH"/>
              </w:rPr>
            </w:pPr>
          </w:p>
        </w:tc>
      </w:tr>
      <w:tr w:rsidR="00787B6C" w14:paraId="04370642" w14:textId="77777777" w:rsidTr="00690563">
        <w:trPr>
          <w:jc w:val="center"/>
        </w:trPr>
        <w:tc>
          <w:tcPr>
            <w:tcW w:w="5213" w:type="dxa"/>
            <w:shd w:val="clear" w:color="auto" w:fill="F8FAFA"/>
            <w:tcMar>
              <w:top w:w="68" w:type="dxa"/>
              <w:left w:w="78" w:type="dxa"/>
              <w:bottom w:w="68" w:type="dxa"/>
              <w:right w:w="78" w:type="dxa"/>
            </w:tcMar>
          </w:tcPr>
          <w:p w14:paraId="70F4D5D6" w14:textId="77777777" w:rsidR="00787B6C" w:rsidRPr="00E14EE9" w:rsidRDefault="00690563">
            <w:pPr>
              <w:rPr>
                <w:lang w:val="it-CH"/>
              </w:rPr>
            </w:pPr>
            <w:r w:rsidRPr="00E14EE9">
              <w:rPr>
                <w:color w:val="263238"/>
                <w:sz w:val="15"/>
                <w:lang w:val="it-CH"/>
              </w:rPr>
              <w:t>11  Geologia, resursele și timpul geologic</w:t>
            </w:r>
          </w:p>
        </w:tc>
        <w:tc>
          <w:tcPr>
            <w:tcW w:w="5554" w:type="dxa"/>
            <w:shd w:val="clear" w:color="auto" w:fill="F8FAFA"/>
            <w:tcMar>
              <w:top w:w="68" w:type="dxa"/>
              <w:left w:w="78" w:type="dxa"/>
              <w:bottom w:w="68" w:type="dxa"/>
              <w:right w:w="78" w:type="dxa"/>
            </w:tcMar>
          </w:tcPr>
          <w:p w14:paraId="7BBC5C8A" w14:textId="77777777" w:rsidR="00787B6C" w:rsidRDefault="00690563">
            <w:proofErr w:type="gramStart"/>
            <w:r>
              <w:rPr>
                <w:color w:val="263238"/>
                <w:sz w:val="15"/>
              </w:rPr>
              <w:t>12  Hazard</w:t>
            </w:r>
            <w:proofErr w:type="gramEnd"/>
            <w:r>
              <w:rPr>
                <w:color w:val="263238"/>
                <w:sz w:val="15"/>
              </w:rPr>
              <w:t xml:space="preserve">, </w:t>
            </w:r>
            <w:proofErr w:type="spellStart"/>
            <w:r>
              <w:rPr>
                <w:color w:val="263238"/>
                <w:sz w:val="15"/>
              </w:rPr>
              <w:t>expunere</w:t>
            </w:r>
            <w:proofErr w:type="spellEnd"/>
            <w:r>
              <w:rPr>
                <w:color w:val="263238"/>
                <w:sz w:val="15"/>
              </w:rPr>
              <w:t xml:space="preserve">, </w:t>
            </w:r>
            <w:proofErr w:type="spellStart"/>
            <w:r>
              <w:rPr>
                <w:color w:val="263238"/>
                <w:sz w:val="15"/>
              </w:rPr>
              <w:t>vulnerabilitate</w:t>
            </w:r>
            <w:proofErr w:type="spellEnd"/>
            <w:r>
              <w:rPr>
                <w:color w:val="263238"/>
                <w:sz w:val="15"/>
              </w:rPr>
              <w:t xml:space="preserve">, </w:t>
            </w:r>
            <w:proofErr w:type="spellStart"/>
            <w:r>
              <w:rPr>
                <w:color w:val="263238"/>
                <w:sz w:val="15"/>
              </w:rPr>
              <w:t>risc</w:t>
            </w:r>
            <w:proofErr w:type="spellEnd"/>
          </w:p>
        </w:tc>
      </w:tr>
      <w:tr w:rsidR="00787B6C" w14:paraId="2F1862D5" w14:textId="77777777" w:rsidTr="00690563">
        <w:trPr>
          <w:jc w:val="center"/>
        </w:trPr>
        <w:tc>
          <w:tcPr>
            <w:tcW w:w="5213" w:type="dxa"/>
            <w:shd w:val="clear" w:color="auto" w:fill="2B6478"/>
            <w:tcMar>
              <w:top w:w="76" w:type="dxa"/>
              <w:left w:w="82" w:type="dxa"/>
              <w:bottom w:w="76" w:type="dxa"/>
              <w:right w:w="82" w:type="dxa"/>
            </w:tcMar>
          </w:tcPr>
          <w:p w14:paraId="4DF7C9A6" w14:textId="77777777" w:rsidR="00787B6C" w:rsidRDefault="00787B6C">
            <w:pPr>
              <w:jc w:val="center"/>
            </w:pPr>
          </w:p>
        </w:tc>
        <w:tc>
          <w:tcPr>
            <w:tcW w:w="5554" w:type="dxa"/>
            <w:shd w:val="clear" w:color="auto" w:fill="17324D"/>
            <w:tcMar>
              <w:top w:w="76" w:type="dxa"/>
              <w:left w:w="82" w:type="dxa"/>
              <w:bottom w:w="76" w:type="dxa"/>
              <w:right w:w="82" w:type="dxa"/>
            </w:tcMar>
          </w:tcPr>
          <w:p w14:paraId="35FFBD92" w14:textId="77777777" w:rsidR="00787B6C" w:rsidRDefault="00787B6C">
            <w:pPr>
              <w:jc w:val="center"/>
            </w:pPr>
          </w:p>
        </w:tc>
      </w:tr>
      <w:tr w:rsidR="00787B6C" w:rsidRPr="00E14EE9" w14:paraId="7FF59427" w14:textId="77777777" w:rsidTr="00690563">
        <w:trPr>
          <w:jc w:val="center"/>
        </w:trPr>
        <w:tc>
          <w:tcPr>
            <w:tcW w:w="5213" w:type="dxa"/>
            <w:shd w:val="clear" w:color="auto" w:fill="F8FAFA"/>
            <w:tcMar>
              <w:top w:w="68" w:type="dxa"/>
              <w:left w:w="78" w:type="dxa"/>
              <w:bottom w:w="68" w:type="dxa"/>
              <w:right w:w="78" w:type="dxa"/>
            </w:tcMar>
          </w:tcPr>
          <w:p w14:paraId="55944238" w14:textId="77777777" w:rsidR="00787B6C" w:rsidRDefault="00690563">
            <w:proofErr w:type="gramStart"/>
            <w:r>
              <w:rPr>
                <w:color w:val="263238"/>
                <w:sz w:val="15"/>
              </w:rPr>
              <w:t xml:space="preserve">13  </w:t>
            </w:r>
            <w:proofErr w:type="spellStart"/>
            <w:r>
              <w:rPr>
                <w:color w:val="263238"/>
                <w:sz w:val="15"/>
              </w:rPr>
              <w:t>Relieful</w:t>
            </w:r>
            <w:proofErr w:type="spellEnd"/>
            <w:proofErr w:type="gramEnd"/>
            <w:r>
              <w:rPr>
                <w:color w:val="263238"/>
                <w:sz w:val="15"/>
              </w:rPr>
              <w:t xml:space="preserve">: </w:t>
            </w:r>
            <w:proofErr w:type="spellStart"/>
            <w:r>
              <w:rPr>
                <w:color w:val="263238"/>
                <w:sz w:val="15"/>
              </w:rPr>
              <w:t>proces</w:t>
            </w:r>
            <w:proofErr w:type="spellEnd"/>
            <w:r>
              <w:rPr>
                <w:color w:val="263238"/>
                <w:sz w:val="15"/>
              </w:rPr>
              <w:t xml:space="preserve">, </w:t>
            </w:r>
            <w:proofErr w:type="spellStart"/>
            <w:r>
              <w:rPr>
                <w:color w:val="263238"/>
                <w:sz w:val="15"/>
              </w:rPr>
              <w:t>favorabilitate</w:t>
            </w:r>
            <w:proofErr w:type="spellEnd"/>
            <w:r>
              <w:rPr>
                <w:color w:val="263238"/>
                <w:sz w:val="15"/>
              </w:rPr>
              <w:t xml:space="preserve">, </w:t>
            </w:r>
            <w:proofErr w:type="spellStart"/>
            <w:r>
              <w:rPr>
                <w:color w:val="263238"/>
                <w:sz w:val="15"/>
              </w:rPr>
              <w:t>restrictivitate</w:t>
            </w:r>
            <w:proofErr w:type="spellEnd"/>
          </w:p>
        </w:tc>
        <w:tc>
          <w:tcPr>
            <w:tcW w:w="5554" w:type="dxa"/>
            <w:shd w:val="clear" w:color="auto" w:fill="F8FAFA"/>
            <w:tcMar>
              <w:top w:w="68" w:type="dxa"/>
              <w:left w:w="78" w:type="dxa"/>
              <w:bottom w:w="68" w:type="dxa"/>
              <w:right w:w="78" w:type="dxa"/>
            </w:tcMar>
          </w:tcPr>
          <w:p w14:paraId="33BD4B11" w14:textId="77777777" w:rsidR="00787B6C" w:rsidRPr="00E14EE9" w:rsidRDefault="00690563">
            <w:pPr>
              <w:rPr>
                <w:lang w:val="it-CH"/>
              </w:rPr>
            </w:pPr>
            <w:r w:rsidRPr="00E14EE9">
              <w:rPr>
                <w:color w:val="263238"/>
                <w:sz w:val="15"/>
                <w:lang w:val="it-CH"/>
              </w:rPr>
              <w:t>14  Atmosfera: de la vreme la schimbare climatică</w:t>
            </w:r>
          </w:p>
        </w:tc>
      </w:tr>
      <w:tr w:rsidR="00787B6C" w:rsidRPr="00E14EE9" w14:paraId="0B20F6EE" w14:textId="77777777" w:rsidTr="00690563">
        <w:trPr>
          <w:jc w:val="center"/>
        </w:trPr>
        <w:tc>
          <w:tcPr>
            <w:tcW w:w="5213" w:type="dxa"/>
            <w:shd w:val="clear" w:color="auto" w:fill="2B6478"/>
            <w:tcMar>
              <w:top w:w="76" w:type="dxa"/>
              <w:left w:w="82" w:type="dxa"/>
              <w:bottom w:w="76" w:type="dxa"/>
              <w:right w:w="82" w:type="dxa"/>
            </w:tcMar>
          </w:tcPr>
          <w:p w14:paraId="0B41993A" w14:textId="77777777" w:rsidR="00787B6C" w:rsidRPr="00E14EE9" w:rsidRDefault="00787B6C">
            <w:pPr>
              <w:jc w:val="center"/>
              <w:rPr>
                <w:lang w:val="it-CH"/>
              </w:rPr>
            </w:pPr>
          </w:p>
        </w:tc>
        <w:tc>
          <w:tcPr>
            <w:tcW w:w="5554" w:type="dxa"/>
            <w:shd w:val="clear" w:color="auto" w:fill="17324D"/>
            <w:tcMar>
              <w:top w:w="76" w:type="dxa"/>
              <w:left w:w="82" w:type="dxa"/>
              <w:bottom w:w="76" w:type="dxa"/>
              <w:right w:w="82" w:type="dxa"/>
            </w:tcMar>
          </w:tcPr>
          <w:p w14:paraId="6E9FFFB0" w14:textId="77777777" w:rsidR="00787B6C" w:rsidRPr="00E14EE9" w:rsidRDefault="00787B6C">
            <w:pPr>
              <w:jc w:val="center"/>
              <w:rPr>
                <w:lang w:val="it-CH"/>
              </w:rPr>
            </w:pPr>
          </w:p>
        </w:tc>
      </w:tr>
      <w:tr w:rsidR="00787B6C" w14:paraId="055B5A42" w14:textId="77777777" w:rsidTr="00690563">
        <w:trPr>
          <w:jc w:val="center"/>
        </w:trPr>
        <w:tc>
          <w:tcPr>
            <w:tcW w:w="5213" w:type="dxa"/>
            <w:shd w:val="clear" w:color="auto" w:fill="F8FAFA"/>
            <w:tcMar>
              <w:top w:w="68" w:type="dxa"/>
              <w:left w:w="78" w:type="dxa"/>
              <w:bottom w:w="68" w:type="dxa"/>
              <w:right w:w="78" w:type="dxa"/>
            </w:tcMar>
          </w:tcPr>
          <w:p w14:paraId="0AADC2D5" w14:textId="77777777" w:rsidR="00787B6C" w:rsidRDefault="00690563">
            <w:proofErr w:type="gramStart"/>
            <w:r>
              <w:rPr>
                <w:color w:val="263238"/>
                <w:sz w:val="15"/>
              </w:rPr>
              <w:t xml:space="preserve">15  </w:t>
            </w:r>
            <w:proofErr w:type="spellStart"/>
            <w:r>
              <w:rPr>
                <w:color w:val="263238"/>
                <w:sz w:val="15"/>
              </w:rPr>
              <w:t>Hidrosfera</w:t>
            </w:r>
            <w:proofErr w:type="spellEnd"/>
            <w:proofErr w:type="gramEnd"/>
            <w:r>
              <w:rPr>
                <w:color w:val="263238"/>
                <w:sz w:val="15"/>
              </w:rPr>
              <w:t xml:space="preserve">: </w:t>
            </w:r>
            <w:proofErr w:type="spellStart"/>
            <w:r>
              <w:rPr>
                <w:color w:val="263238"/>
                <w:sz w:val="15"/>
              </w:rPr>
              <w:t>resursă</w:t>
            </w:r>
            <w:proofErr w:type="spellEnd"/>
            <w:r>
              <w:rPr>
                <w:color w:val="263238"/>
                <w:sz w:val="15"/>
              </w:rPr>
              <w:t xml:space="preserve">, </w:t>
            </w:r>
            <w:proofErr w:type="spellStart"/>
            <w:r>
              <w:rPr>
                <w:color w:val="263238"/>
                <w:sz w:val="15"/>
              </w:rPr>
              <w:t>dinamică</w:t>
            </w:r>
            <w:proofErr w:type="spellEnd"/>
            <w:r>
              <w:rPr>
                <w:color w:val="263238"/>
                <w:sz w:val="15"/>
              </w:rPr>
              <w:t xml:space="preserve">, </w:t>
            </w:r>
            <w:proofErr w:type="spellStart"/>
            <w:r>
              <w:rPr>
                <w:color w:val="263238"/>
                <w:sz w:val="15"/>
              </w:rPr>
              <w:t>risc</w:t>
            </w:r>
            <w:proofErr w:type="spellEnd"/>
          </w:p>
        </w:tc>
        <w:tc>
          <w:tcPr>
            <w:tcW w:w="5554" w:type="dxa"/>
            <w:shd w:val="clear" w:color="auto" w:fill="F8FAFA"/>
            <w:tcMar>
              <w:top w:w="68" w:type="dxa"/>
              <w:left w:w="78" w:type="dxa"/>
              <w:bottom w:w="68" w:type="dxa"/>
              <w:right w:w="78" w:type="dxa"/>
            </w:tcMar>
          </w:tcPr>
          <w:p w14:paraId="47182BF6" w14:textId="77777777" w:rsidR="00787B6C" w:rsidRDefault="00690563">
            <w:proofErr w:type="gramStart"/>
            <w:r>
              <w:rPr>
                <w:color w:val="263238"/>
                <w:sz w:val="15"/>
              </w:rPr>
              <w:t>16  Biosfera</w:t>
            </w:r>
            <w:proofErr w:type="gramEnd"/>
            <w:r>
              <w:rPr>
                <w:color w:val="263238"/>
                <w:sz w:val="15"/>
              </w:rPr>
              <w:t xml:space="preserve">, </w:t>
            </w:r>
            <w:proofErr w:type="spellStart"/>
            <w:r>
              <w:rPr>
                <w:color w:val="263238"/>
                <w:sz w:val="15"/>
              </w:rPr>
              <w:t>solurile</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interdependența</w:t>
            </w:r>
            <w:proofErr w:type="spellEnd"/>
          </w:p>
        </w:tc>
      </w:tr>
      <w:tr w:rsidR="00787B6C" w14:paraId="08173D97" w14:textId="77777777" w:rsidTr="00690563">
        <w:trPr>
          <w:jc w:val="center"/>
        </w:trPr>
        <w:tc>
          <w:tcPr>
            <w:tcW w:w="5213" w:type="dxa"/>
            <w:shd w:val="clear" w:color="auto" w:fill="2B6478"/>
            <w:tcMar>
              <w:top w:w="76" w:type="dxa"/>
              <w:left w:w="82" w:type="dxa"/>
              <w:bottom w:w="76" w:type="dxa"/>
              <w:right w:w="82" w:type="dxa"/>
            </w:tcMar>
          </w:tcPr>
          <w:p w14:paraId="1CA239F2" w14:textId="77777777" w:rsidR="00787B6C" w:rsidRDefault="00787B6C">
            <w:pPr>
              <w:jc w:val="center"/>
            </w:pPr>
          </w:p>
        </w:tc>
        <w:tc>
          <w:tcPr>
            <w:tcW w:w="5554" w:type="dxa"/>
            <w:shd w:val="clear" w:color="auto" w:fill="17324D"/>
            <w:tcMar>
              <w:top w:w="76" w:type="dxa"/>
              <w:left w:w="82" w:type="dxa"/>
              <w:bottom w:w="76" w:type="dxa"/>
              <w:right w:w="82" w:type="dxa"/>
            </w:tcMar>
          </w:tcPr>
          <w:p w14:paraId="1695B396" w14:textId="77777777" w:rsidR="00787B6C" w:rsidRDefault="00787B6C">
            <w:pPr>
              <w:jc w:val="center"/>
            </w:pPr>
          </w:p>
        </w:tc>
      </w:tr>
      <w:tr w:rsidR="00787B6C" w14:paraId="63B30BC3" w14:textId="77777777" w:rsidTr="00690563">
        <w:trPr>
          <w:jc w:val="center"/>
        </w:trPr>
        <w:tc>
          <w:tcPr>
            <w:tcW w:w="5213" w:type="dxa"/>
            <w:shd w:val="clear" w:color="auto" w:fill="F8FAFA"/>
            <w:tcMar>
              <w:top w:w="68" w:type="dxa"/>
              <w:left w:w="78" w:type="dxa"/>
              <w:bottom w:w="68" w:type="dxa"/>
              <w:right w:w="78" w:type="dxa"/>
            </w:tcMar>
          </w:tcPr>
          <w:p w14:paraId="7EA270E4" w14:textId="77777777" w:rsidR="00787B6C" w:rsidRPr="00E14EE9" w:rsidRDefault="00690563">
            <w:pPr>
              <w:rPr>
                <w:lang w:val="it-CH"/>
              </w:rPr>
            </w:pPr>
            <w:r w:rsidRPr="00E14EE9">
              <w:rPr>
                <w:color w:val="263238"/>
                <w:sz w:val="15"/>
                <w:lang w:val="it-CH"/>
              </w:rPr>
              <w:t>17  Mediile naturale și impactul uman</w:t>
            </w:r>
          </w:p>
        </w:tc>
        <w:tc>
          <w:tcPr>
            <w:tcW w:w="5554" w:type="dxa"/>
            <w:shd w:val="clear" w:color="auto" w:fill="F8FAFA"/>
            <w:tcMar>
              <w:top w:w="68" w:type="dxa"/>
              <w:left w:w="78" w:type="dxa"/>
              <w:bottom w:w="68" w:type="dxa"/>
              <w:right w:w="78" w:type="dxa"/>
            </w:tcMar>
          </w:tcPr>
          <w:p w14:paraId="38D1CD05" w14:textId="77777777" w:rsidR="00787B6C" w:rsidRDefault="00690563">
            <w:proofErr w:type="gramStart"/>
            <w:r>
              <w:rPr>
                <w:color w:val="263238"/>
                <w:sz w:val="15"/>
              </w:rPr>
              <w:t>18  Cum</w:t>
            </w:r>
            <w:proofErr w:type="gramEnd"/>
            <w:r>
              <w:rPr>
                <w:color w:val="263238"/>
                <w:sz w:val="15"/>
              </w:rPr>
              <w:t xml:space="preserve"> </w:t>
            </w:r>
            <w:proofErr w:type="spellStart"/>
            <w:r>
              <w:rPr>
                <w:color w:val="263238"/>
                <w:sz w:val="15"/>
              </w:rPr>
              <w:t>construiesc</w:t>
            </w:r>
            <w:proofErr w:type="spellEnd"/>
            <w:r>
              <w:rPr>
                <w:color w:val="263238"/>
                <w:sz w:val="15"/>
              </w:rPr>
              <w:t xml:space="preserve"> </w:t>
            </w:r>
            <w:proofErr w:type="spellStart"/>
            <w:r>
              <w:rPr>
                <w:color w:val="263238"/>
                <w:sz w:val="15"/>
              </w:rPr>
              <w:t>parcursul</w:t>
            </w:r>
            <w:proofErr w:type="spellEnd"/>
            <w:r>
              <w:rPr>
                <w:color w:val="263238"/>
                <w:sz w:val="15"/>
              </w:rPr>
              <w:t xml:space="preserve"> </w:t>
            </w:r>
            <w:proofErr w:type="spellStart"/>
            <w:r>
              <w:rPr>
                <w:color w:val="263238"/>
                <w:sz w:val="15"/>
              </w:rPr>
              <w:t>anual</w:t>
            </w:r>
            <w:proofErr w:type="spellEnd"/>
            <w:r>
              <w:rPr>
                <w:color w:val="263238"/>
                <w:sz w:val="15"/>
              </w:rPr>
              <w:t>?</w:t>
            </w:r>
          </w:p>
        </w:tc>
      </w:tr>
      <w:tr w:rsidR="00787B6C" w14:paraId="404B063A" w14:textId="77777777" w:rsidTr="00690563">
        <w:trPr>
          <w:jc w:val="center"/>
        </w:trPr>
        <w:tc>
          <w:tcPr>
            <w:tcW w:w="5213" w:type="dxa"/>
            <w:shd w:val="clear" w:color="auto" w:fill="2B6478"/>
            <w:tcMar>
              <w:top w:w="76" w:type="dxa"/>
              <w:left w:w="82" w:type="dxa"/>
              <w:bottom w:w="76" w:type="dxa"/>
              <w:right w:w="82" w:type="dxa"/>
            </w:tcMar>
          </w:tcPr>
          <w:p w14:paraId="66D71499" w14:textId="77777777" w:rsidR="00787B6C" w:rsidRDefault="00787B6C">
            <w:pPr>
              <w:jc w:val="center"/>
            </w:pPr>
          </w:p>
        </w:tc>
        <w:tc>
          <w:tcPr>
            <w:tcW w:w="5554" w:type="dxa"/>
            <w:shd w:val="clear" w:color="auto" w:fill="17324D"/>
            <w:tcMar>
              <w:top w:w="76" w:type="dxa"/>
              <w:left w:w="82" w:type="dxa"/>
              <w:bottom w:w="76" w:type="dxa"/>
              <w:right w:w="82" w:type="dxa"/>
            </w:tcMar>
          </w:tcPr>
          <w:p w14:paraId="643E2CD6" w14:textId="77777777" w:rsidR="00787B6C" w:rsidRDefault="00787B6C">
            <w:pPr>
              <w:jc w:val="center"/>
            </w:pPr>
          </w:p>
        </w:tc>
      </w:tr>
      <w:tr w:rsidR="00787B6C" w14:paraId="3D4B4C71" w14:textId="77777777" w:rsidTr="00690563">
        <w:trPr>
          <w:jc w:val="center"/>
        </w:trPr>
        <w:tc>
          <w:tcPr>
            <w:tcW w:w="5213" w:type="dxa"/>
            <w:shd w:val="clear" w:color="auto" w:fill="F8FAFA"/>
            <w:tcMar>
              <w:top w:w="68" w:type="dxa"/>
              <w:left w:w="78" w:type="dxa"/>
              <w:bottom w:w="68" w:type="dxa"/>
              <w:right w:w="78" w:type="dxa"/>
            </w:tcMar>
          </w:tcPr>
          <w:p w14:paraId="193ABBE9" w14:textId="77777777" w:rsidR="00787B6C" w:rsidRPr="00E14EE9" w:rsidRDefault="00690563">
            <w:pPr>
              <w:rPr>
                <w:lang w:val="it-CH"/>
              </w:rPr>
            </w:pPr>
            <w:r w:rsidRPr="00E14EE9">
              <w:rPr>
                <w:color w:val="263238"/>
                <w:sz w:val="15"/>
                <w:lang w:val="it-CH"/>
              </w:rPr>
              <w:t>19  Dincolo de explicație și harta de arătat</w:t>
            </w:r>
          </w:p>
        </w:tc>
        <w:tc>
          <w:tcPr>
            <w:tcW w:w="5554" w:type="dxa"/>
            <w:shd w:val="clear" w:color="auto" w:fill="F8FAFA"/>
            <w:tcMar>
              <w:top w:w="68" w:type="dxa"/>
              <w:left w:w="78" w:type="dxa"/>
              <w:bottom w:w="68" w:type="dxa"/>
              <w:right w:w="78" w:type="dxa"/>
            </w:tcMar>
          </w:tcPr>
          <w:p w14:paraId="7D478F24" w14:textId="77777777" w:rsidR="00787B6C" w:rsidRDefault="00690563">
            <w:proofErr w:type="gramStart"/>
            <w:r>
              <w:rPr>
                <w:color w:val="263238"/>
                <w:sz w:val="15"/>
              </w:rPr>
              <w:t xml:space="preserve">20  </w:t>
            </w:r>
            <w:proofErr w:type="spellStart"/>
            <w:r>
              <w:rPr>
                <w:color w:val="263238"/>
                <w:sz w:val="15"/>
              </w:rPr>
              <w:t>Terenul</w:t>
            </w:r>
            <w:proofErr w:type="spellEnd"/>
            <w:proofErr w:type="gram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investigația</w:t>
            </w:r>
            <w:proofErr w:type="spellEnd"/>
            <w:r>
              <w:rPr>
                <w:color w:val="263238"/>
                <w:sz w:val="15"/>
              </w:rPr>
              <w:t xml:space="preserve"> </w:t>
            </w:r>
            <w:proofErr w:type="spellStart"/>
            <w:r>
              <w:rPr>
                <w:color w:val="263238"/>
                <w:sz w:val="15"/>
              </w:rPr>
              <w:t>locală</w:t>
            </w:r>
            <w:proofErr w:type="spellEnd"/>
          </w:p>
        </w:tc>
      </w:tr>
      <w:tr w:rsidR="00787B6C" w14:paraId="6E231EDC" w14:textId="77777777" w:rsidTr="00690563">
        <w:trPr>
          <w:jc w:val="center"/>
        </w:trPr>
        <w:tc>
          <w:tcPr>
            <w:tcW w:w="5213" w:type="dxa"/>
            <w:shd w:val="clear" w:color="auto" w:fill="2B6478"/>
            <w:tcMar>
              <w:top w:w="76" w:type="dxa"/>
              <w:left w:w="82" w:type="dxa"/>
              <w:bottom w:w="76" w:type="dxa"/>
              <w:right w:w="82" w:type="dxa"/>
            </w:tcMar>
          </w:tcPr>
          <w:p w14:paraId="0CC06857" w14:textId="77777777" w:rsidR="00787B6C" w:rsidRDefault="00787B6C">
            <w:pPr>
              <w:jc w:val="center"/>
            </w:pPr>
          </w:p>
        </w:tc>
        <w:tc>
          <w:tcPr>
            <w:tcW w:w="5554" w:type="dxa"/>
            <w:shd w:val="clear" w:color="auto" w:fill="17324D"/>
            <w:tcMar>
              <w:top w:w="76" w:type="dxa"/>
              <w:left w:w="82" w:type="dxa"/>
              <w:bottom w:w="76" w:type="dxa"/>
              <w:right w:w="82" w:type="dxa"/>
            </w:tcMar>
          </w:tcPr>
          <w:p w14:paraId="4C6F8A8D" w14:textId="77777777" w:rsidR="00787B6C" w:rsidRDefault="00787B6C">
            <w:pPr>
              <w:jc w:val="center"/>
            </w:pPr>
          </w:p>
        </w:tc>
      </w:tr>
      <w:tr w:rsidR="00787B6C" w14:paraId="6EEE9185" w14:textId="77777777" w:rsidTr="00690563">
        <w:trPr>
          <w:jc w:val="center"/>
        </w:trPr>
        <w:tc>
          <w:tcPr>
            <w:tcW w:w="5213" w:type="dxa"/>
            <w:shd w:val="clear" w:color="auto" w:fill="F8FAFA"/>
            <w:tcMar>
              <w:top w:w="68" w:type="dxa"/>
              <w:left w:w="78" w:type="dxa"/>
              <w:bottom w:w="68" w:type="dxa"/>
              <w:right w:w="78" w:type="dxa"/>
            </w:tcMar>
          </w:tcPr>
          <w:p w14:paraId="5463BD61" w14:textId="77777777" w:rsidR="00787B6C" w:rsidRDefault="00690563">
            <w:proofErr w:type="gramStart"/>
            <w:r>
              <w:rPr>
                <w:color w:val="263238"/>
                <w:sz w:val="15"/>
              </w:rPr>
              <w:t xml:space="preserve">21  </w:t>
            </w:r>
            <w:proofErr w:type="spellStart"/>
            <w:r>
              <w:rPr>
                <w:color w:val="263238"/>
                <w:sz w:val="15"/>
              </w:rPr>
              <w:t>Modele</w:t>
            </w:r>
            <w:proofErr w:type="spellEnd"/>
            <w:proofErr w:type="gramEnd"/>
            <w:r>
              <w:rPr>
                <w:color w:val="263238"/>
                <w:sz w:val="15"/>
              </w:rPr>
              <w:t xml:space="preserve">, </w:t>
            </w:r>
            <w:proofErr w:type="spellStart"/>
            <w:r>
              <w:rPr>
                <w:color w:val="263238"/>
                <w:sz w:val="15"/>
              </w:rPr>
              <w:t>grafice</w:t>
            </w:r>
            <w:proofErr w:type="spellEnd"/>
            <w:r>
              <w:rPr>
                <w:color w:val="263238"/>
                <w:sz w:val="15"/>
              </w:rPr>
              <w:t xml:space="preserve"> </w:t>
            </w:r>
            <w:proofErr w:type="spellStart"/>
            <w:r>
              <w:rPr>
                <w:color w:val="263238"/>
                <w:sz w:val="15"/>
              </w:rPr>
              <w:t>și</w:t>
            </w:r>
            <w:proofErr w:type="spellEnd"/>
            <w:r>
              <w:rPr>
                <w:color w:val="263238"/>
                <w:sz w:val="15"/>
              </w:rPr>
              <w:t xml:space="preserve"> date</w:t>
            </w:r>
          </w:p>
        </w:tc>
        <w:tc>
          <w:tcPr>
            <w:tcW w:w="5554" w:type="dxa"/>
            <w:shd w:val="clear" w:color="auto" w:fill="F8FAFA"/>
            <w:tcMar>
              <w:top w:w="68" w:type="dxa"/>
              <w:left w:w="78" w:type="dxa"/>
              <w:bottom w:w="68" w:type="dxa"/>
              <w:right w:w="78" w:type="dxa"/>
            </w:tcMar>
          </w:tcPr>
          <w:p w14:paraId="11651BF7" w14:textId="77777777" w:rsidR="00787B6C" w:rsidRDefault="00690563">
            <w:proofErr w:type="gramStart"/>
            <w:r>
              <w:rPr>
                <w:color w:val="263238"/>
                <w:sz w:val="15"/>
              </w:rPr>
              <w:t xml:space="preserve">22  </w:t>
            </w:r>
            <w:proofErr w:type="spellStart"/>
            <w:r>
              <w:rPr>
                <w:color w:val="263238"/>
                <w:sz w:val="15"/>
              </w:rPr>
              <w:t>Tehnologie</w:t>
            </w:r>
            <w:proofErr w:type="spellEnd"/>
            <w:proofErr w:type="gramEnd"/>
            <w:r>
              <w:rPr>
                <w:color w:val="263238"/>
                <w:sz w:val="15"/>
              </w:rPr>
              <w:t xml:space="preserve"> </w:t>
            </w:r>
            <w:proofErr w:type="spellStart"/>
            <w:r>
              <w:rPr>
                <w:color w:val="263238"/>
                <w:sz w:val="15"/>
              </w:rPr>
              <w:t>și</w:t>
            </w:r>
            <w:proofErr w:type="spellEnd"/>
            <w:r>
              <w:rPr>
                <w:color w:val="263238"/>
                <w:sz w:val="15"/>
              </w:rPr>
              <w:t xml:space="preserve"> IA</w:t>
            </w:r>
          </w:p>
        </w:tc>
      </w:tr>
      <w:tr w:rsidR="00787B6C" w14:paraId="6564711F" w14:textId="77777777" w:rsidTr="00690563">
        <w:trPr>
          <w:jc w:val="center"/>
        </w:trPr>
        <w:tc>
          <w:tcPr>
            <w:tcW w:w="5213" w:type="dxa"/>
            <w:shd w:val="clear" w:color="auto" w:fill="2B6478"/>
            <w:tcMar>
              <w:top w:w="76" w:type="dxa"/>
              <w:left w:w="82" w:type="dxa"/>
              <w:bottom w:w="76" w:type="dxa"/>
              <w:right w:w="82" w:type="dxa"/>
            </w:tcMar>
          </w:tcPr>
          <w:p w14:paraId="51517D66" w14:textId="77777777" w:rsidR="00787B6C" w:rsidRDefault="00787B6C">
            <w:pPr>
              <w:jc w:val="center"/>
            </w:pPr>
          </w:p>
        </w:tc>
        <w:tc>
          <w:tcPr>
            <w:tcW w:w="5554" w:type="dxa"/>
            <w:shd w:val="clear" w:color="auto" w:fill="17324D"/>
            <w:tcMar>
              <w:top w:w="76" w:type="dxa"/>
              <w:left w:w="82" w:type="dxa"/>
              <w:bottom w:w="76" w:type="dxa"/>
              <w:right w:w="82" w:type="dxa"/>
            </w:tcMar>
          </w:tcPr>
          <w:p w14:paraId="3E44830D" w14:textId="77777777" w:rsidR="00787B6C" w:rsidRDefault="00787B6C">
            <w:pPr>
              <w:jc w:val="center"/>
            </w:pPr>
          </w:p>
        </w:tc>
      </w:tr>
      <w:tr w:rsidR="00787B6C" w14:paraId="6390621D" w14:textId="77777777" w:rsidTr="00690563">
        <w:trPr>
          <w:jc w:val="center"/>
        </w:trPr>
        <w:tc>
          <w:tcPr>
            <w:tcW w:w="5213" w:type="dxa"/>
            <w:shd w:val="clear" w:color="auto" w:fill="F8FAFA"/>
            <w:tcMar>
              <w:top w:w="68" w:type="dxa"/>
              <w:left w:w="78" w:type="dxa"/>
              <w:bottom w:w="68" w:type="dxa"/>
              <w:right w:w="78" w:type="dxa"/>
            </w:tcMar>
          </w:tcPr>
          <w:p w14:paraId="5954A593" w14:textId="77777777" w:rsidR="00787B6C" w:rsidRPr="00E14EE9" w:rsidRDefault="00690563">
            <w:pPr>
              <w:rPr>
                <w:lang w:val="it-CH"/>
              </w:rPr>
            </w:pPr>
            <w:r w:rsidRPr="00E14EE9">
              <w:rPr>
                <w:color w:val="263238"/>
                <w:sz w:val="15"/>
                <w:lang w:val="it-CH"/>
              </w:rPr>
              <w:t>23  Interdisciplinaritate reală și teme transversale</w:t>
            </w:r>
          </w:p>
        </w:tc>
        <w:tc>
          <w:tcPr>
            <w:tcW w:w="5554" w:type="dxa"/>
            <w:shd w:val="clear" w:color="auto" w:fill="F8FAFA"/>
            <w:tcMar>
              <w:top w:w="68" w:type="dxa"/>
              <w:left w:w="78" w:type="dxa"/>
              <w:bottom w:w="68" w:type="dxa"/>
              <w:right w:w="78" w:type="dxa"/>
            </w:tcMar>
          </w:tcPr>
          <w:p w14:paraId="1F60E726" w14:textId="77777777" w:rsidR="00787B6C" w:rsidRDefault="00690563">
            <w:proofErr w:type="gramStart"/>
            <w:r>
              <w:rPr>
                <w:color w:val="263238"/>
                <w:sz w:val="15"/>
              </w:rPr>
              <w:t xml:space="preserve">24  </w:t>
            </w:r>
            <w:proofErr w:type="spellStart"/>
            <w:r>
              <w:rPr>
                <w:color w:val="263238"/>
                <w:sz w:val="15"/>
              </w:rPr>
              <w:t>Evaluarea</w:t>
            </w:r>
            <w:proofErr w:type="spellEnd"/>
            <w:proofErr w:type="gramEnd"/>
            <w:r>
              <w:rPr>
                <w:color w:val="263238"/>
                <w:sz w:val="15"/>
              </w:rPr>
              <w:t xml:space="preserve"> care produce </w:t>
            </w:r>
            <w:proofErr w:type="spellStart"/>
            <w:r>
              <w:rPr>
                <w:color w:val="263238"/>
                <w:sz w:val="15"/>
              </w:rPr>
              <w:t>învățare</w:t>
            </w:r>
            <w:proofErr w:type="spellEnd"/>
          </w:p>
        </w:tc>
      </w:tr>
      <w:tr w:rsidR="00787B6C" w14:paraId="23019D44" w14:textId="77777777" w:rsidTr="00690563">
        <w:trPr>
          <w:jc w:val="center"/>
        </w:trPr>
        <w:tc>
          <w:tcPr>
            <w:tcW w:w="5213" w:type="dxa"/>
            <w:shd w:val="clear" w:color="auto" w:fill="2B6478"/>
            <w:tcMar>
              <w:top w:w="76" w:type="dxa"/>
              <w:left w:w="82" w:type="dxa"/>
              <w:bottom w:w="76" w:type="dxa"/>
              <w:right w:w="82" w:type="dxa"/>
            </w:tcMar>
          </w:tcPr>
          <w:p w14:paraId="3510CD0D" w14:textId="77777777" w:rsidR="00787B6C" w:rsidRDefault="00787B6C">
            <w:pPr>
              <w:jc w:val="center"/>
            </w:pPr>
          </w:p>
        </w:tc>
        <w:tc>
          <w:tcPr>
            <w:tcW w:w="5554" w:type="dxa"/>
            <w:shd w:val="clear" w:color="auto" w:fill="17324D"/>
            <w:tcMar>
              <w:top w:w="76" w:type="dxa"/>
              <w:left w:w="82" w:type="dxa"/>
              <w:bottom w:w="76" w:type="dxa"/>
              <w:right w:w="82" w:type="dxa"/>
            </w:tcMar>
          </w:tcPr>
          <w:p w14:paraId="60972F62" w14:textId="77777777" w:rsidR="00787B6C" w:rsidRDefault="00787B6C">
            <w:pPr>
              <w:jc w:val="center"/>
            </w:pPr>
          </w:p>
        </w:tc>
      </w:tr>
      <w:tr w:rsidR="00787B6C" w14:paraId="28D8040A" w14:textId="77777777" w:rsidTr="00690563">
        <w:trPr>
          <w:jc w:val="center"/>
        </w:trPr>
        <w:tc>
          <w:tcPr>
            <w:tcW w:w="5213" w:type="dxa"/>
            <w:shd w:val="clear" w:color="auto" w:fill="F8FAFA"/>
            <w:tcMar>
              <w:top w:w="68" w:type="dxa"/>
              <w:left w:w="78" w:type="dxa"/>
              <w:bottom w:w="68" w:type="dxa"/>
              <w:right w:w="78" w:type="dxa"/>
            </w:tcMar>
          </w:tcPr>
          <w:p w14:paraId="0FFB0B4E" w14:textId="77777777" w:rsidR="00787B6C" w:rsidRDefault="00690563">
            <w:proofErr w:type="gramStart"/>
            <w:r>
              <w:rPr>
                <w:color w:val="263238"/>
                <w:sz w:val="15"/>
              </w:rPr>
              <w:t xml:space="preserve">25  </w:t>
            </w:r>
            <w:proofErr w:type="spellStart"/>
            <w:r>
              <w:rPr>
                <w:color w:val="263238"/>
                <w:sz w:val="15"/>
              </w:rPr>
              <w:t>Diferențiere</w:t>
            </w:r>
            <w:proofErr w:type="spellEnd"/>
            <w:proofErr w:type="gramEnd"/>
            <w:r>
              <w:rPr>
                <w:color w:val="263238"/>
                <w:sz w:val="15"/>
              </w:rPr>
              <w:t xml:space="preserve"> </w:t>
            </w:r>
            <w:proofErr w:type="spellStart"/>
            <w:r>
              <w:rPr>
                <w:color w:val="263238"/>
                <w:sz w:val="15"/>
              </w:rPr>
              <w:t>fără</w:t>
            </w:r>
            <w:proofErr w:type="spellEnd"/>
            <w:r>
              <w:rPr>
                <w:color w:val="263238"/>
                <w:sz w:val="15"/>
              </w:rPr>
              <w:t xml:space="preserve"> </w:t>
            </w:r>
            <w:proofErr w:type="spellStart"/>
            <w:r>
              <w:rPr>
                <w:color w:val="263238"/>
                <w:sz w:val="15"/>
              </w:rPr>
              <w:t>trasee</w:t>
            </w:r>
            <w:proofErr w:type="spellEnd"/>
            <w:r>
              <w:rPr>
                <w:color w:val="263238"/>
                <w:sz w:val="15"/>
              </w:rPr>
              <w:t xml:space="preserve"> </w:t>
            </w:r>
            <w:proofErr w:type="spellStart"/>
            <w:r>
              <w:rPr>
                <w:color w:val="263238"/>
                <w:sz w:val="15"/>
              </w:rPr>
              <w:t>paralele</w:t>
            </w:r>
            <w:proofErr w:type="spellEnd"/>
          </w:p>
        </w:tc>
        <w:tc>
          <w:tcPr>
            <w:tcW w:w="5554" w:type="dxa"/>
            <w:shd w:val="clear" w:color="auto" w:fill="F8FAFA"/>
            <w:tcMar>
              <w:top w:w="68" w:type="dxa"/>
              <w:left w:w="78" w:type="dxa"/>
              <w:bottom w:w="68" w:type="dxa"/>
              <w:right w:w="78" w:type="dxa"/>
            </w:tcMar>
          </w:tcPr>
          <w:p w14:paraId="2CED5B65" w14:textId="77777777" w:rsidR="00787B6C" w:rsidRDefault="00690563">
            <w:proofErr w:type="gramStart"/>
            <w:r>
              <w:rPr>
                <w:color w:val="263238"/>
                <w:sz w:val="15"/>
              </w:rPr>
              <w:t>26  Trei</w:t>
            </w:r>
            <w:proofErr w:type="gramEnd"/>
            <w:r>
              <w:rPr>
                <w:color w:val="263238"/>
                <w:sz w:val="15"/>
              </w:rPr>
              <w:t xml:space="preserve"> </w:t>
            </w:r>
            <w:proofErr w:type="spellStart"/>
            <w:r>
              <w:rPr>
                <w:color w:val="263238"/>
                <w:sz w:val="15"/>
              </w:rPr>
              <w:t>microsecvențe</w:t>
            </w:r>
            <w:proofErr w:type="spellEnd"/>
          </w:p>
        </w:tc>
      </w:tr>
      <w:tr w:rsidR="00787B6C" w14:paraId="02B060FC" w14:textId="77777777" w:rsidTr="00690563">
        <w:trPr>
          <w:jc w:val="center"/>
        </w:trPr>
        <w:tc>
          <w:tcPr>
            <w:tcW w:w="5213" w:type="dxa"/>
            <w:shd w:val="clear" w:color="auto" w:fill="2B6478"/>
            <w:tcMar>
              <w:top w:w="76" w:type="dxa"/>
              <w:left w:w="82" w:type="dxa"/>
              <w:bottom w:w="76" w:type="dxa"/>
              <w:right w:w="82" w:type="dxa"/>
            </w:tcMar>
          </w:tcPr>
          <w:p w14:paraId="021FBF04" w14:textId="77777777" w:rsidR="00787B6C" w:rsidRDefault="00787B6C">
            <w:pPr>
              <w:jc w:val="center"/>
            </w:pPr>
          </w:p>
        </w:tc>
        <w:tc>
          <w:tcPr>
            <w:tcW w:w="5554" w:type="dxa"/>
            <w:shd w:val="clear" w:color="auto" w:fill="17324D"/>
            <w:tcMar>
              <w:top w:w="76" w:type="dxa"/>
              <w:left w:w="82" w:type="dxa"/>
              <w:bottom w:w="76" w:type="dxa"/>
              <w:right w:w="82" w:type="dxa"/>
            </w:tcMar>
          </w:tcPr>
          <w:p w14:paraId="16EFA597" w14:textId="77777777" w:rsidR="00787B6C" w:rsidRDefault="00787B6C">
            <w:pPr>
              <w:jc w:val="center"/>
            </w:pPr>
          </w:p>
        </w:tc>
      </w:tr>
      <w:tr w:rsidR="00787B6C" w14:paraId="3A48AC85" w14:textId="77777777" w:rsidTr="00690563">
        <w:trPr>
          <w:jc w:val="center"/>
        </w:trPr>
        <w:tc>
          <w:tcPr>
            <w:tcW w:w="5213" w:type="dxa"/>
            <w:shd w:val="clear" w:color="auto" w:fill="F8FAFA"/>
            <w:tcMar>
              <w:top w:w="68" w:type="dxa"/>
              <w:left w:w="78" w:type="dxa"/>
              <w:bottom w:w="68" w:type="dxa"/>
              <w:right w:w="78" w:type="dxa"/>
            </w:tcMar>
          </w:tcPr>
          <w:p w14:paraId="438566D5" w14:textId="77777777" w:rsidR="00787B6C" w:rsidRPr="00E14EE9" w:rsidRDefault="00690563">
            <w:pPr>
              <w:rPr>
                <w:lang w:val="it-CH"/>
              </w:rPr>
            </w:pPr>
            <w:r w:rsidRPr="00E14EE9">
              <w:rPr>
                <w:color w:val="263238"/>
                <w:sz w:val="15"/>
                <w:lang w:val="it-CH"/>
              </w:rPr>
              <w:lastRenderedPageBreak/>
              <w:t>27  Ce mai folosim din Reperele 2021?</w:t>
            </w:r>
          </w:p>
        </w:tc>
        <w:tc>
          <w:tcPr>
            <w:tcW w:w="5554" w:type="dxa"/>
            <w:shd w:val="clear" w:color="auto" w:fill="F8FAFA"/>
            <w:tcMar>
              <w:top w:w="68" w:type="dxa"/>
              <w:left w:w="78" w:type="dxa"/>
              <w:bottom w:w="68" w:type="dxa"/>
              <w:right w:w="78" w:type="dxa"/>
            </w:tcMar>
          </w:tcPr>
          <w:p w14:paraId="6FC6D790" w14:textId="77777777" w:rsidR="00787B6C" w:rsidRDefault="00690563">
            <w:proofErr w:type="gramStart"/>
            <w:r>
              <w:rPr>
                <w:color w:val="263238"/>
                <w:sz w:val="15"/>
              </w:rPr>
              <w:t xml:space="preserve">28  </w:t>
            </w:r>
            <w:proofErr w:type="spellStart"/>
            <w:r>
              <w:rPr>
                <w:color w:val="263238"/>
                <w:sz w:val="15"/>
              </w:rPr>
              <w:t>Întrebări</w:t>
            </w:r>
            <w:proofErr w:type="spellEnd"/>
            <w:proofErr w:type="gramEnd"/>
            <w:r>
              <w:rPr>
                <w:color w:val="263238"/>
                <w:sz w:val="15"/>
              </w:rPr>
              <w:t xml:space="preserve"> </w:t>
            </w:r>
            <w:proofErr w:type="spellStart"/>
            <w:r>
              <w:rPr>
                <w:color w:val="263238"/>
                <w:sz w:val="15"/>
              </w:rPr>
              <w:t>pentru</w:t>
            </w:r>
            <w:proofErr w:type="spellEnd"/>
            <w:r>
              <w:rPr>
                <w:color w:val="263238"/>
                <w:sz w:val="15"/>
              </w:rPr>
              <w:t xml:space="preserve"> propria </w:t>
            </w:r>
            <w:proofErr w:type="spellStart"/>
            <w:r>
              <w:rPr>
                <w:color w:val="263238"/>
                <w:sz w:val="15"/>
              </w:rPr>
              <w:t>proiectare</w:t>
            </w:r>
            <w:proofErr w:type="spellEnd"/>
          </w:p>
        </w:tc>
      </w:tr>
      <w:tr w:rsidR="00787B6C" w14:paraId="06DDAAF6" w14:textId="77777777" w:rsidTr="00690563">
        <w:trPr>
          <w:jc w:val="center"/>
        </w:trPr>
        <w:tc>
          <w:tcPr>
            <w:tcW w:w="5213" w:type="dxa"/>
            <w:shd w:val="clear" w:color="auto" w:fill="2B6478"/>
            <w:tcMar>
              <w:top w:w="76" w:type="dxa"/>
              <w:left w:w="82" w:type="dxa"/>
              <w:bottom w:w="76" w:type="dxa"/>
              <w:right w:w="82" w:type="dxa"/>
            </w:tcMar>
          </w:tcPr>
          <w:p w14:paraId="110F31E0" w14:textId="77777777" w:rsidR="00787B6C" w:rsidRDefault="00787B6C">
            <w:pPr>
              <w:jc w:val="center"/>
            </w:pPr>
          </w:p>
        </w:tc>
        <w:tc>
          <w:tcPr>
            <w:tcW w:w="5554" w:type="dxa"/>
            <w:shd w:val="clear" w:color="auto" w:fill="17324D"/>
            <w:tcMar>
              <w:top w:w="76" w:type="dxa"/>
              <w:left w:w="82" w:type="dxa"/>
              <w:bottom w:w="76" w:type="dxa"/>
              <w:right w:w="82" w:type="dxa"/>
            </w:tcMar>
          </w:tcPr>
          <w:p w14:paraId="0EF923C3" w14:textId="77777777" w:rsidR="00787B6C" w:rsidRDefault="00787B6C">
            <w:pPr>
              <w:jc w:val="center"/>
            </w:pPr>
          </w:p>
        </w:tc>
      </w:tr>
      <w:tr w:rsidR="00787B6C" w14:paraId="5843A8DD" w14:textId="77777777" w:rsidTr="00690563">
        <w:trPr>
          <w:jc w:val="center"/>
        </w:trPr>
        <w:tc>
          <w:tcPr>
            <w:tcW w:w="5213" w:type="dxa"/>
            <w:shd w:val="clear" w:color="auto" w:fill="F8FAFA"/>
            <w:tcMar>
              <w:top w:w="68" w:type="dxa"/>
              <w:left w:w="78" w:type="dxa"/>
              <w:bottom w:w="68" w:type="dxa"/>
              <w:right w:w="78" w:type="dxa"/>
            </w:tcMar>
          </w:tcPr>
          <w:p w14:paraId="00F45EE9" w14:textId="77777777" w:rsidR="00787B6C" w:rsidRPr="00E14EE9" w:rsidRDefault="00690563">
            <w:pPr>
              <w:rPr>
                <w:lang w:val="it-CH"/>
              </w:rPr>
            </w:pPr>
            <w:r w:rsidRPr="00E14EE9">
              <w:rPr>
                <w:color w:val="263238"/>
                <w:sz w:val="15"/>
                <w:lang w:val="it-CH"/>
              </w:rPr>
              <w:t>29  Documente de referință și anexă</w:t>
            </w:r>
          </w:p>
        </w:tc>
        <w:tc>
          <w:tcPr>
            <w:tcW w:w="5554" w:type="dxa"/>
            <w:shd w:val="clear" w:color="auto" w:fill="F8FAFA"/>
            <w:tcMar>
              <w:top w:w="68" w:type="dxa"/>
              <w:left w:w="78" w:type="dxa"/>
              <w:bottom w:w="68" w:type="dxa"/>
              <w:right w:w="78" w:type="dxa"/>
            </w:tcMar>
          </w:tcPr>
          <w:p w14:paraId="39E9C552" w14:textId="77777777" w:rsidR="00787B6C" w:rsidRDefault="00690563">
            <w:proofErr w:type="gramStart"/>
            <w:r>
              <w:rPr>
                <w:color w:val="263238"/>
                <w:sz w:val="15"/>
              </w:rPr>
              <w:t xml:space="preserve">30  </w:t>
            </w:r>
            <w:proofErr w:type="spellStart"/>
            <w:r>
              <w:rPr>
                <w:color w:val="263238"/>
                <w:sz w:val="15"/>
              </w:rPr>
              <w:t>Notă</w:t>
            </w:r>
            <w:proofErr w:type="spellEnd"/>
            <w:proofErr w:type="gramEnd"/>
            <w:r>
              <w:rPr>
                <w:color w:val="263238"/>
                <w:sz w:val="15"/>
              </w:rPr>
              <w:t xml:space="preserve"> </w:t>
            </w:r>
            <w:proofErr w:type="spellStart"/>
            <w:r>
              <w:rPr>
                <w:color w:val="263238"/>
                <w:sz w:val="15"/>
              </w:rPr>
              <w:t>privind</w:t>
            </w:r>
            <w:proofErr w:type="spellEnd"/>
            <w:r>
              <w:rPr>
                <w:color w:val="263238"/>
                <w:sz w:val="15"/>
              </w:rPr>
              <w:t xml:space="preserve"> </w:t>
            </w:r>
            <w:proofErr w:type="spellStart"/>
            <w:r>
              <w:rPr>
                <w:color w:val="263238"/>
                <w:sz w:val="15"/>
              </w:rPr>
              <w:t>realizarea</w:t>
            </w:r>
            <w:proofErr w:type="spellEnd"/>
            <w:r>
              <w:rPr>
                <w:color w:val="263238"/>
                <w:sz w:val="15"/>
              </w:rPr>
              <w:t xml:space="preserve"> </w:t>
            </w:r>
            <w:proofErr w:type="spellStart"/>
            <w:r>
              <w:rPr>
                <w:color w:val="263238"/>
                <w:sz w:val="15"/>
              </w:rPr>
              <w:t>documentului</w:t>
            </w:r>
            <w:proofErr w:type="spellEnd"/>
          </w:p>
        </w:tc>
      </w:tr>
    </w:tbl>
    <w:p w14:paraId="36B215EE" w14:textId="77777777" w:rsidR="00787B6C" w:rsidRDefault="00690563">
      <w:r>
        <w:br w:type="page"/>
      </w:r>
    </w:p>
    <w:tbl>
      <w:tblPr>
        <w:tblW w:w="0" w:type="auto"/>
        <w:jc w:val="center"/>
        <w:tblLayout w:type="fixed"/>
        <w:tblLook w:val="04A0" w:firstRow="1" w:lastRow="0" w:firstColumn="1" w:lastColumn="0" w:noHBand="0" w:noVBand="1"/>
      </w:tblPr>
      <w:tblGrid>
        <w:gridCol w:w="5213"/>
        <w:gridCol w:w="5213"/>
      </w:tblGrid>
      <w:tr w:rsidR="00787B6C" w:rsidRPr="00E14EE9" w14:paraId="51DF673B" w14:textId="77777777">
        <w:trPr>
          <w:jc w:val="center"/>
        </w:trPr>
        <w:tc>
          <w:tcPr>
            <w:tcW w:w="5213" w:type="dxa"/>
            <w:shd w:val="clear" w:color="auto" w:fill="2B6478"/>
            <w:tcMar>
              <w:top w:w="145" w:type="dxa"/>
              <w:left w:w="110" w:type="dxa"/>
              <w:bottom w:w="145" w:type="dxa"/>
              <w:right w:w="110" w:type="dxa"/>
            </w:tcMar>
          </w:tcPr>
          <w:p w14:paraId="690017A9" w14:textId="77777777" w:rsidR="00787B6C" w:rsidRDefault="00690563">
            <w:pPr>
              <w:jc w:val="center"/>
            </w:pPr>
            <w:r>
              <w:rPr>
                <w:b/>
                <w:color w:val="FFFFFF"/>
                <w:sz w:val="30"/>
              </w:rPr>
              <w:lastRenderedPageBreak/>
              <w:t>01</w:t>
            </w:r>
          </w:p>
        </w:tc>
        <w:tc>
          <w:tcPr>
            <w:tcW w:w="5213" w:type="dxa"/>
            <w:shd w:val="clear" w:color="auto" w:fill="17324D"/>
            <w:tcMar>
              <w:top w:w="120" w:type="dxa"/>
              <w:left w:w="145" w:type="dxa"/>
              <w:bottom w:w="120" w:type="dxa"/>
              <w:right w:w="145" w:type="dxa"/>
            </w:tcMar>
          </w:tcPr>
          <w:p w14:paraId="4398A42F" w14:textId="77777777" w:rsidR="00787B6C" w:rsidRPr="00E14EE9" w:rsidRDefault="00690563">
            <w:pPr>
              <w:rPr>
                <w:lang w:val="it-CH"/>
              </w:rPr>
            </w:pPr>
            <w:r w:rsidRPr="00E14EE9">
              <w:rPr>
                <w:b/>
                <w:color w:val="FFFFFF"/>
                <w:sz w:val="25"/>
                <w:lang w:val="it-CH"/>
              </w:rPr>
              <w:t>CUM CITIM NOUA PROGRAMĂ?</w:t>
            </w:r>
            <w:r w:rsidRPr="00E14EE9">
              <w:rPr>
                <w:lang w:val="it-CH"/>
              </w:rPr>
              <w:br/>
            </w:r>
            <w:r w:rsidRPr="00E14EE9">
              <w:rPr>
                <w:color w:val="DFE8EA"/>
                <w:sz w:val="16"/>
                <w:lang w:val="it-CH"/>
              </w:rPr>
              <w:t>Programa este o arhitectură a gândirii geografice, nu o succesiune de capitole de parcurs.</w:t>
            </w:r>
          </w:p>
        </w:tc>
      </w:tr>
    </w:tbl>
    <w:p w14:paraId="02881934" w14:textId="77777777" w:rsidR="00690563" w:rsidRPr="00E14EE9" w:rsidRDefault="00690563">
      <w:pPr>
        <w:rPr>
          <w:color w:val="263238"/>
          <w:lang w:val="it-CH"/>
        </w:rPr>
      </w:pPr>
    </w:p>
    <w:p w14:paraId="3A3BA068" w14:textId="77777777" w:rsidR="00787B6C" w:rsidRPr="00E14EE9" w:rsidRDefault="00690563">
      <w:pPr>
        <w:rPr>
          <w:color w:val="263238"/>
          <w:lang w:val="it-CH"/>
        </w:rPr>
      </w:pPr>
      <w:r w:rsidRPr="00E14EE9">
        <w:rPr>
          <w:color w:val="263238"/>
          <w:lang w:val="it-CH"/>
        </w:rPr>
        <w:t>Programa 2025 formulează cinci competențe generale: analizarea realității geografice prin concepte și limbaje variate; utilizarea integrată a informațiilor, metodelor și instrumentelor; explicarea fenomenelor realității cotidiene prin diversitatea și dinamica spațiului; realizarea de conexiuni spațio-temporale pentru înțelegerea problemelor lumii contemporane; elaborarea unor demersuri investigative privind relațiile societate–mediu.</w:t>
      </w:r>
    </w:p>
    <w:p w14:paraId="1C857853" w14:textId="77777777" w:rsidR="00690563" w:rsidRPr="00E14EE9" w:rsidRDefault="00690563">
      <w:pPr>
        <w:rPr>
          <w:lang w:val="it-CH"/>
        </w:rPr>
      </w:pPr>
    </w:p>
    <w:tbl>
      <w:tblPr>
        <w:tblW w:w="483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1859"/>
        <w:gridCol w:w="2791"/>
        <w:gridCol w:w="1860"/>
        <w:gridCol w:w="1860"/>
        <w:gridCol w:w="1860"/>
      </w:tblGrid>
      <w:tr w:rsidR="00787B6C" w14:paraId="17970B04" w14:textId="77777777" w:rsidTr="00690563">
        <w:trPr>
          <w:jc w:val="center"/>
        </w:trPr>
        <w:tc>
          <w:tcPr>
            <w:tcW w:w="909" w:type="pct"/>
            <w:shd w:val="clear" w:color="auto" w:fill="2B6478"/>
            <w:tcMar>
              <w:top w:w="76" w:type="dxa"/>
              <w:left w:w="82" w:type="dxa"/>
              <w:bottom w:w="76" w:type="dxa"/>
              <w:right w:w="82" w:type="dxa"/>
            </w:tcMar>
          </w:tcPr>
          <w:p w14:paraId="4765B7A8" w14:textId="77777777" w:rsidR="00787B6C" w:rsidRDefault="00690563">
            <w:pPr>
              <w:jc w:val="center"/>
            </w:pPr>
            <w:r>
              <w:rPr>
                <w:b/>
                <w:color w:val="FFFFFF"/>
                <w:sz w:val="14"/>
              </w:rPr>
              <w:t>CG1</w:t>
            </w:r>
          </w:p>
        </w:tc>
        <w:tc>
          <w:tcPr>
            <w:tcW w:w="1364" w:type="pct"/>
            <w:shd w:val="clear" w:color="auto" w:fill="3E755A"/>
            <w:tcMar>
              <w:top w:w="76" w:type="dxa"/>
              <w:left w:w="82" w:type="dxa"/>
              <w:bottom w:w="76" w:type="dxa"/>
              <w:right w:w="82" w:type="dxa"/>
            </w:tcMar>
          </w:tcPr>
          <w:p w14:paraId="24438804" w14:textId="77777777" w:rsidR="00787B6C" w:rsidRDefault="00690563">
            <w:pPr>
              <w:jc w:val="center"/>
            </w:pPr>
            <w:r>
              <w:rPr>
                <w:b/>
                <w:color w:val="FFFFFF"/>
                <w:sz w:val="14"/>
              </w:rPr>
              <w:t>CG2</w:t>
            </w:r>
          </w:p>
        </w:tc>
        <w:tc>
          <w:tcPr>
            <w:tcW w:w="909" w:type="pct"/>
            <w:shd w:val="clear" w:color="auto" w:fill="17324D"/>
            <w:tcMar>
              <w:top w:w="76" w:type="dxa"/>
              <w:left w:w="82" w:type="dxa"/>
              <w:bottom w:w="76" w:type="dxa"/>
              <w:right w:w="82" w:type="dxa"/>
            </w:tcMar>
          </w:tcPr>
          <w:p w14:paraId="4DC5CF14" w14:textId="77777777" w:rsidR="00787B6C" w:rsidRDefault="00690563">
            <w:pPr>
              <w:jc w:val="center"/>
            </w:pPr>
            <w:r>
              <w:rPr>
                <w:b/>
                <w:color w:val="FFFFFF"/>
                <w:sz w:val="14"/>
              </w:rPr>
              <w:t>CG3</w:t>
            </w:r>
          </w:p>
        </w:tc>
        <w:tc>
          <w:tcPr>
            <w:tcW w:w="909" w:type="pct"/>
            <w:shd w:val="clear" w:color="auto" w:fill="B58A45"/>
            <w:tcMar>
              <w:top w:w="76" w:type="dxa"/>
              <w:left w:w="82" w:type="dxa"/>
              <w:bottom w:w="76" w:type="dxa"/>
              <w:right w:w="82" w:type="dxa"/>
            </w:tcMar>
          </w:tcPr>
          <w:p w14:paraId="38A61300" w14:textId="77777777" w:rsidR="00787B6C" w:rsidRDefault="00690563">
            <w:pPr>
              <w:jc w:val="center"/>
            </w:pPr>
            <w:r>
              <w:rPr>
                <w:b/>
                <w:color w:val="FFFFFF"/>
                <w:sz w:val="14"/>
              </w:rPr>
              <w:t>CG4</w:t>
            </w:r>
          </w:p>
        </w:tc>
        <w:tc>
          <w:tcPr>
            <w:tcW w:w="909" w:type="pct"/>
            <w:shd w:val="clear" w:color="auto" w:fill="65506F"/>
            <w:tcMar>
              <w:top w:w="76" w:type="dxa"/>
              <w:left w:w="82" w:type="dxa"/>
              <w:bottom w:w="76" w:type="dxa"/>
              <w:right w:w="82" w:type="dxa"/>
            </w:tcMar>
          </w:tcPr>
          <w:p w14:paraId="5633AD95" w14:textId="77777777" w:rsidR="00787B6C" w:rsidRDefault="00690563">
            <w:pPr>
              <w:jc w:val="center"/>
            </w:pPr>
            <w:r>
              <w:rPr>
                <w:b/>
                <w:color w:val="FFFFFF"/>
                <w:sz w:val="14"/>
              </w:rPr>
              <w:t>CG5</w:t>
            </w:r>
          </w:p>
        </w:tc>
      </w:tr>
      <w:tr w:rsidR="00787B6C" w14:paraId="6474BECE" w14:textId="77777777" w:rsidTr="00690563">
        <w:trPr>
          <w:jc w:val="center"/>
        </w:trPr>
        <w:tc>
          <w:tcPr>
            <w:tcW w:w="909" w:type="pct"/>
            <w:shd w:val="clear" w:color="auto" w:fill="F8FAFA"/>
            <w:tcMar>
              <w:top w:w="68" w:type="dxa"/>
              <w:left w:w="78" w:type="dxa"/>
              <w:bottom w:w="68" w:type="dxa"/>
              <w:right w:w="78" w:type="dxa"/>
            </w:tcMar>
          </w:tcPr>
          <w:p w14:paraId="188E62C9" w14:textId="77777777" w:rsidR="00787B6C" w:rsidRDefault="00690563">
            <w:r>
              <w:rPr>
                <w:color w:val="263238"/>
                <w:sz w:val="14"/>
              </w:rPr>
              <w:t>ANALIZEZ</w:t>
            </w:r>
          </w:p>
        </w:tc>
        <w:tc>
          <w:tcPr>
            <w:tcW w:w="1364" w:type="pct"/>
            <w:shd w:val="clear" w:color="auto" w:fill="F8FAFA"/>
            <w:tcMar>
              <w:top w:w="68" w:type="dxa"/>
              <w:left w:w="78" w:type="dxa"/>
              <w:bottom w:w="68" w:type="dxa"/>
              <w:right w:w="78" w:type="dxa"/>
            </w:tcMar>
          </w:tcPr>
          <w:p w14:paraId="297073B1" w14:textId="77777777" w:rsidR="00787B6C" w:rsidRDefault="00690563">
            <w:r>
              <w:rPr>
                <w:color w:val="263238"/>
                <w:sz w:val="14"/>
              </w:rPr>
              <w:t>INTEGREZ INFORMAȚII ȘI INSTRUMENTE</w:t>
            </w:r>
          </w:p>
        </w:tc>
        <w:tc>
          <w:tcPr>
            <w:tcW w:w="909" w:type="pct"/>
            <w:shd w:val="clear" w:color="auto" w:fill="F8FAFA"/>
            <w:tcMar>
              <w:top w:w="68" w:type="dxa"/>
              <w:left w:w="78" w:type="dxa"/>
              <w:bottom w:w="68" w:type="dxa"/>
              <w:right w:w="78" w:type="dxa"/>
            </w:tcMar>
          </w:tcPr>
          <w:p w14:paraId="5A130964" w14:textId="77777777" w:rsidR="00787B6C" w:rsidRDefault="00690563">
            <w:r>
              <w:rPr>
                <w:color w:val="263238"/>
                <w:sz w:val="14"/>
              </w:rPr>
              <w:t>EXPLIC</w:t>
            </w:r>
          </w:p>
        </w:tc>
        <w:tc>
          <w:tcPr>
            <w:tcW w:w="909" w:type="pct"/>
            <w:shd w:val="clear" w:color="auto" w:fill="F8FAFA"/>
            <w:tcMar>
              <w:top w:w="68" w:type="dxa"/>
              <w:left w:w="78" w:type="dxa"/>
              <w:bottom w:w="68" w:type="dxa"/>
              <w:right w:w="78" w:type="dxa"/>
            </w:tcMar>
          </w:tcPr>
          <w:p w14:paraId="275C3518" w14:textId="77777777" w:rsidR="00787B6C" w:rsidRDefault="00690563">
            <w:r>
              <w:rPr>
                <w:color w:val="263238"/>
                <w:sz w:val="14"/>
              </w:rPr>
              <w:t>CONECTEZ SPAȚIU ȘI TIMP</w:t>
            </w:r>
          </w:p>
        </w:tc>
        <w:tc>
          <w:tcPr>
            <w:tcW w:w="909" w:type="pct"/>
            <w:shd w:val="clear" w:color="auto" w:fill="F8FAFA"/>
            <w:tcMar>
              <w:top w:w="68" w:type="dxa"/>
              <w:left w:w="78" w:type="dxa"/>
              <w:bottom w:w="68" w:type="dxa"/>
              <w:right w:w="78" w:type="dxa"/>
            </w:tcMar>
          </w:tcPr>
          <w:p w14:paraId="176DA58D" w14:textId="77777777" w:rsidR="00787B6C" w:rsidRDefault="00690563">
            <w:r>
              <w:rPr>
                <w:color w:val="263238"/>
                <w:sz w:val="14"/>
              </w:rPr>
              <w:t>INVESTIGHEZ</w:t>
            </w:r>
          </w:p>
        </w:tc>
      </w:tr>
    </w:tbl>
    <w:p w14:paraId="6DC8C198" w14:textId="77777777" w:rsidR="00690563" w:rsidRDefault="00690563"/>
    <w:tbl>
      <w:tblPr>
        <w:tblW w:w="5000" w:type="pct"/>
        <w:jc w:val="center"/>
        <w:tblLook w:val="04A0" w:firstRow="1" w:lastRow="0" w:firstColumn="1" w:lastColumn="0" w:noHBand="0" w:noVBand="1"/>
      </w:tblPr>
      <w:tblGrid>
        <w:gridCol w:w="4682"/>
        <w:gridCol w:w="5979"/>
      </w:tblGrid>
      <w:tr w:rsidR="00690563" w:rsidRPr="00E14EE9" w14:paraId="154A34C3" w14:textId="77777777" w:rsidTr="00690563">
        <w:trPr>
          <w:jc w:val="center"/>
        </w:trPr>
        <w:tc>
          <w:tcPr>
            <w:tcW w:w="2196" w:type="pct"/>
            <w:shd w:val="clear" w:color="auto" w:fill="2B6478"/>
            <w:tcMar>
              <w:top w:w="105" w:type="dxa"/>
              <w:left w:w="105" w:type="dxa"/>
              <w:bottom w:w="105" w:type="dxa"/>
              <w:right w:w="105" w:type="dxa"/>
            </w:tcMar>
          </w:tcPr>
          <w:p w14:paraId="49B7DF7A" w14:textId="77777777" w:rsidR="00690563" w:rsidRDefault="00690563" w:rsidP="00690563">
            <w:pPr>
              <w:jc w:val="center"/>
            </w:pPr>
            <w:r>
              <w:rPr>
                <w:b/>
                <w:color w:val="FFFFFF"/>
                <w:sz w:val="15"/>
              </w:rPr>
              <w:t>SE SCHIMBĂ ACCENTUL</w:t>
            </w:r>
          </w:p>
        </w:tc>
        <w:tc>
          <w:tcPr>
            <w:tcW w:w="2804" w:type="pct"/>
            <w:shd w:val="clear" w:color="auto" w:fill="EEF4F6"/>
            <w:tcMar>
              <w:top w:w="105" w:type="dxa"/>
              <w:left w:w="130" w:type="dxa"/>
              <w:bottom w:w="105" w:type="dxa"/>
              <w:right w:w="130" w:type="dxa"/>
            </w:tcMar>
          </w:tcPr>
          <w:p w14:paraId="2E051D85" w14:textId="77777777" w:rsidR="00690563" w:rsidRPr="00E14EE9" w:rsidRDefault="00690563" w:rsidP="00690563">
            <w:pPr>
              <w:rPr>
                <w:lang w:val="it-CH"/>
              </w:rPr>
            </w:pPr>
            <w:r w:rsidRPr="00E14EE9">
              <w:rPr>
                <w:color w:val="263238"/>
                <w:sz w:val="17"/>
                <w:lang w:val="it-CH"/>
              </w:rPr>
              <w:t>Conținutul nu dispare, dar capătă funcție. De exemplu, «hazardurile endogene» devin context pentru localizare, analiză de risc, interpretare de hărți, formularea de soluții și comunicare, nu doar o listă de tipuri și efecte.</w:t>
            </w:r>
          </w:p>
        </w:tc>
      </w:tr>
    </w:tbl>
    <w:p w14:paraId="5AD6CE37"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569"/>
        <w:gridCol w:w="6112"/>
      </w:tblGrid>
      <w:tr w:rsidR="00787B6C" w:rsidRPr="00E14EE9" w14:paraId="1188CF95" w14:textId="77777777" w:rsidTr="00690563">
        <w:trPr>
          <w:jc w:val="center"/>
        </w:trPr>
        <w:tc>
          <w:tcPr>
            <w:tcW w:w="2139" w:type="pct"/>
            <w:shd w:val="clear" w:color="auto" w:fill="2B6478"/>
            <w:tcMar>
              <w:top w:w="145" w:type="dxa"/>
              <w:left w:w="110" w:type="dxa"/>
              <w:bottom w:w="145" w:type="dxa"/>
              <w:right w:w="110" w:type="dxa"/>
            </w:tcMar>
          </w:tcPr>
          <w:p w14:paraId="7DB208B7" w14:textId="77777777" w:rsidR="00787B6C" w:rsidRDefault="00690563">
            <w:pPr>
              <w:jc w:val="center"/>
            </w:pPr>
            <w:r>
              <w:rPr>
                <w:b/>
                <w:color w:val="FFFFFF"/>
                <w:sz w:val="30"/>
              </w:rPr>
              <w:lastRenderedPageBreak/>
              <w:t>02</w:t>
            </w:r>
          </w:p>
        </w:tc>
        <w:tc>
          <w:tcPr>
            <w:tcW w:w="2861" w:type="pct"/>
            <w:shd w:val="clear" w:color="auto" w:fill="17324D"/>
            <w:tcMar>
              <w:top w:w="120" w:type="dxa"/>
              <w:left w:w="145" w:type="dxa"/>
              <w:bottom w:w="120" w:type="dxa"/>
              <w:right w:w="145" w:type="dxa"/>
            </w:tcMar>
          </w:tcPr>
          <w:p w14:paraId="32055489" w14:textId="77777777" w:rsidR="00787B6C" w:rsidRPr="00E14EE9" w:rsidRDefault="00690563">
            <w:pPr>
              <w:rPr>
                <w:lang w:val="it-CH"/>
              </w:rPr>
            </w:pPr>
            <w:r w:rsidRPr="00E14EE9">
              <w:rPr>
                <w:b/>
                <w:color w:val="FFFFFF"/>
                <w:sz w:val="25"/>
                <w:lang w:val="it-CH"/>
              </w:rPr>
              <w:t>CE SE SCHIMBĂ, DE FAPT?</w:t>
            </w:r>
            <w:r w:rsidRPr="00E14EE9">
              <w:rPr>
                <w:lang w:val="it-CH"/>
              </w:rPr>
              <w:br/>
            </w:r>
            <w:r w:rsidRPr="00E14EE9">
              <w:rPr>
                <w:color w:val="DFE8EA"/>
                <w:sz w:val="16"/>
                <w:lang w:val="it-CH"/>
              </w:rPr>
              <w:t>Nu o renunțare la geografia fizică, ci o modernizare a modului în care este învățată și utilizată.</w:t>
            </w:r>
          </w:p>
        </w:tc>
      </w:tr>
    </w:tbl>
    <w:p w14:paraId="4890495E"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538"/>
        <w:gridCol w:w="3027"/>
        <w:gridCol w:w="3025"/>
      </w:tblGrid>
      <w:tr w:rsidR="00690563" w14:paraId="284E3FEF" w14:textId="77777777" w:rsidTr="00690563">
        <w:trPr>
          <w:jc w:val="center"/>
        </w:trPr>
        <w:tc>
          <w:tcPr>
            <w:tcW w:w="2143" w:type="pct"/>
            <w:shd w:val="clear" w:color="auto" w:fill="66757F"/>
            <w:tcMar>
              <w:top w:w="76" w:type="dxa"/>
              <w:left w:w="82" w:type="dxa"/>
              <w:bottom w:w="76" w:type="dxa"/>
              <w:right w:w="82" w:type="dxa"/>
            </w:tcMar>
          </w:tcPr>
          <w:p w14:paraId="625B6480" w14:textId="77777777" w:rsidR="00690563" w:rsidRDefault="00690563" w:rsidP="00690563">
            <w:pPr>
              <w:jc w:val="center"/>
            </w:pPr>
            <w:r>
              <w:rPr>
                <w:b/>
                <w:color w:val="FFFFFF"/>
                <w:sz w:val="14"/>
              </w:rPr>
              <w:t>2004</w:t>
            </w:r>
          </w:p>
        </w:tc>
        <w:tc>
          <w:tcPr>
            <w:tcW w:w="1429" w:type="pct"/>
            <w:shd w:val="clear" w:color="auto" w:fill="2B6478"/>
            <w:tcMar>
              <w:top w:w="76" w:type="dxa"/>
              <w:left w:w="82" w:type="dxa"/>
              <w:bottom w:w="76" w:type="dxa"/>
              <w:right w:w="82" w:type="dxa"/>
            </w:tcMar>
          </w:tcPr>
          <w:p w14:paraId="672B7C08" w14:textId="77777777" w:rsidR="00690563" w:rsidRDefault="00690563" w:rsidP="00690563">
            <w:pPr>
              <w:jc w:val="center"/>
            </w:pPr>
            <w:r>
              <w:rPr>
                <w:b/>
                <w:color w:val="FFFFFF"/>
                <w:sz w:val="14"/>
              </w:rPr>
              <w:t>2025</w:t>
            </w:r>
          </w:p>
        </w:tc>
        <w:tc>
          <w:tcPr>
            <w:tcW w:w="1429" w:type="pct"/>
            <w:shd w:val="clear" w:color="auto" w:fill="3E755A"/>
            <w:tcMar>
              <w:top w:w="76" w:type="dxa"/>
              <w:left w:w="82" w:type="dxa"/>
              <w:bottom w:w="76" w:type="dxa"/>
              <w:right w:w="82" w:type="dxa"/>
            </w:tcMar>
          </w:tcPr>
          <w:p w14:paraId="0A423093" w14:textId="77777777" w:rsidR="00690563" w:rsidRDefault="00690563" w:rsidP="00690563">
            <w:pPr>
              <w:jc w:val="center"/>
            </w:pPr>
            <w:r>
              <w:rPr>
                <w:b/>
                <w:color w:val="FFFFFF"/>
                <w:sz w:val="14"/>
              </w:rPr>
              <w:t>MUTAȚIA</w:t>
            </w:r>
          </w:p>
        </w:tc>
      </w:tr>
      <w:tr w:rsidR="00690563" w:rsidRPr="00E14EE9" w14:paraId="26923E14" w14:textId="77777777" w:rsidTr="00690563">
        <w:trPr>
          <w:jc w:val="center"/>
        </w:trPr>
        <w:tc>
          <w:tcPr>
            <w:tcW w:w="2143" w:type="pct"/>
            <w:shd w:val="clear" w:color="auto" w:fill="F8FAFA"/>
            <w:tcMar>
              <w:top w:w="68" w:type="dxa"/>
              <w:left w:w="78" w:type="dxa"/>
              <w:bottom w:w="68" w:type="dxa"/>
              <w:right w:w="78" w:type="dxa"/>
            </w:tcMar>
          </w:tcPr>
          <w:p w14:paraId="5CF78711" w14:textId="77777777" w:rsidR="00690563" w:rsidRPr="00E14EE9" w:rsidRDefault="00690563" w:rsidP="00690563">
            <w:pPr>
              <w:rPr>
                <w:lang w:val="it-CH"/>
              </w:rPr>
            </w:pPr>
            <w:r w:rsidRPr="00E14EE9">
              <w:rPr>
                <w:color w:val="263238"/>
                <w:sz w:val="15"/>
                <w:lang w:val="it-CH"/>
              </w:rPr>
              <w:t>geografie fizică «Pământul – planeta oamenilor»</w:t>
            </w:r>
          </w:p>
        </w:tc>
        <w:tc>
          <w:tcPr>
            <w:tcW w:w="1429" w:type="pct"/>
            <w:shd w:val="clear" w:color="auto" w:fill="F8FAFA"/>
            <w:tcMar>
              <w:top w:w="68" w:type="dxa"/>
              <w:left w:w="78" w:type="dxa"/>
              <w:bottom w:w="68" w:type="dxa"/>
              <w:right w:w="78" w:type="dxa"/>
            </w:tcMar>
          </w:tcPr>
          <w:p w14:paraId="1F058FD0" w14:textId="77777777" w:rsidR="00690563" w:rsidRDefault="00690563" w:rsidP="00690563">
            <w:proofErr w:type="spellStart"/>
            <w:r>
              <w:rPr>
                <w:color w:val="263238"/>
                <w:sz w:val="15"/>
              </w:rPr>
              <w:t>geografie</w:t>
            </w:r>
            <w:proofErr w:type="spellEnd"/>
            <w:r>
              <w:rPr>
                <w:color w:val="263238"/>
                <w:sz w:val="15"/>
              </w:rPr>
              <w:t xml:space="preserve"> </w:t>
            </w:r>
            <w:proofErr w:type="spellStart"/>
            <w:r>
              <w:rPr>
                <w:color w:val="263238"/>
                <w:sz w:val="15"/>
              </w:rPr>
              <w:t>fizică</w:t>
            </w:r>
            <w:proofErr w:type="spellEnd"/>
            <w:r>
              <w:rPr>
                <w:color w:val="263238"/>
                <w:sz w:val="15"/>
              </w:rPr>
              <w:t xml:space="preserve">, cu </w:t>
            </w:r>
            <w:proofErr w:type="spellStart"/>
            <w:r>
              <w:rPr>
                <w:color w:val="263238"/>
                <w:sz w:val="15"/>
              </w:rPr>
              <w:t>structură</w:t>
            </w:r>
            <w:proofErr w:type="spellEnd"/>
            <w:r>
              <w:rPr>
                <w:color w:val="263238"/>
                <w:sz w:val="15"/>
              </w:rPr>
              <w:t xml:space="preserve"> </w:t>
            </w:r>
            <w:proofErr w:type="spellStart"/>
            <w:r>
              <w:rPr>
                <w:color w:val="263238"/>
                <w:sz w:val="15"/>
              </w:rPr>
              <w:t>modernizată</w:t>
            </w:r>
            <w:proofErr w:type="spellEnd"/>
            <w:r>
              <w:rPr>
                <w:color w:val="263238"/>
                <w:sz w:val="15"/>
              </w:rPr>
              <w:t xml:space="preserve"> pe opt </w:t>
            </w:r>
            <w:proofErr w:type="spellStart"/>
            <w:r>
              <w:rPr>
                <w:color w:val="263238"/>
                <w:sz w:val="15"/>
              </w:rPr>
              <w:t>domenii</w:t>
            </w:r>
            <w:proofErr w:type="spellEnd"/>
          </w:p>
        </w:tc>
        <w:tc>
          <w:tcPr>
            <w:tcW w:w="1429" w:type="pct"/>
            <w:shd w:val="clear" w:color="auto" w:fill="F8FAFA"/>
            <w:tcMar>
              <w:top w:w="68" w:type="dxa"/>
              <w:left w:w="78" w:type="dxa"/>
              <w:bottom w:w="68" w:type="dxa"/>
              <w:right w:w="78" w:type="dxa"/>
            </w:tcMar>
          </w:tcPr>
          <w:p w14:paraId="336AE2F9" w14:textId="77777777" w:rsidR="00690563" w:rsidRPr="00E14EE9" w:rsidRDefault="00690563" w:rsidP="00690563">
            <w:pPr>
              <w:rPr>
                <w:lang w:val="it-CH"/>
              </w:rPr>
            </w:pPr>
            <w:r w:rsidRPr="00E14EE9">
              <w:rPr>
                <w:color w:val="263238"/>
                <w:sz w:val="15"/>
                <w:lang w:val="it-CH"/>
              </w:rPr>
              <w:t>continuitate de obiect, dar reorganizare conceptuală</w:t>
            </w:r>
          </w:p>
        </w:tc>
      </w:tr>
      <w:tr w:rsidR="00690563" w:rsidRPr="00E14EE9" w14:paraId="2092D11F" w14:textId="77777777" w:rsidTr="00690563">
        <w:trPr>
          <w:jc w:val="center"/>
        </w:trPr>
        <w:tc>
          <w:tcPr>
            <w:tcW w:w="2143" w:type="pct"/>
            <w:tcMar>
              <w:top w:w="68" w:type="dxa"/>
              <w:left w:w="78" w:type="dxa"/>
              <w:bottom w:w="68" w:type="dxa"/>
              <w:right w:w="78" w:type="dxa"/>
            </w:tcMar>
          </w:tcPr>
          <w:p w14:paraId="53645404" w14:textId="77777777" w:rsidR="00690563" w:rsidRPr="00E14EE9" w:rsidRDefault="00690563" w:rsidP="00690563">
            <w:pPr>
              <w:rPr>
                <w:lang w:val="it-CH"/>
              </w:rPr>
            </w:pPr>
            <w:r w:rsidRPr="00E14EE9">
              <w:rPr>
                <w:color w:val="263238"/>
                <w:sz w:val="15"/>
                <w:lang w:val="it-CH"/>
              </w:rPr>
              <w:t>harta, graficele, imaginile satelitare și modelele erau deja importante</w:t>
            </w:r>
          </w:p>
        </w:tc>
        <w:tc>
          <w:tcPr>
            <w:tcW w:w="1429" w:type="pct"/>
            <w:tcMar>
              <w:top w:w="68" w:type="dxa"/>
              <w:left w:w="78" w:type="dxa"/>
              <w:bottom w:w="68" w:type="dxa"/>
              <w:right w:w="78" w:type="dxa"/>
            </w:tcMar>
          </w:tcPr>
          <w:p w14:paraId="4AF7F39F" w14:textId="77777777" w:rsidR="00690563" w:rsidRPr="00E14EE9" w:rsidRDefault="00690563" w:rsidP="00690563">
            <w:pPr>
              <w:rPr>
                <w:lang w:val="it-CH"/>
              </w:rPr>
            </w:pPr>
            <w:r w:rsidRPr="00E14EE9">
              <w:rPr>
                <w:color w:val="263238"/>
                <w:sz w:val="15"/>
                <w:lang w:val="it-CH"/>
              </w:rPr>
              <w:t>GIS, GPS, imagini satelitare și modele digitale sunt integrate explicit</w:t>
            </w:r>
          </w:p>
        </w:tc>
        <w:tc>
          <w:tcPr>
            <w:tcW w:w="1429" w:type="pct"/>
            <w:tcMar>
              <w:top w:w="68" w:type="dxa"/>
              <w:left w:w="78" w:type="dxa"/>
              <w:bottom w:w="68" w:type="dxa"/>
              <w:right w:w="78" w:type="dxa"/>
            </w:tcMar>
          </w:tcPr>
          <w:p w14:paraId="2549F042" w14:textId="77777777" w:rsidR="00690563" w:rsidRPr="00E14EE9" w:rsidRDefault="00690563" w:rsidP="00690563">
            <w:pPr>
              <w:rPr>
                <w:lang w:val="it-CH"/>
              </w:rPr>
            </w:pPr>
            <w:r w:rsidRPr="00E14EE9">
              <w:rPr>
                <w:color w:val="263238"/>
                <w:sz w:val="15"/>
                <w:lang w:val="it-CH"/>
              </w:rPr>
              <w:t>cartografia devine și mai mult instrument de analiză</w:t>
            </w:r>
          </w:p>
        </w:tc>
      </w:tr>
      <w:tr w:rsidR="00690563" w:rsidRPr="00E14EE9" w14:paraId="25F55714" w14:textId="77777777" w:rsidTr="00690563">
        <w:trPr>
          <w:jc w:val="center"/>
        </w:trPr>
        <w:tc>
          <w:tcPr>
            <w:tcW w:w="2143" w:type="pct"/>
            <w:shd w:val="clear" w:color="auto" w:fill="F8FAFA"/>
            <w:tcMar>
              <w:top w:w="68" w:type="dxa"/>
              <w:left w:w="78" w:type="dxa"/>
              <w:bottom w:w="68" w:type="dxa"/>
              <w:right w:w="78" w:type="dxa"/>
            </w:tcMar>
          </w:tcPr>
          <w:p w14:paraId="3B6D4E21" w14:textId="77777777" w:rsidR="00690563" w:rsidRDefault="00690563" w:rsidP="00690563">
            <w:proofErr w:type="spellStart"/>
            <w:r>
              <w:rPr>
                <w:color w:val="263238"/>
                <w:sz w:val="15"/>
              </w:rPr>
              <w:t>orientare</w:t>
            </w:r>
            <w:proofErr w:type="spellEnd"/>
            <w:r>
              <w:rPr>
                <w:color w:val="263238"/>
                <w:sz w:val="15"/>
              </w:rPr>
              <w:t xml:space="preserve"> </w:t>
            </w:r>
            <w:proofErr w:type="spellStart"/>
            <w:r>
              <w:rPr>
                <w:color w:val="263238"/>
                <w:sz w:val="15"/>
              </w:rPr>
              <w:t>spre</w:t>
            </w:r>
            <w:proofErr w:type="spellEnd"/>
            <w:r>
              <w:rPr>
                <w:color w:val="263238"/>
                <w:sz w:val="15"/>
              </w:rPr>
              <w:t xml:space="preserve"> </w:t>
            </w:r>
            <w:proofErr w:type="spellStart"/>
            <w:r>
              <w:rPr>
                <w:color w:val="263238"/>
                <w:sz w:val="15"/>
              </w:rPr>
              <w:t>relațional</w:t>
            </w:r>
            <w:proofErr w:type="spellEnd"/>
            <w:r>
              <w:rPr>
                <w:color w:val="263238"/>
                <w:sz w:val="15"/>
              </w:rPr>
              <w:t xml:space="preserve">, </w:t>
            </w:r>
            <w:proofErr w:type="spellStart"/>
            <w:r>
              <w:rPr>
                <w:color w:val="263238"/>
                <w:sz w:val="15"/>
              </w:rPr>
              <w:t>operațional</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aplicat</w:t>
            </w:r>
            <w:proofErr w:type="spellEnd"/>
          </w:p>
        </w:tc>
        <w:tc>
          <w:tcPr>
            <w:tcW w:w="1429" w:type="pct"/>
            <w:shd w:val="clear" w:color="auto" w:fill="F8FAFA"/>
            <w:tcMar>
              <w:top w:w="68" w:type="dxa"/>
              <w:left w:w="78" w:type="dxa"/>
              <w:bottom w:w="68" w:type="dxa"/>
              <w:right w:w="78" w:type="dxa"/>
            </w:tcMar>
          </w:tcPr>
          <w:p w14:paraId="6B5B26D8" w14:textId="77777777" w:rsidR="00690563" w:rsidRPr="00E14EE9" w:rsidRDefault="00690563" w:rsidP="00690563">
            <w:pPr>
              <w:rPr>
                <w:lang w:val="it-CH"/>
              </w:rPr>
            </w:pPr>
            <w:r w:rsidRPr="00E14EE9">
              <w:rPr>
                <w:color w:val="263238"/>
                <w:sz w:val="15"/>
                <w:lang w:val="it-CH"/>
              </w:rPr>
              <w:t>accent explicit pe gândire spațială, investigație, proiect și studiu de caz</w:t>
            </w:r>
          </w:p>
        </w:tc>
        <w:tc>
          <w:tcPr>
            <w:tcW w:w="1429" w:type="pct"/>
            <w:shd w:val="clear" w:color="auto" w:fill="F8FAFA"/>
            <w:tcMar>
              <w:top w:w="68" w:type="dxa"/>
              <w:left w:w="78" w:type="dxa"/>
              <w:bottom w:w="68" w:type="dxa"/>
              <w:right w:w="78" w:type="dxa"/>
            </w:tcMar>
          </w:tcPr>
          <w:p w14:paraId="22EE2B06" w14:textId="77777777" w:rsidR="00690563" w:rsidRPr="00E14EE9" w:rsidRDefault="00690563" w:rsidP="00690563">
            <w:pPr>
              <w:rPr>
                <w:lang w:val="it-CH"/>
              </w:rPr>
            </w:pPr>
            <w:r w:rsidRPr="00E14EE9">
              <w:rPr>
                <w:color w:val="263238"/>
                <w:sz w:val="15"/>
                <w:lang w:val="it-CH"/>
              </w:rPr>
              <w:t>mai multă activitate cognitivă a elevului</w:t>
            </w:r>
          </w:p>
        </w:tc>
      </w:tr>
      <w:tr w:rsidR="00690563" w:rsidRPr="00E14EE9" w14:paraId="7368B7AA" w14:textId="77777777" w:rsidTr="00690563">
        <w:trPr>
          <w:jc w:val="center"/>
        </w:trPr>
        <w:tc>
          <w:tcPr>
            <w:tcW w:w="2143" w:type="pct"/>
            <w:tcMar>
              <w:top w:w="68" w:type="dxa"/>
              <w:left w:w="78" w:type="dxa"/>
              <w:bottom w:w="68" w:type="dxa"/>
              <w:right w:w="78" w:type="dxa"/>
            </w:tcMar>
          </w:tcPr>
          <w:p w14:paraId="501A6232" w14:textId="77777777" w:rsidR="00690563" w:rsidRPr="00E14EE9" w:rsidRDefault="00690563" w:rsidP="00690563">
            <w:pPr>
              <w:rPr>
                <w:lang w:val="it-CH"/>
              </w:rPr>
            </w:pPr>
            <w:r w:rsidRPr="00E14EE9">
              <w:rPr>
                <w:color w:val="263238"/>
                <w:sz w:val="15"/>
                <w:lang w:val="it-CH"/>
              </w:rPr>
              <w:t>hazarduri prezente mai ales în procesele naturale</w:t>
            </w:r>
          </w:p>
        </w:tc>
        <w:tc>
          <w:tcPr>
            <w:tcW w:w="1429" w:type="pct"/>
            <w:tcMar>
              <w:top w:w="68" w:type="dxa"/>
              <w:left w:w="78" w:type="dxa"/>
              <w:bottom w:w="68" w:type="dxa"/>
              <w:right w:w="78" w:type="dxa"/>
            </w:tcMar>
          </w:tcPr>
          <w:p w14:paraId="1F360064" w14:textId="77777777" w:rsidR="00690563" w:rsidRDefault="00690563" w:rsidP="00690563">
            <w:proofErr w:type="spellStart"/>
            <w:r>
              <w:rPr>
                <w:color w:val="263238"/>
                <w:sz w:val="15"/>
              </w:rPr>
              <w:t>hazardurile</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vulnerabilitatea</w:t>
            </w:r>
            <w:proofErr w:type="spellEnd"/>
            <w:r>
              <w:rPr>
                <w:color w:val="263238"/>
                <w:sz w:val="15"/>
              </w:rPr>
              <w:t xml:space="preserve"> </w:t>
            </w:r>
            <w:proofErr w:type="spellStart"/>
            <w:r>
              <w:rPr>
                <w:color w:val="263238"/>
                <w:sz w:val="15"/>
              </w:rPr>
              <w:t>comunităților</w:t>
            </w:r>
            <w:proofErr w:type="spellEnd"/>
            <w:r>
              <w:rPr>
                <w:color w:val="263238"/>
                <w:sz w:val="15"/>
              </w:rPr>
              <w:t xml:space="preserve"> </w:t>
            </w:r>
            <w:proofErr w:type="spellStart"/>
            <w:r>
              <w:rPr>
                <w:color w:val="263238"/>
                <w:sz w:val="15"/>
              </w:rPr>
              <w:t>devin</w:t>
            </w:r>
            <w:proofErr w:type="spellEnd"/>
            <w:r>
              <w:rPr>
                <w:color w:val="263238"/>
                <w:sz w:val="15"/>
              </w:rPr>
              <w:t xml:space="preserve"> </w:t>
            </w:r>
            <w:proofErr w:type="spellStart"/>
            <w:r>
              <w:rPr>
                <w:color w:val="263238"/>
                <w:sz w:val="15"/>
              </w:rPr>
              <w:t>vizibile</w:t>
            </w:r>
            <w:proofErr w:type="spellEnd"/>
            <w:r>
              <w:rPr>
                <w:color w:val="263238"/>
                <w:sz w:val="15"/>
              </w:rPr>
              <w:t xml:space="preserve"> curricular</w:t>
            </w:r>
          </w:p>
        </w:tc>
        <w:tc>
          <w:tcPr>
            <w:tcW w:w="1429" w:type="pct"/>
            <w:tcMar>
              <w:top w:w="68" w:type="dxa"/>
              <w:left w:w="78" w:type="dxa"/>
              <w:bottom w:w="68" w:type="dxa"/>
              <w:right w:w="78" w:type="dxa"/>
            </w:tcMar>
          </w:tcPr>
          <w:p w14:paraId="75B9C934" w14:textId="77777777" w:rsidR="00690563" w:rsidRPr="00E14EE9" w:rsidRDefault="00690563" w:rsidP="00690563">
            <w:pPr>
              <w:rPr>
                <w:lang w:val="it-CH"/>
              </w:rPr>
            </w:pPr>
            <w:r w:rsidRPr="00E14EE9">
              <w:rPr>
                <w:color w:val="263238"/>
                <w:sz w:val="15"/>
                <w:lang w:val="it-CH"/>
              </w:rPr>
              <w:t>de la fenomen la consecințe, risc și reziliență</w:t>
            </w:r>
          </w:p>
        </w:tc>
      </w:tr>
      <w:tr w:rsidR="00690563" w14:paraId="54605217" w14:textId="77777777" w:rsidTr="00690563">
        <w:trPr>
          <w:jc w:val="center"/>
        </w:trPr>
        <w:tc>
          <w:tcPr>
            <w:tcW w:w="2143" w:type="pct"/>
            <w:shd w:val="clear" w:color="auto" w:fill="F8FAFA"/>
            <w:tcMar>
              <w:top w:w="68" w:type="dxa"/>
              <w:left w:w="78" w:type="dxa"/>
              <w:bottom w:w="68" w:type="dxa"/>
              <w:right w:w="78" w:type="dxa"/>
            </w:tcMar>
          </w:tcPr>
          <w:p w14:paraId="135AE4A1" w14:textId="77777777" w:rsidR="00690563" w:rsidRPr="00E14EE9" w:rsidRDefault="00690563" w:rsidP="00690563">
            <w:pPr>
              <w:rPr>
                <w:lang w:val="it-CH"/>
              </w:rPr>
            </w:pPr>
            <w:r w:rsidRPr="00E14EE9">
              <w:rPr>
                <w:color w:val="263238"/>
                <w:sz w:val="15"/>
                <w:lang w:val="it-CH"/>
              </w:rPr>
              <w:t>teme de mediu și relația om–mediu</w:t>
            </w:r>
          </w:p>
        </w:tc>
        <w:tc>
          <w:tcPr>
            <w:tcW w:w="1429" w:type="pct"/>
            <w:shd w:val="clear" w:color="auto" w:fill="F8FAFA"/>
            <w:tcMar>
              <w:top w:w="68" w:type="dxa"/>
              <w:left w:w="78" w:type="dxa"/>
              <w:bottom w:w="68" w:type="dxa"/>
              <w:right w:w="78" w:type="dxa"/>
            </w:tcMar>
          </w:tcPr>
          <w:p w14:paraId="2101AF4F" w14:textId="77777777" w:rsidR="00690563" w:rsidRPr="00E14EE9" w:rsidRDefault="00690563" w:rsidP="00690563">
            <w:pPr>
              <w:rPr>
                <w:lang w:val="it-CH"/>
              </w:rPr>
            </w:pPr>
            <w:r w:rsidRPr="00E14EE9">
              <w:rPr>
                <w:color w:val="263238"/>
                <w:sz w:val="15"/>
                <w:lang w:val="it-CH"/>
              </w:rPr>
              <w:t>schimbări climatice, sustenabilitate, biodiversitate, resurse, probleme contemporane</w:t>
            </w:r>
          </w:p>
        </w:tc>
        <w:tc>
          <w:tcPr>
            <w:tcW w:w="1429" w:type="pct"/>
            <w:shd w:val="clear" w:color="auto" w:fill="F8FAFA"/>
            <w:tcMar>
              <w:top w:w="68" w:type="dxa"/>
              <w:left w:w="78" w:type="dxa"/>
              <w:bottom w:w="68" w:type="dxa"/>
              <w:right w:w="78" w:type="dxa"/>
            </w:tcMar>
          </w:tcPr>
          <w:p w14:paraId="58AF33BA" w14:textId="77777777" w:rsidR="00690563" w:rsidRDefault="00690563" w:rsidP="00690563">
            <w:proofErr w:type="spellStart"/>
            <w:r>
              <w:rPr>
                <w:color w:val="263238"/>
                <w:sz w:val="15"/>
              </w:rPr>
              <w:t>contextualizare</w:t>
            </w:r>
            <w:proofErr w:type="spellEnd"/>
            <w:r>
              <w:rPr>
                <w:color w:val="263238"/>
                <w:sz w:val="15"/>
              </w:rPr>
              <w:t xml:space="preserve"> </w:t>
            </w:r>
            <w:proofErr w:type="spellStart"/>
            <w:r>
              <w:rPr>
                <w:color w:val="263238"/>
                <w:sz w:val="15"/>
              </w:rPr>
              <w:t>mai</w:t>
            </w:r>
            <w:proofErr w:type="spellEnd"/>
            <w:r>
              <w:rPr>
                <w:color w:val="263238"/>
                <w:sz w:val="15"/>
              </w:rPr>
              <w:t xml:space="preserve"> </w:t>
            </w:r>
            <w:proofErr w:type="spellStart"/>
            <w:r>
              <w:rPr>
                <w:color w:val="263238"/>
                <w:sz w:val="15"/>
              </w:rPr>
              <w:t>puternică</w:t>
            </w:r>
            <w:proofErr w:type="spellEnd"/>
          </w:p>
        </w:tc>
      </w:tr>
      <w:tr w:rsidR="00690563" w:rsidRPr="00E14EE9" w14:paraId="72B9AE80" w14:textId="77777777" w:rsidTr="00690563">
        <w:trPr>
          <w:jc w:val="center"/>
        </w:trPr>
        <w:tc>
          <w:tcPr>
            <w:tcW w:w="2143" w:type="pct"/>
            <w:tcMar>
              <w:top w:w="68" w:type="dxa"/>
              <w:left w:w="78" w:type="dxa"/>
              <w:bottom w:w="68" w:type="dxa"/>
              <w:right w:w="78" w:type="dxa"/>
            </w:tcMar>
          </w:tcPr>
          <w:p w14:paraId="0E3A2F4D" w14:textId="77777777" w:rsidR="00690563" w:rsidRDefault="00690563" w:rsidP="00690563">
            <w:r>
              <w:rPr>
                <w:color w:val="263238"/>
                <w:sz w:val="15"/>
              </w:rPr>
              <w:t xml:space="preserve">TIC </w:t>
            </w:r>
            <w:proofErr w:type="spellStart"/>
            <w:r>
              <w:rPr>
                <w:color w:val="263238"/>
                <w:sz w:val="15"/>
              </w:rPr>
              <w:t>și</w:t>
            </w:r>
            <w:proofErr w:type="spellEnd"/>
            <w:r>
              <w:rPr>
                <w:color w:val="263238"/>
                <w:sz w:val="15"/>
              </w:rPr>
              <w:t xml:space="preserve"> GIS </w:t>
            </w:r>
            <w:proofErr w:type="spellStart"/>
            <w:r>
              <w:rPr>
                <w:color w:val="263238"/>
                <w:sz w:val="15"/>
              </w:rPr>
              <w:t>recomandate</w:t>
            </w:r>
            <w:proofErr w:type="spellEnd"/>
          </w:p>
        </w:tc>
        <w:tc>
          <w:tcPr>
            <w:tcW w:w="1429" w:type="pct"/>
            <w:tcMar>
              <w:top w:w="68" w:type="dxa"/>
              <w:left w:w="78" w:type="dxa"/>
              <w:bottom w:w="68" w:type="dxa"/>
              <w:right w:w="78" w:type="dxa"/>
            </w:tcMar>
          </w:tcPr>
          <w:p w14:paraId="69354282" w14:textId="77777777" w:rsidR="00690563" w:rsidRDefault="00690563" w:rsidP="00690563">
            <w:r>
              <w:rPr>
                <w:color w:val="263238"/>
                <w:sz w:val="15"/>
              </w:rPr>
              <w:t xml:space="preserve">GIS </w:t>
            </w:r>
            <w:proofErr w:type="spellStart"/>
            <w:r>
              <w:rPr>
                <w:color w:val="263238"/>
                <w:sz w:val="15"/>
              </w:rPr>
              <w:t>și</w:t>
            </w:r>
            <w:proofErr w:type="spellEnd"/>
            <w:r>
              <w:rPr>
                <w:color w:val="263238"/>
                <w:sz w:val="15"/>
              </w:rPr>
              <w:t>/</w:t>
            </w:r>
            <w:proofErr w:type="spellStart"/>
            <w:r>
              <w:rPr>
                <w:color w:val="263238"/>
                <w:sz w:val="15"/>
              </w:rPr>
              <w:t>sau</w:t>
            </w:r>
            <w:proofErr w:type="spellEnd"/>
            <w:r>
              <w:rPr>
                <w:color w:val="263238"/>
                <w:sz w:val="15"/>
              </w:rPr>
              <w:t xml:space="preserve"> IA apar explicit </w:t>
            </w:r>
            <w:proofErr w:type="spellStart"/>
            <w:r>
              <w:rPr>
                <w:color w:val="263238"/>
                <w:sz w:val="15"/>
              </w:rPr>
              <w:t>în</w:t>
            </w:r>
            <w:proofErr w:type="spellEnd"/>
            <w:r>
              <w:rPr>
                <w:color w:val="263238"/>
                <w:sz w:val="15"/>
              </w:rPr>
              <w:t xml:space="preserve"> CS </w:t>
            </w:r>
            <w:proofErr w:type="spellStart"/>
            <w:r>
              <w:rPr>
                <w:color w:val="263238"/>
                <w:sz w:val="15"/>
              </w:rPr>
              <w:t>și</w:t>
            </w:r>
            <w:proofErr w:type="spellEnd"/>
            <w:r>
              <w:rPr>
                <w:color w:val="263238"/>
                <w:sz w:val="15"/>
              </w:rPr>
              <w:t xml:space="preserve"> EAI</w:t>
            </w:r>
          </w:p>
        </w:tc>
        <w:tc>
          <w:tcPr>
            <w:tcW w:w="1429" w:type="pct"/>
            <w:tcMar>
              <w:top w:w="68" w:type="dxa"/>
              <w:left w:w="78" w:type="dxa"/>
              <w:bottom w:w="68" w:type="dxa"/>
              <w:right w:w="78" w:type="dxa"/>
            </w:tcMar>
          </w:tcPr>
          <w:p w14:paraId="3B457581" w14:textId="77777777" w:rsidR="00690563" w:rsidRPr="00E14EE9" w:rsidRDefault="00690563" w:rsidP="00690563">
            <w:pPr>
              <w:rPr>
                <w:lang w:val="it-CH"/>
              </w:rPr>
            </w:pPr>
            <w:r w:rsidRPr="00E14EE9">
              <w:rPr>
                <w:color w:val="263238"/>
                <w:sz w:val="15"/>
                <w:lang w:val="it-CH"/>
              </w:rPr>
              <w:t>competență digitală integrată în analiza geografică</w:t>
            </w:r>
          </w:p>
        </w:tc>
      </w:tr>
    </w:tbl>
    <w:p w14:paraId="58686021" w14:textId="77777777" w:rsidR="00690563" w:rsidRPr="00E14EE9" w:rsidRDefault="00690563">
      <w:pPr>
        <w:rPr>
          <w:lang w:val="it-CH"/>
        </w:rPr>
      </w:pPr>
    </w:p>
    <w:tbl>
      <w:tblPr>
        <w:tblW w:w="5000" w:type="pct"/>
        <w:jc w:val="center"/>
        <w:tblLook w:val="04A0" w:firstRow="1" w:lastRow="0" w:firstColumn="1" w:lastColumn="0" w:noHBand="0" w:noVBand="1"/>
      </w:tblPr>
      <w:tblGrid>
        <w:gridCol w:w="4569"/>
        <w:gridCol w:w="6092"/>
      </w:tblGrid>
      <w:tr w:rsidR="00690563" w:rsidRPr="00E14EE9" w14:paraId="229D8A88" w14:textId="77777777" w:rsidTr="00690563">
        <w:trPr>
          <w:jc w:val="center"/>
        </w:trPr>
        <w:tc>
          <w:tcPr>
            <w:tcW w:w="2139" w:type="pct"/>
            <w:shd w:val="clear" w:color="auto" w:fill="3E755A"/>
            <w:tcMar>
              <w:top w:w="105" w:type="dxa"/>
              <w:left w:w="105" w:type="dxa"/>
              <w:bottom w:w="105" w:type="dxa"/>
              <w:right w:w="105" w:type="dxa"/>
            </w:tcMar>
          </w:tcPr>
          <w:p w14:paraId="373CC71A" w14:textId="77777777" w:rsidR="00690563" w:rsidRDefault="00690563" w:rsidP="00690563">
            <w:pPr>
              <w:jc w:val="center"/>
            </w:pPr>
            <w:r>
              <w:rPr>
                <w:b/>
                <w:color w:val="FFFFFF"/>
                <w:sz w:val="15"/>
              </w:rPr>
              <w:t>RĂMÂNE VALABIL</w:t>
            </w:r>
          </w:p>
        </w:tc>
        <w:tc>
          <w:tcPr>
            <w:tcW w:w="2852" w:type="pct"/>
            <w:shd w:val="clear" w:color="auto" w:fill="EEF5F1"/>
            <w:tcMar>
              <w:top w:w="105" w:type="dxa"/>
              <w:left w:w="130" w:type="dxa"/>
              <w:bottom w:w="105" w:type="dxa"/>
              <w:right w:w="130" w:type="dxa"/>
            </w:tcMar>
          </w:tcPr>
          <w:p w14:paraId="31AF069D" w14:textId="4BF75A65" w:rsidR="00690563" w:rsidRPr="00E14EE9" w:rsidRDefault="00690563" w:rsidP="00690563">
            <w:pPr>
              <w:rPr>
                <w:lang w:val="it-CH"/>
              </w:rPr>
            </w:pPr>
            <w:r w:rsidRPr="00E14EE9">
              <w:rPr>
                <w:color w:val="263238"/>
                <w:sz w:val="17"/>
                <w:lang w:val="it-CH"/>
              </w:rPr>
              <w:t>Programa din 2004 cerea deja trecerea de la geografie descriptivă și enciclopedică la una funcțională, relațională, operațională și aplicată. Așadar, noua programă nu invalidează tradiția metodologică bună</w:t>
            </w:r>
            <w:r w:rsidR="002252DF" w:rsidRPr="00E14EE9">
              <w:rPr>
                <w:color w:val="263238"/>
                <w:sz w:val="17"/>
                <w:lang w:val="it-CH"/>
              </w:rPr>
              <w:t xml:space="preserve">, ci </w:t>
            </w:r>
            <w:r w:rsidRPr="00E14EE9">
              <w:rPr>
                <w:color w:val="263238"/>
                <w:sz w:val="17"/>
                <w:lang w:val="it-CH"/>
              </w:rPr>
              <w:t>o face mai explicită și mai actuală.</w:t>
            </w:r>
          </w:p>
        </w:tc>
      </w:tr>
    </w:tbl>
    <w:p w14:paraId="10D8408D"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512"/>
        <w:gridCol w:w="6169"/>
      </w:tblGrid>
      <w:tr w:rsidR="00787B6C" w:rsidRPr="00E14EE9" w14:paraId="1301482D" w14:textId="77777777" w:rsidTr="00690563">
        <w:trPr>
          <w:jc w:val="center"/>
        </w:trPr>
        <w:tc>
          <w:tcPr>
            <w:tcW w:w="2112" w:type="pct"/>
            <w:shd w:val="clear" w:color="auto" w:fill="2B6478"/>
            <w:tcMar>
              <w:top w:w="145" w:type="dxa"/>
              <w:left w:w="110" w:type="dxa"/>
              <w:bottom w:w="145" w:type="dxa"/>
              <w:right w:w="110" w:type="dxa"/>
            </w:tcMar>
          </w:tcPr>
          <w:p w14:paraId="53311D17" w14:textId="77777777" w:rsidR="00787B6C" w:rsidRDefault="00690563">
            <w:pPr>
              <w:jc w:val="center"/>
            </w:pPr>
            <w:r>
              <w:rPr>
                <w:b/>
                <w:color w:val="FFFFFF"/>
                <w:sz w:val="30"/>
              </w:rPr>
              <w:lastRenderedPageBreak/>
              <w:t>03</w:t>
            </w:r>
          </w:p>
        </w:tc>
        <w:tc>
          <w:tcPr>
            <w:tcW w:w="2888" w:type="pct"/>
            <w:shd w:val="clear" w:color="auto" w:fill="17324D"/>
            <w:tcMar>
              <w:top w:w="120" w:type="dxa"/>
              <w:left w:w="145" w:type="dxa"/>
              <w:bottom w:w="120" w:type="dxa"/>
              <w:right w:w="145" w:type="dxa"/>
            </w:tcMar>
          </w:tcPr>
          <w:p w14:paraId="1E35DA38" w14:textId="77777777" w:rsidR="00787B6C" w:rsidRPr="00E14EE9" w:rsidRDefault="00690563">
            <w:pPr>
              <w:rPr>
                <w:lang w:val="it-CH"/>
              </w:rPr>
            </w:pPr>
            <w:r w:rsidRPr="00E14EE9">
              <w:rPr>
                <w:b/>
                <w:color w:val="FFFFFF"/>
                <w:sz w:val="25"/>
                <w:lang w:val="it-CH"/>
              </w:rPr>
              <w:t>CE RĂMÂNE ȘI POATE FI VALORIFICAT?</w:t>
            </w:r>
            <w:r w:rsidRPr="00E14EE9">
              <w:rPr>
                <w:lang w:val="it-CH"/>
              </w:rPr>
              <w:br/>
            </w:r>
            <w:r w:rsidRPr="00E14EE9">
              <w:rPr>
                <w:color w:val="DFE8EA"/>
                <w:sz w:val="16"/>
                <w:lang w:val="it-CH"/>
              </w:rPr>
              <w:t>Profesorul nu pornește de la zero. Multe resurse și practici pot fi reutilizate dacă își schimbă funcția.</w:t>
            </w:r>
          </w:p>
        </w:tc>
      </w:tr>
    </w:tbl>
    <w:p w14:paraId="333A91CF"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482"/>
        <w:gridCol w:w="3120"/>
        <w:gridCol w:w="2988"/>
      </w:tblGrid>
      <w:tr w:rsidR="00690563" w14:paraId="2DB5C47A" w14:textId="77777777" w:rsidTr="00690563">
        <w:trPr>
          <w:jc w:val="center"/>
        </w:trPr>
        <w:tc>
          <w:tcPr>
            <w:tcW w:w="2116" w:type="pct"/>
            <w:shd w:val="clear" w:color="auto" w:fill="3E755A"/>
            <w:tcMar>
              <w:top w:w="76" w:type="dxa"/>
              <w:left w:w="82" w:type="dxa"/>
              <w:bottom w:w="76" w:type="dxa"/>
              <w:right w:w="82" w:type="dxa"/>
            </w:tcMar>
          </w:tcPr>
          <w:p w14:paraId="68F87329" w14:textId="77777777" w:rsidR="00690563" w:rsidRDefault="00690563" w:rsidP="00690563">
            <w:pPr>
              <w:jc w:val="center"/>
            </w:pPr>
            <w:r>
              <w:rPr>
                <w:b/>
                <w:color w:val="FFFFFF"/>
                <w:sz w:val="14"/>
              </w:rPr>
              <w:t>POȚI PĂSTRA</w:t>
            </w:r>
          </w:p>
        </w:tc>
        <w:tc>
          <w:tcPr>
            <w:tcW w:w="1473" w:type="pct"/>
            <w:shd w:val="clear" w:color="auto" w:fill="2B6478"/>
            <w:tcMar>
              <w:top w:w="76" w:type="dxa"/>
              <w:left w:w="82" w:type="dxa"/>
              <w:bottom w:w="76" w:type="dxa"/>
              <w:right w:w="82" w:type="dxa"/>
            </w:tcMar>
          </w:tcPr>
          <w:p w14:paraId="1E66D83E" w14:textId="77777777" w:rsidR="00690563" w:rsidRDefault="00690563" w:rsidP="00690563">
            <w:pPr>
              <w:jc w:val="center"/>
            </w:pPr>
            <w:r>
              <w:rPr>
                <w:b/>
                <w:color w:val="FFFFFF"/>
                <w:sz w:val="14"/>
              </w:rPr>
              <w:t>REINTERPRETEAZĂ</w:t>
            </w:r>
          </w:p>
        </w:tc>
        <w:tc>
          <w:tcPr>
            <w:tcW w:w="1411" w:type="pct"/>
            <w:shd w:val="clear" w:color="auto" w:fill="66757F"/>
            <w:tcMar>
              <w:top w:w="76" w:type="dxa"/>
              <w:left w:w="82" w:type="dxa"/>
              <w:bottom w:w="76" w:type="dxa"/>
              <w:right w:w="82" w:type="dxa"/>
            </w:tcMar>
          </w:tcPr>
          <w:p w14:paraId="6A828F06" w14:textId="77777777" w:rsidR="00690563" w:rsidRDefault="00690563" w:rsidP="00690563">
            <w:pPr>
              <w:jc w:val="center"/>
            </w:pPr>
            <w:r>
              <w:rPr>
                <w:b/>
                <w:color w:val="FFFFFF"/>
                <w:sz w:val="14"/>
              </w:rPr>
              <w:t>EVITĂ</w:t>
            </w:r>
          </w:p>
        </w:tc>
      </w:tr>
      <w:tr w:rsidR="00690563" w:rsidRPr="00E14EE9" w14:paraId="70367DC1" w14:textId="77777777" w:rsidTr="00690563">
        <w:trPr>
          <w:jc w:val="center"/>
        </w:trPr>
        <w:tc>
          <w:tcPr>
            <w:tcW w:w="2116" w:type="pct"/>
            <w:shd w:val="clear" w:color="auto" w:fill="F8FAFA"/>
            <w:tcMar>
              <w:top w:w="68" w:type="dxa"/>
              <w:left w:w="78" w:type="dxa"/>
              <w:bottom w:w="68" w:type="dxa"/>
              <w:right w:w="78" w:type="dxa"/>
            </w:tcMar>
          </w:tcPr>
          <w:p w14:paraId="313F5A5B" w14:textId="77777777" w:rsidR="00690563" w:rsidRDefault="00690563" w:rsidP="00690563">
            <w:proofErr w:type="spellStart"/>
            <w:r>
              <w:rPr>
                <w:color w:val="263238"/>
                <w:sz w:val="15"/>
              </w:rPr>
              <w:t>harta</w:t>
            </w:r>
            <w:proofErr w:type="spellEnd"/>
            <w:r>
              <w:rPr>
                <w:color w:val="263238"/>
                <w:sz w:val="15"/>
              </w:rPr>
              <w:t xml:space="preserve"> </w:t>
            </w:r>
            <w:proofErr w:type="spellStart"/>
            <w:r>
              <w:rPr>
                <w:color w:val="263238"/>
                <w:sz w:val="15"/>
              </w:rPr>
              <w:t>murală</w:t>
            </w:r>
            <w:proofErr w:type="spellEnd"/>
            <w:r>
              <w:rPr>
                <w:color w:val="263238"/>
                <w:sz w:val="15"/>
              </w:rPr>
              <w:t>/</w:t>
            </w:r>
            <w:proofErr w:type="spellStart"/>
            <w:r>
              <w:rPr>
                <w:color w:val="263238"/>
                <w:sz w:val="15"/>
              </w:rPr>
              <w:t>atlasul</w:t>
            </w:r>
            <w:proofErr w:type="spellEnd"/>
          </w:p>
        </w:tc>
        <w:tc>
          <w:tcPr>
            <w:tcW w:w="1473" w:type="pct"/>
            <w:shd w:val="clear" w:color="auto" w:fill="F8FAFA"/>
            <w:tcMar>
              <w:top w:w="68" w:type="dxa"/>
              <w:left w:w="78" w:type="dxa"/>
              <w:bottom w:w="68" w:type="dxa"/>
              <w:right w:w="78" w:type="dxa"/>
            </w:tcMar>
          </w:tcPr>
          <w:p w14:paraId="667A2D52" w14:textId="77777777" w:rsidR="00690563" w:rsidRPr="00E14EE9" w:rsidRDefault="00690563" w:rsidP="00690563">
            <w:pPr>
              <w:rPr>
                <w:lang w:val="it-CH"/>
              </w:rPr>
            </w:pPr>
            <w:r w:rsidRPr="00E14EE9">
              <w:rPr>
                <w:color w:val="263238"/>
                <w:sz w:val="15"/>
                <w:lang w:val="it-CH"/>
              </w:rPr>
              <w:t>ca punct de plecare pentru întrebări spațiale și comparații de scară</w:t>
            </w:r>
          </w:p>
        </w:tc>
        <w:tc>
          <w:tcPr>
            <w:tcW w:w="1411" w:type="pct"/>
            <w:shd w:val="clear" w:color="auto" w:fill="F8FAFA"/>
            <w:tcMar>
              <w:top w:w="68" w:type="dxa"/>
              <w:left w:w="78" w:type="dxa"/>
              <w:bottom w:w="68" w:type="dxa"/>
              <w:right w:w="78" w:type="dxa"/>
            </w:tcMar>
          </w:tcPr>
          <w:p w14:paraId="7829A1F0" w14:textId="77777777" w:rsidR="00690563" w:rsidRPr="00E14EE9" w:rsidRDefault="00690563" w:rsidP="00690563">
            <w:pPr>
              <w:rPr>
                <w:lang w:val="it-CH"/>
              </w:rPr>
            </w:pPr>
            <w:r w:rsidRPr="00E14EE9">
              <w:rPr>
                <w:color w:val="263238"/>
                <w:sz w:val="15"/>
                <w:lang w:val="it-CH"/>
              </w:rPr>
              <w:t>harta folosită doar pentru «arată unde este»</w:t>
            </w:r>
          </w:p>
        </w:tc>
      </w:tr>
      <w:tr w:rsidR="00690563" w14:paraId="6EF00339" w14:textId="77777777" w:rsidTr="00690563">
        <w:trPr>
          <w:jc w:val="center"/>
        </w:trPr>
        <w:tc>
          <w:tcPr>
            <w:tcW w:w="2116" w:type="pct"/>
            <w:tcMar>
              <w:top w:w="68" w:type="dxa"/>
              <w:left w:w="78" w:type="dxa"/>
              <w:bottom w:w="68" w:type="dxa"/>
              <w:right w:w="78" w:type="dxa"/>
            </w:tcMar>
          </w:tcPr>
          <w:p w14:paraId="758341D5" w14:textId="77777777" w:rsidR="00690563" w:rsidRDefault="00690563" w:rsidP="00690563">
            <w:proofErr w:type="spellStart"/>
            <w:r>
              <w:rPr>
                <w:color w:val="263238"/>
                <w:sz w:val="15"/>
              </w:rPr>
              <w:t>explicația</w:t>
            </w:r>
            <w:proofErr w:type="spellEnd"/>
            <w:r>
              <w:rPr>
                <w:color w:val="263238"/>
                <w:sz w:val="15"/>
              </w:rPr>
              <w:t xml:space="preserve"> </w:t>
            </w:r>
            <w:proofErr w:type="spellStart"/>
            <w:r>
              <w:rPr>
                <w:color w:val="263238"/>
                <w:sz w:val="15"/>
              </w:rPr>
              <w:t>profesorului</w:t>
            </w:r>
            <w:proofErr w:type="spellEnd"/>
          </w:p>
        </w:tc>
        <w:tc>
          <w:tcPr>
            <w:tcW w:w="1473" w:type="pct"/>
            <w:tcMar>
              <w:top w:w="68" w:type="dxa"/>
              <w:left w:w="78" w:type="dxa"/>
              <w:bottom w:w="68" w:type="dxa"/>
              <w:right w:w="78" w:type="dxa"/>
            </w:tcMar>
          </w:tcPr>
          <w:p w14:paraId="478177CC" w14:textId="77777777" w:rsidR="00690563" w:rsidRPr="00E14EE9" w:rsidRDefault="00690563" w:rsidP="00690563">
            <w:pPr>
              <w:rPr>
                <w:lang w:val="it-CH"/>
              </w:rPr>
            </w:pPr>
            <w:r w:rsidRPr="00E14EE9">
              <w:rPr>
                <w:color w:val="263238"/>
                <w:sz w:val="15"/>
                <w:lang w:val="it-CH"/>
              </w:rPr>
              <w:t>ca intervenție scurtă în sprijinul unui raționament</w:t>
            </w:r>
          </w:p>
        </w:tc>
        <w:tc>
          <w:tcPr>
            <w:tcW w:w="1411" w:type="pct"/>
            <w:tcMar>
              <w:top w:w="68" w:type="dxa"/>
              <w:left w:w="78" w:type="dxa"/>
              <w:bottom w:w="68" w:type="dxa"/>
              <w:right w:w="78" w:type="dxa"/>
            </w:tcMar>
          </w:tcPr>
          <w:p w14:paraId="4CDDAAD8" w14:textId="77777777" w:rsidR="00690563" w:rsidRDefault="00690563" w:rsidP="00690563">
            <w:proofErr w:type="spellStart"/>
            <w:r>
              <w:rPr>
                <w:color w:val="263238"/>
                <w:sz w:val="15"/>
              </w:rPr>
              <w:t>expunerea</w:t>
            </w:r>
            <w:proofErr w:type="spellEnd"/>
            <w:r>
              <w:rPr>
                <w:color w:val="263238"/>
                <w:sz w:val="15"/>
              </w:rPr>
              <w:t xml:space="preserve"> ca </w:t>
            </w:r>
            <w:proofErr w:type="spellStart"/>
            <w:r>
              <w:rPr>
                <w:color w:val="263238"/>
                <w:sz w:val="15"/>
              </w:rPr>
              <w:t>arhitectură</w:t>
            </w:r>
            <w:proofErr w:type="spellEnd"/>
            <w:r>
              <w:rPr>
                <w:color w:val="263238"/>
                <w:sz w:val="15"/>
              </w:rPr>
              <w:t xml:space="preserve"> </w:t>
            </w:r>
            <w:proofErr w:type="spellStart"/>
            <w:r>
              <w:rPr>
                <w:color w:val="263238"/>
                <w:sz w:val="15"/>
              </w:rPr>
              <w:t>aproape</w:t>
            </w:r>
            <w:proofErr w:type="spellEnd"/>
            <w:r>
              <w:rPr>
                <w:color w:val="263238"/>
                <w:sz w:val="15"/>
              </w:rPr>
              <w:t xml:space="preserve"> </w:t>
            </w:r>
            <w:proofErr w:type="spellStart"/>
            <w:r>
              <w:rPr>
                <w:color w:val="263238"/>
                <w:sz w:val="15"/>
              </w:rPr>
              <w:t>exclusivă</w:t>
            </w:r>
            <w:proofErr w:type="spellEnd"/>
          </w:p>
        </w:tc>
      </w:tr>
      <w:tr w:rsidR="00690563" w14:paraId="1C5FF8FF" w14:textId="77777777" w:rsidTr="00690563">
        <w:trPr>
          <w:jc w:val="center"/>
        </w:trPr>
        <w:tc>
          <w:tcPr>
            <w:tcW w:w="2116" w:type="pct"/>
            <w:shd w:val="clear" w:color="auto" w:fill="F8FAFA"/>
            <w:tcMar>
              <w:top w:w="68" w:type="dxa"/>
              <w:left w:w="78" w:type="dxa"/>
              <w:bottom w:w="68" w:type="dxa"/>
              <w:right w:w="78" w:type="dxa"/>
            </w:tcMar>
          </w:tcPr>
          <w:p w14:paraId="08B88AFC" w14:textId="77777777" w:rsidR="00690563" w:rsidRDefault="00690563" w:rsidP="00690563">
            <w:r>
              <w:rPr>
                <w:color w:val="263238"/>
                <w:sz w:val="15"/>
              </w:rPr>
              <w:t xml:space="preserve">schema </w:t>
            </w:r>
            <w:proofErr w:type="spellStart"/>
            <w:r>
              <w:rPr>
                <w:color w:val="263238"/>
                <w:sz w:val="15"/>
              </w:rPr>
              <w:t>cauză</w:t>
            </w:r>
            <w:proofErr w:type="spellEnd"/>
            <w:r>
              <w:rPr>
                <w:color w:val="263238"/>
                <w:sz w:val="15"/>
              </w:rPr>
              <w:t>–</w:t>
            </w:r>
            <w:proofErr w:type="spellStart"/>
            <w:r>
              <w:rPr>
                <w:color w:val="263238"/>
                <w:sz w:val="15"/>
              </w:rPr>
              <w:t>efect</w:t>
            </w:r>
            <w:proofErr w:type="spellEnd"/>
          </w:p>
        </w:tc>
        <w:tc>
          <w:tcPr>
            <w:tcW w:w="1473" w:type="pct"/>
            <w:shd w:val="clear" w:color="auto" w:fill="F8FAFA"/>
            <w:tcMar>
              <w:top w:w="68" w:type="dxa"/>
              <w:left w:w="78" w:type="dxa"/>
              <w:bottom w:w="68" w:type="dxa"/>
              <w:right w:w="78" w:type="dxa"/>
            </w:tcMar>
          </w:tcPr>
          <w:p w14:paraId="2AB8A0F7" w14:textId="77777777" w:rsidR="00690563" w:rsidRPr="00E14EE9" w:rsidRDefault="00690563" w:rsidP="00690563">
            <w:pPr>
              <w:rPr>
                <w:lang w:val="it-CH"/>
              </w:rPr>
            </w:pPr>
            <w:r w:rsidRPr="00E14EE9">
              <w:rPr>
                <w:color w:val="263238"/>
                <w:sz w:val="15"/>
                <w:lang w:val="it-CH"/>
              </w:rPr>
              <w:t>ca ipoteză care se verifică în date/hărți</w:t>
            </w:r>
          </w:p>
        </w:tc>
        <w:tc>
          <w:tcPr>
            <w:tcW w:w="1411" w:type="pct"/>
            <w:shd w:val="clear" w:color="auto" w:fill="F8FAFA"/>
            <w:tcMar>
              <w:top w:w="68" w:type="dxa"/>
              <w:left w:w="78" w:type="dxa"/>
              <w:bottom w:w="68" w:type="dxa"/>
              <w:right w:w="78" w:type="dxa"/>
            </w:tcMar>
          </w:tcPr>
          <w:p w14:paraId="0803FF26" w14:textId="77777777" w:rsidR="00690563" w:rsidRDefault="00690563" w:rsidP="00690563">
            <w:r>
              <w:rPr>
                <w:color w:val="263238"/>
                <w:sz w:val="15"/>
              </w:rPr>
              <w:t xml:space="preserve">schema </w:t>
            </w:r>
            <w:proofErr w:type="spellStart"/>
            <w:r>
              <w:rPr>
                <w:color w:val="263238"/>
                <w:sz w:val="15"/>
              </w:rPr>
              <w:t>memorată</w:t>
            </w:r>
            <w:proofErr w:type="spellEnd"/>
            <w:r>
              <w:rPr>
                <w:color w:val="263238"/>
                <w:sz w:val="15"/>
              </w:rPr>
              <w:t xml:space="preserve"> </w:t>
            </w:r>
            <w:proofErr w:type="spellStart"/>
            <w:r>
              <w:rPr>
                <w:color w:val="263238"/>
                <w:sz w:val="15"/>
              </w:rPr>
              <w:t>fără</w:t>
            </w:r>
            <w:proofErr w:type="spellEnd"/>
            <w:r>
              <w:rPr>
                <w:color w:val="263238"/>
                <w:sz w:val="15"/>
              </w:rPr>
              <w:t xml:space="preserve"> transfer</w:t>
            </w:r>
          </w:p>
        </w:tc>
      </w:tr>
      <w:tr w:rsidR="00690563" w14:paraId="12E46A35" w14:textId="77777777" w:rsidTr="00690563">
        <w:trPr>
          <w:jc w:val="center"/>
        </w:trPr>
        <w:tc>
          <w:tcPr>
            <w:tcW w:w="2116" w:type="pct"/>
            <w:tcMar>
              <w:top w:w="68" w:type="dxa"/>
              <w:left w:w="78" w:type="dxa"/>
              <w:bottom w:w="68" w:type="dxa"/>
              <w:right w:w="78" w:type="dxa"/>
            </w:tcMar>
          </w:tcPr>
          <w:p w14:paraId="28E01E36" w14:textId="77777777" w:rsidR="00690563" w:rsidRDefault="00690563" w:rsidP="00690563">
            <w:proofErr w:type="spellStart"/>
            <w:r>
              <w:rPr>
                <w:color w:val="263238"/>
                <w:sz w:val="15"/>
              </w:rPr>
              <w:t>exercițiile</w:t>
            </w:r>
            <w:proofErr w:type="spellEnd"/>
            <w:r>
              <w:rPr>
                <w:color w:val="263238"/>
                <w:sz w:val="15"/>
              </w:rPr>
              <w:t xml:space="preserve"> de </w:t>
            </w:r>
            <w:proofErr w:type="spellStart"/>
            <w:r>
              <w:rPr>
                <w:color w:val="263238"/>
                <w:sz w:val="15"/>
              </w:rPr>
              <w:t>scară</w:t>
            </w:r>
            <w:proofErr w:type="spellEnd"/>
          </w:p>
        </w:tc>
        <w:tc>
          <w:tcPr>
            <w:tcW w:w="1473" w:type="pct"/>
            <w:tcMar>
              <w:top w:w="68" w:type="dxa"/>
              <w:left w:w="78" w:type="dxa"/>
              <w:bottom w:w="68" w:type="dxa"/>
              <w:right w:w="78" w:type="dxa"/>
            </w:tcMar>
          </w:tcPr>
          <w:p w14:paraId="38F3D3B6" w14:textId="77777777" w:rsidR="00690563" w:rsidRPr="00E14EE9" w:rsidRDefault="00690563" w:rsidP="00690563">
            <w:pPr>
              <w:rPr>
                <w:lang w:val="it-CH"/>
              </w:rPr>
            </w:pPr>
            <w:r w:rsidRPr="00E14EE9">
              <w:rPr>
                <w:color w:val="263238"/>
                <w:sz w:val="15"/>
                <w:lang w:val="it-CH"/>
              </w:rPr>
              <w:t>ca instrument pentru probleme reale și evaluarea mărimii fenomenelor</w:t>
            </w:r>
          </w:p>
        </w:tc>
        <w:tc>
          <w:tcPr>
            <w:tcW w:w="1411" w:type="pct"/>
            <w:tcMar>
              <w:top w:w="68" w:type="dxa"/>
              <w:left w:w="78" w:type="dxa"/>
              <w:bottom w:w="68" w:type="dxa"/>
              <w:right w:w="78" w:type="dxa"/>
            </w:tcMar>
          </w:tcPr>
          <w:p w14:paraId="7D0DBBA3" w14:textId="77777777" w:rsidR="00690563" w:rsidRDefault="00690563" w:rsidP="00690563">
            <w:proofErr w:type="spellStart"/>
            <w:r>
              <w:rPr>
                <w:color w:val="263238"/>
                <w:sz w:val="15"/>
              </w:rPr>
              <w:t>calculul</w:t>
            </w:r>
            <w:proofErr w:type="spellEnd"/>
            <w:r>
              <w:rPr>
                <w:color w:val="263238"/>
                <w:sz w:val="15"/>
              </w:rPr>
              <w:t xml:space="preserve"> </w:t>
            </w:r>
            <w:proofErr w:type="spellStart"/>
            <w:r>
              <w:rPr>
                <w:color w:val="263238"/>
                <w:sz w:val="15"/>
              </w:rPr>
              <w:t>izolat</w:t>
            </w:r>
            <w:proofErr w:type="spellEnd"/>
            <w:r>
              <w:rPr>
                <w:color w:val="263238"/>
                <w:sz w:val="15"/>
              </w:rPr>
              <w:t xml:space="preserve"> de context</w:t>
            </w:r>
          </w:p>
        </w:tc>
      </w:tr>
      <w:tr w:rsidR="00690563" w14:paraId="7FB9EB26" w14:textId="77777777" w:rsidTr="00690563">
        <w:trPr>
          <w:jc w:val="center"/>
        </w:trPr>
        <w:tc>
          <w:tcPr>
            <w:tcW w:w="2116" w:type="pct"/>
            <w:shd w:val="clear" w:color="auto" w:fill="F8FAFA"/>
            <w:tcMar>
              <w:top w:w="68" w:type="dxa"/>
              <w:left w:w="78" w:type="dxa"/>
              <w:bottom w:w="68" w:type="dxa"/>
              <w:right w:w="78" w:type="dxa"/>
            </w:tcMar>
          </w:tcPr>
          <w:p w14:paraId="5FCB2ED2" w14:textId="77777777" w:rsidR="00690563" w:rsidRDefault="00690563" w:rsidP="00690563">
            <w:proofErr w:type="spellStart"/>
            <w:r>
              <w:rPr>
                <w:color w:val="263238"/>
                <w:sz w:val="15"/>
              </w:rPr>
              <w:t>profilurile</w:t>
            </w:r>
            <w:proofErr w:type="spellEnd"/>
            <w:r>
              <w:rPr>
                <w:color w:val="263238"/>
                <w:sz w:val="15"/>
              </w:rPr>
              <w:t xml:space="preserve"> </w:t>
            </w:r>
            <w:proofErr w:type="spellStart"/>
            <w:r>
              <w:rPr>
                <w:color w:val="263238"/>
                <w:sz w:val="15"/>
              </w:rPr>
              <w:t>geografice</w:t>
            </w:r>
            <w:proofErr w:type="spellEnd"/>
          </w:p>
        </w:tc>
        <w:tc>
          <w:tcPr>
            <w:tcW w:w="1473" w:type="pct"/>
            <w:shd w:val="clear" w:color="auto" w:fill="F8FAFA"/>
            <w:tcMar>
              <w:top w:w="68" w:type="dxa"/>
              <w:left w:w="78" w:type="dxa"/>
              <w:bottom w:w="68" w:type="dxa"/>
              <w:right w:w="78" w:type="dxa"/>
            </w:tcMar>
          </w:tcPr>
          <w:p w14:paraId="10D017A4" w14:textId="77777777" w:rsidR="00690563" w:rsidRPr="00E14EE9" w:rsidRDefault="00690563" w:rsidP="00690563">
            <w:pPr>
              <w:rPr>
                <w:lang w:val="it-CH"/>
              </w:rPr>
            </w:pPr>
            <w:r w:rsidRPr="00E14EE9">
              <w:rPr>
                <w:color w:val="263238"/>
                <w:sz w:val="15"/>
                <w:lang w:val="it-CH"/>
              </w:rPr>
              <w:t>ca reprezentări ale relațiilor dintre componente</w:t>
            </w:r>
          </w:p>
        </w:tc>
        <w:tc>
          <w:tcPr>
            <w:tcW w:w="1411" w:type="pct"/>
            <w:shd w:val="clear" w:color="auto" w:fill="F8FAFA"/>
            <w:tcMar>
              <w:top w:w="68" w:type="dxa"/>
              <w:left w:w="78" w:type="dxa"/>
              <w:bottom w:w="68" w:type="dxa"/>
              <w:right w:w="78" w:type="dxa"/>
            </w:tcMar>
          </w:tcPr>
          <w:p w14:paraId="1A27B0E4" w14:textId="77777777" w:rsidR="00690563" w:rsidRDefault="00690563" w:rsidP="00690563">
            <w:proofErr w:type="spellStart"/>
            <w:r>
              <w:rPr>
                <w:color w:val="263238"/>
                <w:sz w:val="15"/>
              </w:rPr>
              <w:t>desenul</w:t>
            </w:r>
            <w:proofErr w:type="spellEnd"/>
            <w:r>
              <w:rPr>
                <w:color w:val="263238"/>
                <w:sz w:val="15"/>
              </w:rPr>
              <w:t xml:space="preserve"> </w:t>
            </w:r>
            <w:proofErr w:type="spellStart"/>
            <w:r>
              <w:rPr>
                <w:color w:val="263238"/>
                <w:sz w:val="15"/>
              </w:rPr>
              <w:t>mecanic</w:t>
            </w:r>
            <w:proofErr w:type="spellEnd"/>
            <w:r>
              <w:rPr>
                <w:color w:val="263238"/>
                <w:sz w:val="15"/>
              </w:rPr>
              <w:t xml:space="preserve"> </w:t>
            </w:r>
            <w:proofErr w:type="spellStart"/>
            <w:r>
              <w:rPr>
                <w:color w:val="263238"/>
                <w:sz w:val="15"/>
              </w:rPr>
              <w:t>fără</w:t>
            </w:r>
            <w:proofErr w:type="spellEnd"/>
            <w:r>
              <w:rPr>
                <w:color w:val="263238"/>
                <w:sz w:val="15"/>
              </w:rPr>
              <w:t xml:space="preserve"> </w:t>
            </w:r>
            <w:proofErr w:type="spellStart"/>
            <w:r>
              <w:rPr>
                <w:color w:val="263238"/>
                <w:sz w:val="15"/>
              </w:rPr>
              <w:t>interpretare</w:t>
            </w:r>
            <w:proofErr w:type="spellEnd"/>
          </w:p>
        </w:tc>
      </w:tr>
      <w:tr w:rsidR="00690563" w:rsidRPr="00E14EE9" w14:paraId="4FF16D55" w14:textId="77777777" w:rsidTr="00690563">
        <w:trPr>
          <w:jc w:val="center"/>
        </w:trPr>
        <w:tc>
          <w:tcPr>
            <w:tcW w:w="2116" w:type="pct"/>
            <w:tcMar>
              <w:top w:w="68" w:type="dxa"/>
              <w:left w:w="78" w:type="dxa"/>
              <w:bottom w:w="68" w:type="dxa"/>
              <w:right w:w="78" w:type="dxa"/>
            </w:tcMar>
          </w:tcPr>
          <w:p w14:paraId="1A7F0638" w14:textId="77777777" w:rsidR="00690563" w:rsidRDefault="00690563" w:rsidP="00690563">
            <w:proofErr w:type="spellStart"/>
            <w:r>
              <w:rPr>
                <w:color w:val="263238"/>
                <w:sz w:val="15"/>
              </w:rPr>
              <w:t>studiul</w:t>
            </w:r>
            <w:proofErr w:type="spellEnd"/>
            <w:r>
              <w:rPr>
                <w:color w:val="263238"/>
                <w:sz w:val="15"/>
              </w:rPr>
              <w:t xml:space="preserve"> </w:t>
            </w:r>
            <w:proofErr w:type="spellStart"/>
            <w:r>
              <w:rPr>
                <w:color w:val="263238"/>
                <w:sz w:val="15"/>
              </w:rPr>
              <w:t>orizontului</w:t>
            </w:r>
            <w:proofErr w:type="spellEnd"/>
            <w:r>
              <w:rPr>
                <w:color w:val="263238"/>
                <w:sz w:val="15"/>
              </w:rPr>
              <w:t xml:space="preserve"> local</w:t>
            </w:r>
          </w:p>
        </w:tc>
        <w:tc>
          <w:tcPr>
            <w:tcW w:w="1473" w:type="pct"/>
            <w:tcMar>
              <w:top w:w="68" w:type="dxa"/>
              <w:left w:w="78" w:type="dxa"/>
              <w:bottom w:w="68" w:type="dxa"/>
              <w:right w:w="78" w:type="dxa"/>
            </w:tcMar>
          </w:tcPr>
          <w:p w14:paraId="161E5E19" w14:textId="77777777" w:rsidR="00690563" w:rsidRPr="00E14EE9" w:rsidRDefault="00690563" w:rsidP="00690563">
            <w:pPr>
              <w:rPr>
                <w:lang w:val="it-CH"/>
              </w:rPr>
            </w:pPr>
            <w:r w:rsidRPr="00E14EE9">
              <w:rPr>
                <w:color w:val="263238"/>
                <w:sz w:val="15"/>
                <w:lang w:val="it-CH"/>
              </w:rPr>
              <w:t>ca investigație autentică și comparare cu alte scări</w:t>
            </w:r>
          </w:p>
        </w:tc>
        <w:tc>
          <w:tcPr>
            <w:tcW w:w="1411" w:type="pct"/>
            <w:tcMar>
              <w:top w:w="68" w:type="dxa"/>
              <w:left w:w="78" w:type="dxa"/>
              <w:bottom w:w="68" w:type="dxa"/>
              <w:right w:w="78" w:type="dxa"/>
            </w:tcMar>
          </w:tcPr>
          <w:p w14:paraId="260CB110" w14:textId="77777777" w:rsidR="00690563" w:rsidRPr="00E14EE9" w:rsidRDefault="00690563" w:rsidP="00690563">
            <w:pPr>
              <w:rPr>
                <w:lang w:val="it-CH"/>
              </w:rPr>
            </w:pPr>
            <w:r w:rsidRPr="00E14EE9">
              <w:rPr>
                <w:color w:val="263238"/>
                <w:sz w:val="15"/>
                <w:lang w:val="it-CH"/>
              </w:rPr>
              <w:t>aplicația de teren fără întrebare</w:t>
            </w:r>
          </w:p>
        </w:tc>
      </w:tr>
      <w:tr w:rsidR="00690563" w14:paraId="51E28BAB" w14:textId="77777777" w:rsidTr="00690563">
        <w:trPr>
          <w:jc w:val="center"/>
        </w:trPr>
        <w:tc>
          <w:tcPr>
            <w:tcW w:w="2116" w:type="pct"/>
            <w:shd w:val="clear" w:color="auto" w:fill="F8FAFA"/>
            <w:tcMar>
              <w:top w:w="68" w:type="dxa"/>
              <w:left w:w="78" w:type="dxa"/>
              <w:bottom w:w="68" w:type="dxa"/>
              <w:right w:w="78" w:type="dxa"/>
            </w:tcMar>
          </w:tcPr>
          <w:p w14:paraId="7BFC2A65" w14:textId="77777777" w:rsidR="00690563" w:rsidRDefault="00690563" w:rsidP="00690563">
            <w:proofErr w:type="spellStart"/>
            <w:r>
              <w:rPr>
                <w:color w:val="263238"/>
                <w:sz w:val="15"/>
              </w:rPr>
              <w:t>proiectul</w:t>
            </w:r>
            <w:proofErr w:type="spellEnd"/>
          </w:p>
        </w:tc>
        <w:tc>
          <w:tcPr>
            <w:tcW w:w="1473" w:type="pct"/>
            <w:shd w:val="clear" w:color="auto" w:fill="F8FAFA"/>
            <w:tcMar>
              <w:top w:w="68" w:type="dxa"/>
              <w:left w:w="78" w:type="dxa"/>
              <w:bottom w:w="68" w:type="dxa"/>
              <w:right w:w="78" w:type="dxa"/>
            </w:tcMar>
          </w:tcPr>
          <w:p w14:paraId="13F360B3" w14:textId="77777777" w:rsidR="00690563" w:rsidRPr="00E14EE9" w:rsidRDefault="00690563" w:rsidP="00690563">
            <w:pPr>
              <w:rPr>
                <w:lang w:val="it-CH"/>
              </w:rPr>
            </w:pPr>
            <w:r w:rsidRPr="00E14EE9">
              <w:rPr>
                <w:color w:val="263238"/>
                <w:sz w:val="15"/>
                <w:lang w:val="it-CH"/>
              </w:rPr>
              <w:t>ca răspuns la o problemă spațială și cu produs revizuibil</w:t>
            </w:r>
          </w:p>
        </w:tc>
        <w:tc>
          <w:tcPr>
            <w:tcW w:w="1411" w:type="pct"/>
            <w:shd w:val="clear" w:color="auto" w:fill="F8FAFA"/>
            <w:tcMar>
              <w:top w:w="68" w:type="dxa"/>
              <w:left w:w="78" w:type="dxa"/>
              <w:bottom w:w="68" w:type="dxa"/>
              <w:right w:w="78" w:type="dxa"/>
            </w:tcMar>
          </w:tcPr>
          <w:p w14:paraId="7AD17E2D" w14:textId="77777777" w:rsidR="00690563" w:rsidRDefault="00690563" w:rsidP="00690563">
            <w:proofErr w:type="spellStart"/>
            <w:r>
              <w:rPr>
                <w:color w:val="263238"/>
                <w:sz w:val="15"/>
              </w:rPr>
              <w:t>posterul</w:t>
            </w:r>
            <w:proofErr w:type="spellEnd"/>
            <w:r>
              <w:rPr>
                <w:color w:val="263238"/>
                <w:sz w:val="15"/>
              </w:rPr>
              <w:t xml:space="preserve"> </w:t>
            </w:r>
            <w:proofErr w:type="spellStart"/>
            <w:r>
              <w:rPr>
                <w:color w:val="263238"/>
                <w:sz w:val="15"/>
              </w:rPr>
              <w:t>decorativ</w:t>
            </w:r>
            <w:proofErr w:type="spellEnd"/>
          </w:p>
        </w:tc>
      </w:tr>
      <w:tr w:rsidR="00690563" w14:paraId="2A058D17" w14:textId="77777777" w:rsidTr="00690563">
        <w:trPr>
          <w:jc w:val="center"/>
        </w:trPr>
        <w:tc>
          <w:tcPr>
            <w:tcW w:w="2116" w:type="pct"/>
            <w:tcMar>
              <w:top w:w="68" w:type="dxa"/>
              <w:left w:w="78" w:type="dxa"/>
              <w:bottom w:w="68" w:type="dxa"/>
              <w:right w:w="78" w:type="dxa"/>
            </w:tcMar>
          </w:tcPr>
          <w:p w14:paraId="7B14FAC1" w14:textId="77777777" w:rsidR="00690563" w:rsidRDefault="00690563" w:rsidP="00690563">
            <w:proofErr w:type="spellStart"/>
            <w:r>
              <w:rPr>
                <w:color w:val="263238"/>
                <w:sz w:val="15"/>
              </w:rPr>
              <w:t>testul</w:t>
            </w:r>
            <w:proofErr w:type="spellEnd"/>
            <w:r>
              <w:rPr>
                <w:color w:val="263238"/>
                <w:sz w:val="15"/>
              </w:rPr>
              <w:t xml:space="preserve"> </w:t>
            </w:r>
            <w:proofErr w:type="spellStart"/>
            <w:r>
              <w:rPr>
                <w:color w:val="263238"/>
                <w:sz w:val="15"/>
              </w:rPr>
              <w:t>scris</w:t>
            </w:r>
            <w:proofErr w:type="spellEnd"/>
          </w:p>
        </w:tc>
        <w:tc>
          <w:tcPr>
            <w:tcW w:w="1473" w:type="pct"/>
            <w:tcMar>
              <w:top w:w="68" w:type="dxa"/>
              <w:left w:w="78" w:type="dxa"/>
              <w:bottom w:w="68" w:type="dxa"/>
              <w:right w:w="78" w:type="dxa"/>
            </w:tcMar>
          </w:tcPr>
          <w:p w14:paraId="6EE4C3EF" w14:textId="77777777" w:rsidR="00690563" w:rsidRPr="00E14EE9" w:rsidRDefault="00690563" w:rsidP="00690563">
            <w:pPr>
              <w:rPr>
                <w:lang w:val="it-CH"/>
              </w:rPr>
            </w:pPr>
            <w:r w:rsidRPr="00E14EE9">
              <w:rPr>
                <w:color w:val="263238"/>
                <w:sz w:val="15"/>
                <w:lang w:val="it-CH"/>
              </w:rPr>
              <w:t>într-un ansamblu cu hărți, produse, studii de caz, teren și proiect</w:t>
            </w:r>
          </w:p>
        </w:tc>
        <w:tc>
          <w:tcPr>
            <w:tcW w:w="1411" w:type="pct"/>
            <w:tcMar>
              <w:top w:w="68" w:type="dxa"/>
              <w:left w:w="78" w:type="dxa"/>
              <w:bottom w:w="68" w:type="dxa"/>
              <w:right w:w="78" w:type="dxa"/>
            </w:tcMar>
          </w:tcPr>
          <w:p w14:paraId="593D918C" w14:textId="77777777" w:rsidR="00690563" w:rsidRDefault="00690563" w:rsidP="00690563">
            <w:proofErr w:type="spellStart"/>
            <w:r>
              <w:rPr>
                <w:color w:val="263238"/>
                <w:sz w:val="15"/>
              </w:rPr>
              <w:t>testul</w:t>
            </w:r>
            <w:proofErr w:type="spellEnd"/>
            <w:r>
              <w:rPr>
                <w:color w:val="263238"/>
                <w:sz w:val="15"/>
              </w:rPr>
              <w:t xml:space="preserve"> ca </w:t>
            </w:r>
            <w:proofErr w:type="spellStart"/>
            <w:r>
              <w:rPr>
                <w:color w:val="263238"/>
                <w:sz w:val="15"/>
              </w:rPr>
              <w:t>singura</w:t>
            </w:r>
            <w:proofErr w:type="spellEnd"/>
            <w:r>
              <w:rPr>
                <w:color w:val="263238"/>
                <w:sz w:val="15"/>
              </w:rPr>
              <w:t xml:space="preserve"> </w:t>
            </w:r>
            <w:proofErr w:type="spellStart"/>
            <w:r>
              <w:rPr>
                <w:color w:val="263238"/>
                <w:sz w:val="15"/>
              </w:rPr>
              <w:t>dovadă</w:t>
            </w:r>
            <w:proofErr w:type="spellEnd"/>
          </w:p>
        </w:tc>
      </w:tr>
    </w:tbl>
    <w:p w14:paraId="32026E0B" w14:textId="77777777" w:rsidR="00690563" w:rsidRDefault="00690563"/>
    <w:tbl>
      <w:tblPr>
        <w:tblW w:w="5000" w:type="pct"/>
        <w:jc w:val="center"/>
        <w:tblLook w:val="04A0" w:firstRow="1" w:lastRow="0" w:firstColumn="1" w:lastColumn="0" w:noHBand="0" w:noVBand="1"/>
      </w:tblPr>
      <w:tblGrid>
        <w:gridCol w:w="4512"/>
        <w:gridCol w:w="6149"/>
      </w:tblGrid>
      <w:tr w:rsidR="00690563" w:rsidRPr="00E14EE9" w14:paraId="6D6216EB" w14:textId="77777777" w:rsidTr="00690563">
        <w:trPr>
          <w:jc w:val="center"/>
        </w:trPr>
        <w:tc>
          <w:tcPr>
            <w:tcW w:w="2112" w:type="pct"/>
            <w:shd w:val="clear" w:color="auto" w:fill="B58A45"/>
            <w:tcMar>
              <w:top w:w="105" w:type="dxa"/>
              <w:left w:w="105" w:type="dxa"/>
              <w:bottom w:w="105" w:type="dxa"/>
              <w:right w:w="105" w:type="dxa"/>
            </w:tcMar>
          </w:tcPr>
          <w:p w14:paraId="224468CD" w14:textId="77777777" w:rsidR="00690563" w:rsidRDefault="00690563" w:rsidP="00690563">
            <w:pPr>
              <w:jc w:val="center"/>
            </w:pPr>
            <w:r>
              <w:rPr>
                <w:b/>
                <w:color w:val="FFFFFF"/>
                <w:sz w:val="15"/>
              </w:rPr>
              <w:t>PENTRU REFLECȚIE</w:t>
            </w:r>
          </w:p>
        </w:tc>
        <w:tc>
          <w:tcPr>
            <w:tcW w:w="2878" w:type="pct"/>
            <w:shd w:val="clear" w:color="auto" w:fill="F7F2E7"/>
            <w:tcMar>
              <w:top w:w="105" w:type="dxa"/>
              <w:left w:w="130" w:type="dxa"/>
              <w:bottom w:w="105" w:type="dxa"/>
              <w:right w:w="130" w:type="dxa"/>
            </w:tcMar>
          </w:tcPr>
          <w:p w14:paraId="35753AEB" w14:textId="77777777" w:rsidR="00690563" w:rsidRPr="00E14EE9" w:rsidRDefault="00690563" w:rsidP="00690563">
            <w:pPr>
              <w:rPr>
                <w:lang w:val="it-CH"/>
              </w:rPr>
            </w:pPr>
            <w:r w:rsidRPr="00E14EE9">
              <w:rPr>
                <w:color w:val="263238"/>
                <w:sz w:val="17"/>
                <w:lang w:val="it-CH"/>
              </w:rPr>
              <w:t>În câte dintre lecțiile mele harta este un obiect pe care elevul îl privește și în câte devine un instrument prin care elevul compară, măsoară, corelează sau decide?</w:t>
            </w:r>
          </w:p>
        </w:tc>
      </w:tr>
    </w:tbl>
    <w:p w14:paraId="6716357F" w14:textId="77777777" w:rsidR="00787B6C" w:rsidRPr="00E14EE9" w:rsidRDefault="00690563">
      <w:pPr>
        <w:rPr>
          <w:lang w:val="it-CH"/>
        </w:rPr>
      </w:pPr>
      <w:r w:rsidRPr="00E14EE9">
        <w:rPr>
          <w:lang w:val="it-CH"/>
        </w:rPr>
        <w:br w:type="page"/>
      </w:r>
    </w:p>
    <w:tbl>
      <w:tblPr>
        <w:tblW w:w="0" w:type="auto"/>
        <w:jc w:val="center"/>
        <w:tblLayout w:type="fixed"/>
        <w:tblLook w:val="04A0" w:firstRow="1" w:lastRow="0" w:firstColumn="1" w:lastColumn="0" w:noHBand="0" w:noVBand="1"/>
      </w:tblPr>
      <w:tblGrid>
        <w:gridCol w:w="5213"/>
        <w:gridCol w:w="5213"/>
      </w:tblGrid>
      <w:tr w:rsidR="00787B6C" w:rsidRPr="00E14EE9" w14:paraId="18E0A30D" w14:textId="77777777">
        <w:trPr>
          <w:jc w:val="center"/>
        </w:trPr>
        <w:tc>
          <w:tcPr>
            <w:tcW w:w="5213" w:type="dxa"/>
            <w:shd w:val="clear" w:color="auto" w:fill="2B6478"/>
            <w:tcMar>
              <w:top w:w="145" w:type="dxa"/>
              <w:left w:w="110" w:type="dxa"/>
              <w:bottom w:w="145" w:type="dxa"/>
              <w:right w:w="110" w:type="dxa"/>
            </w:tcMar>
          </w:tcPr>
          <w:p w14:paraId="5A0F3A5A" w14:textId="77777777" w:rsidR="00787B6C" w:rsidRDefault="00690563">
            <w:pPr>
              <w:jc w:val="center"/>
            </w:pPr>
            <w:r>
              <w:rPr>
                <w:b/>
                <w:color w:val="FFFFFF"/>
                <w:sz w:val="30"/>
              </w:rPr>
              <w:lastRenderedPageBreak/>
              <w:t>04</w:t>
            </w:r>
          </w:p>
        </w:tc>
        <w:tc>
          <w:tcPr>
            <w:tcW w:w="5213" w:type="dxa"/>
            <w:shd w:val="clear" w:color="auto" w:fill="17324D"/>
            <w:tcMar>
              <w:top w:w="120" w:type="dxa"/>
              <w:left w:w="145" w:type="dxa"/>
              <w:bottom w:w="120" w:type="dxa"/>
              <w:right w:w="145" w:type="dxa"/>
            </w:tcMar>
          </w:tcPr>
          <w:p w14:paraId="153E7A25" w14:textId="77777777" w:rsidR="00787B6C" w:rsidRPr="00E14EE9" w:rsidRDefault="00690563">
            <w:pPr>
              <w:rPr>
                <w:lang w:val="it-CH"/>
              </w:rPr>
            </w:pPr>
            <w:r w:rsidRPr="00E14EE9">
              <w:rPr>
                <w:b/>
                <w:color w:val="FFFFFF"/>
                <w:sz w:val="25"/>
                <w:lang w:val="it-CH"/>
              </w:rPr>
              <w:t>CU CE VIN ELEVII DIN GIMNAZIU?</w:t>
            </w:r>
            <w:r w:rsidRPr="00E14EE9">
              <w:rPr>
                <w:lang w:val="it-CH"/>
              </w:rPr>
              <w:br/>
            </w:r>
            <w:r w:rsidRPr="00E14EE9">
              <w:rPr>
                <w:color w:val="DFE8EA"/>
                <w:sz w:val="16"/>
                <w:lang w:val="it-CH"/>
              </w:rPr>
              <w:t>Clasa a VIII-a oferă ancore puternice: limbaj geografic, hartă, scară, grafice, interdisciplinaritate și relația mediu–societate.</w:t>
            </w:r>
          </w:p>
        </w:tc>
      </w:tr>
    </w:tbl>
    <w:p w14:paraId="7CDBF9BE" w14:textId="77777777" w:rsidR="00690563" w:rsidRPr="00E14EE9" w:rsidRDefault="00690563">
      <w:pPr>
        <w:rPr>
          <w:color w:val="263238"/>
          <w:sz w:val="18"/>
          <w:lang w:val="it-CH"/>
        </w:rPr>
      </w:pPr>
    </w:p>
    <w:p w14:paraId="1E08EDEE" w14:textId="77777777" w:rsidR="00787B6C" w:rsidRPr="00E14EE9" w:rsidRDefault="00690563">
      <w:pPr>
        <w:rPr>
          <w:color w:val="263238"/>
          <w:sz w:val="18"/>
          <w:lang w:val="it-CH"/>
        </w:rPr>
      </w:pPr>
      <w:r w:rsidRPr="00E14EE9">
        <w:rPr>
          <w:color w:val="263238"/>
          <w:sz w:val="18"/>
          <w:lang w:val="it-CH"/>
        </w:rPr>
        <w:t>Programa gimnazială din 2017 și standardele 2026 descriu o progresie în care elevul nu doar localizează și descrie. El calculează distanțe cu scara, utilizează semne convenționale, explică distribuții spațiale, folosește grafice și hărți, aplică achiziții din alte discipline și explorează lumea contemporană cu mijloace digitale.</w:t>
      </w:r>
    </w:p>
    <w:p w14:paraId="579C7955" w14:textId="77777777" w:rsidR="00690563" w:rsidRPr="00E14EE9" w:rsidRDefault="00690563">
      <w:pPr>
        <w:rPr>
          <w:lang w:val="it-CH"/>
        </w:rPr>
      </w:pPr>
    </w:p>
    <w:tbl>
      <w:tblPr>
        <w:tblW w:w="4895"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429"/>
        <w:gridCol w:w="2986"/>
        <w:gridCol w:w="2953"/>
      </w:tblGrid>
      <w:tr w:rsidR="00787B6C" w14:paraId="4506E471" w14:textId="77777777" w:rsidTr="00690563">
        <w:trPr>
          <w:jc w:val="center"/>
        </w:trPr>
        <w:tc>
          <w:tcPr>
            <w:tcW w:w="2136" w:type="pct"/>
            <w:shd w:val="clear" w:color="auto" w:fill="17324D"/>
            <w:tcMar>
              <w:top w:w="76" w:type="dxa"/>
              <w:left w:w="82" w:type="dxa"/>
              <w:bottom w:w="76" w:type="dxa"/>
              <w:right w:w="82" w:type="dxa"/>
            </w:tcMar>
          </w:tcPr>
          <w:p w14:paraId="28E7A2B9" w14:textId="3FB9F384" w:rsidR="00787B6C" w:rsidRDefault="00690563">
            <w:pPr>
              <w:jc w:val="center"/>
            </w:pPr>
            <w:r>
              <w:rPr>
                <w:b/>
                <w:color w:val="FFFFFF"/>
                <w:sz w:val="14"/>
              </w:rPr>
              <w:t>ANCORĂ VIII</w:t>
            </w:r>
          </w:p>
        </w:tc>
        <w:tc>
          <w:tcPr>
            <w:tcW w:w="1440" w:type="pct"/>
            <w:shd w:val="clear" w:color="auto" w:fill="2B6478"/>
            <w:tcMar>
              <w:top w:w="76" w:type="dxa"/>
              <w:left w:w="82" w:type="dxa"/>
              <w:bottom w:w="76" w:type="dxa"/>
              <w:right w:w="82" w:type="dxa"/>
            </w:tcMar>
          </w:tcPr>
          <w:p w14:paraId="595A5BD0" w14:textId="77777777" w:rsidR="00787B6C" w:rsidRDefault="00690563">
            <w:pPr>
              <w:jc w:val="center"/>
            </w:pPr>
            <w:r>
              <w:rPr>
                <w:b/>
                <w:color w:val="FFFFFF"/>
                <w:sz w:val="14"/>
              </w:rPr>
              <w:t>CONTINUARE IX</w:t>
            </w:r>
          </w:p>
        </w:tc>
        <w:tc>
          <w:tcPr>
            <w:tcW w:w="1424" w:type="pct"/>
            <w:shd w:val="clear" w:color="auto" w:fill="3E755A"/>
            <w:tcMar>
              <w:top w:w="76" w:type="dxa"/>
              <w:left w:w="82" w:type="dxa"/>
              <w:bottom w:w="76" w:type="dxa"/>
              <w:right w:w="82" w:type="dxa"/>
            </w:tcMar>
          </w:tcPr>
          <w:p w14:paraId="7A8114C6" w14:textId="77777777" w:rsidR="00787B6C" w:rsidRDefault="00690563">
            <w:pPr>
              <w:jc w:val="center"/>
            </w:pPr>
            <w:r>
              <w:rPr>
                <w:b/>
                <w:color w:val="FFFFFF"/>
                <w:sz w:val="14"/>
              </w:rPr>
              <w:t>DOVADĂ SCURTĂ</w:t>
            </w:r>
          </w:p>
        </w:tc>
      </w:tr>
      <w:tr w:rsidR="00787B6C" w:rsidRPr="00E14EE9" w14:paraId="04251B19" w14:textId="77777777" w:rsidTr="00690563">
        <w:trPr>
          <w:jc w:val="center"/>
        </w:trPr>
        <w:tc>
          <w:tcPr>
            <w:tcW w:w="2136" w:type="pct"/>
            <w:shd w:val="clear" w:color="auto" w:fill="F8FAFA"/>
            <w:tcMar>
              <w:top w:w="68" w:type="dxa"/>
              <w:left w:w="78" w:type="dxa"/>
              <w:bottom w:w="68" w:type="dxa"/>
              <w:right w:w="78" w:type="dxa"/>
            </w:tcMar>
          </w:tcPr>
          <w:p w14:paraId="3476AE46" w14:textId="77777777" w:rsidR="00787B6C" w:rsidRDefault="00690563">
            <w:proofErr w:type="spellStart"/>
            <w:r>
              <w:rPr>
                <w:color w:val="263238"/>
                <w:sz w:val="15"/>
              </w:rPr>
              <w:t>limbaj</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explicație</w:t>
            </w:r>
            <w:proofErr w:type="spellEnd"/>
          </w:p>
        </w:tc>
        <w:tc>
          <w:tcPr>
            <w:tcW w:w="1440" w:type="pct"/>
            <w:shd w:val="clear" w:color="auto" w:fill="F8FAFA"/>
            <w:tcMar>
              <w:top w:w="68" w:type="dxa"/>
              <w:left w:w="78" w:type="dxa"/>
              <w:bottom w:w="68" w:type="dxa"/>
              <w:right w:w="78" w:type="dxa"/>
            </w:tcMar>
          </w:tcPr>
          <w:p w14:paraId="48088A7F" w14:textId="77777777" w:rsidR="00787B6C" w:rsidRPr="00E14EE9" w:rsidRDefault="00690563">
            <w:pPr>
              <w:rPr>
                <w:lang w:val="it-CH"/>
              </w:rPr>
            </w:pPr>
            <w:r w:rsidRPr="00E14EE9">
              <w:rPr>
                <w:color w:val="263238"/>
                <w:sz w:val="15"/>
                <w:lang w:val="it-CH"/>
              </w:rPr>
              <w:t>1.1–1.4: prezentare, descriere, explicație, opinie argumentată</w:t>
            </w:r>
          </w:p>
        </w:tc>
        <w:tc>
          <w:tcPr>
            <w:tcW w:w="1424" w:type="pct"/>
            <w:shd w:val="clear" w:color="auto" w:fill="F8FAFA"/>
            <w:tcMar>
              <w:top w:w="68" w:type="dxa"/>
              <w:left w:w="78" w:type="dxa"/>
              <w:bottom w:w="68" w:type="dxa"/>
              <w:right w:w="78" w:type="dxa"/>
            </w:tcMar>
          </w:tcPr>
          <w:p w14:paraId="0AB60687" w14:textId="77777777" w:rsidR="00787B6C" w:rsidRPr="00E14EE9" w:rsidRDefault="00690563">
            <w:pPr>
              <w:rPr>
                <w:lang w:val="it-CH"/>
              </w:rPr>
            </w:pPr>
            <w:r w:rsidRPr="00E14EE9">
              <w:rPr>
                <w:color w:val="263238"/>
                <w:sz w:val="15"/>
                <w:lang w:val="it-CH"/>
              </w:rPr>
              <w:t>explică un fenomen în 5–6 enunțuri folosind o hartă</w:t>
            </w:r>
          </w:p>
        </w:tc>
      </w:tr>
      <w:tr w:rsidR="00787B6C" w:rsidRPr="00E14EE9" w14:paraId="3E4A1E45" w14:textId="77777777" w:rsidTr="00690563">
        <w:trPr>
          <w:jc w:val="center"/>
        </w:trPr>
        <w:tc>
          <w:tcPr>
            <w:tcW w:w="2136" w:type="pct"/>
            <w:tcMar>
              <w:top w:w="68" w:type="dxa"/>
              <w:left w:w="78" w:type="dxa"/>
              <w:bottom w:w="68" w:type="dxa"/>
              <w:right w:w="78" w:type="dxa"/>
            </w:tcMar>
          </w:tcPr>
          <w:p w14:paraId="1E8D4E73" w14:textId="77777777" w:rsidR="00787B6C" w:rsidRDefault="00690563">
            <w:proofErr w:type="spellStart"/>
            <w:r>
              <w:rPr>
                <w:color w:val="263238"/>
                <w:sz w:val="15"/>
              </w:rPr>
              <w:t>scară</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măsurare</w:t>
            </w:r>
            <w:proofErr w:type="spellEnd"/>
          </w:p>
        </w:tc>
        <w:tc>
          <w:tcPr>
            <w:tcW w:w="1440" w:type="pct"/>
            <w:tcMar>
              <w:top w:w="68" w:type="dxa"/>
              <w:left w:w="78" w:type="dxa"/>
              <w:bottom w:w="68" w:type="dxa"/>
              <w:right w:w="78" w:type="dxa"/>
            </w:tcMar>
          </w:tcPr>
          <w:p w14:paraId="2E074661" w14:textId="77777777" w:rsidR="00787B6C" w:rsidRDefault="00690563">
            <w:r>
              <w:rPr>
                <w:color w:val="263238"/>
                <w:sz w:val="15"/>
              </w:rPr>
              <w:t>4.5 + GIS/GPS</w:t>
            </w:r>
          </w:p>
        </w:tc>
        <w:tc>
          <w:tcPr>
            <w:tcW w:w="1424" w:type="pct"/>
            <w:tcMar>
              <w:top w:w="68" w:type="dxa"/>
              <w:left w:w="78" w:type="dxa"/>
              <w:bottom w:w="68" w:type="dxa"/>
              <w:right w:w="78" w:type="dxa"/>
            </w:tcMar>
          </w:tcPr>
          <w:p w14:paraId="6823BE58" w14:textId="77777777" w:rsidR="00787B6C" w:rsidRPr="00E14EE9" w:rsidRDefault="00690563">
            <w:pPr>
              <w:rPr>
                <w:lang w:val="it-CH"/>
              </w:rPr>
            </w:pPr>
            <w:r w:rsidRPr="00E14EE9">
              <w:rPr>
                <w:color w:val="263238"/>
                <w:sz w:val="15"/>
                <w:lang w:val="it-CH"/>
              </w:rPr>
              <w:t>calculează o distanță și explică relevanța ei pentru fenomen</w:t>
            </w:r>
          </w:p>
        </w:tc>
      </w:tr>
      <w:tr w:rsidR="00787B6C" w:rsidRPr="00E14EE9" w14:paraId="0FC9DDEA" w14:textId="77777777" w:rsidTr="00690563">
        <w:trPr>
          <w:jc w:val="center"/>
        </w:trPr>
        <w:tc>
          <w:tcPr>
            <w:tcW w:w="2136" w:type="pct"/>
            <w:shd w:val="clear" w:color="auto" w:fill="F8FAFA"/>
            <w:tcMar>
              <w:top w:w="68" w:type="dxa"/>
              <w:left w:w="78" w:type="dxa"/>
              <w:bottom w:w="68" w:type="dxa"/>
              <w:right w:w="78" w:type="dxa"/>
            </w:tcMar>
          </w:tcPr>
          <w:p w14:paraId="3C7810E9" w14:textId="77777777" w:rsidR="00787B6C" w:rsidRDefault="00690563">
            <w:proofErr w:type="spellStart"/>
            <w:r>
              <w:rPr>
                <w:color w:val="263238"/>
                <w:sz w:val="15"/>
              </w:rPr>
              <w:t>citirea</w:t>
            </w:r>
            <w:proofErr w:type="spellEnd"/>
            <w:r>
              <w:rPr>
                <w:color w:val="263238"/>
                <w:sz w:val="15"/>
              </w:rPr>
              <w:t xml:space="preserve"> </w:t>
            </w:r>
            <w:proofErr w:type="spellStart"/>
            <w:r>
              <w:rPr>
                <w:color w:val="263238"/>
                <w:sz w:val="15"/>
              </w:rPr>
              <w:t>hărții</w:t>
            </w:r>
            <w:proofErr w:type="spellEnd"/>
            <w:r>
              <w:rPr>
                <w:color w:val="263238"/>
                <w:sz w:val="15"/>
              </w:rPr>
              <w:t>/</w:t>
            </w:r>
            <w:proofErr w:type="spellStart"/>
            <w:r>
              <w:rPr>
                <w:color w:val="263238"/>
                <w:sz w:val="15"/>
              </w:rPr>
              <w:t>graficului</w:t>
            </w:r>
            <w:proofErr w:type="spellEnd"/>
          </w:p>
        </w:tc>
        <w:tc>
          <w:tcPr>
            <w:tcW w:w="1440" w:type="pct"/>
            <w:shd w:val="clear" w:color="auto" w:fill="F8FAFA"/>
            <w:tcMar>
              <w:top w:w="68" w:type="dxa"/>
              <w:left w:w="78" w:type="dxa"/>
              <w:bottom w:w="68" w:type="dxa"/>
              <w:right w:w="78" w:type="dxa"/>
            </w:tcMar>
          </w:tcPr>
          <w:p w14:paraId="652D9E4C" w14:textId="77777777" w:rsidR="00787B6C" w:rsidRDefault="00690563">
            <w:r>
              <w:rPr>
                <w:color w:val="263238"/>
                <w:sz w:val="15"/>
              </w:rPr>
              <w:t>3.3; 4.4; 4.5</w:t>
            </w:r>
          </w:p>
        </w:tc>
        <w:tc>
          <w:tcPr>
            <w:tcW w:w="1424" w:type="pct"/>
            <w:shd w:val="clear" w:color="auto" w:fill="F8FAFA"/>
            <w:tcMar>
              <w:top w:w="68" w:type="dxa"/>
              <w:left w:w="78" w:type="dxa"/>
              <w:bottom w:w="68" w:type="dxa"/>
              <w:right w:w="78" w:type="dxa"/>
            </w:tcMar>
          </w:tcPr>
          <w:p w14:paraId="221EB9C7" w14:textId="77777777" w:rsidR="00787B6C" w:rsidRPr="00E14EE9" w:rsidRDefault="00690563">
            <w:pPr>
              <w:rPr>
                <w:lang w:val="it-CH"/>
              </w:rPr>
            </w:pPr>
            <w:r w:rsidRPr="00E14EE9">
              <w:rPr>
                <w:color w:val="263238"/>
                <w:sz w:val="15"/>
                <w:lang w:val="it-CH"/>
              </w:rPr>
              <w:t>transformă o hartă sau un grafic într-o concluzie</w:t>
            </w:r>
          </w:p>
        </w:tc>
      </w:tr>
      <w:tr w:rsidR="00787B6C" w:rsidRPr="00E14EE9" w14:paraId="05F59C98" w14:textId="77777777" w:rsidTr="00690563">
        <w:trPr>
          <w:jc w:val="center"/>
        </w:trPr>
        <w:tc>
          <w:tcPr>
            <w:tcW w:w="2136" w:type="pct"/>
            <w:tcMar>
              <w:top w:w="68" w:type="dxa"/>
              <w:left w:w="78" w:type="dxa"/>
              <w:bottom w:w="68" w:type="dxa"/>
              <w:right w:w="78" w:type="dxa"/>
            </w:tcMar>
          </w:tcPr>
          <w:p w14:paraId="4E530C95" w14:textId="77777777" w:rsidR="00787B6C" w:rsidRDefault="00690563">
            <w:proofErr w:type="spellStart"/>
            <w:r>
              <w:rPr>
                <w:color w:val="263238"/>
                <w:sz w:val="15"/>
              </w:rPr>
              <w:t>relații</w:t>
            </w:r>
            <w:proofErr w:type="spellEnd"/>
            <w:r>
              <w:rPr>
                <w:color w:val="263238"/>
                <w:sz w:val="15"/>
              </w:rPr>
              <w:t xml:space="preserve"> </w:t>
            </w:r>
            <w:proofErr w:type="spellStart"/>
            <w:r>
              <w:rPr>
                <w:color w:val="263238"/>
                <w:sz w:val="15"/>
              </w:rPr>
              <w:t>spațiale</w:t>
            </w:r>
            <w:proofErr w:type="spellEnd"/>
          </w:p>
        </w:tc>
        <w:tc>
          <w:tcPr>
            <w:tcW w:w="1440" w:type="pct"/>
            <w:tcMar>
              <w:top w:w="68" w:type="dxa"/>
              <w:left w:w="78" w:type="dxa"/>
              <w:bottom w:w="68" w:type="dxa"/>
              <w:right w:w="78" w:type="dxa"/>
            </w:tcMar>
          </w:tcPr>
          <w:p w14:paraId="6316A145" w14:textId="77777777" w:rsidR="00787B6C" w:rsidRDefault="00690563">
            <w:r>
              <w:rPr>
                <w:color w:val="263238"/>
                <w:sz w:val="15"/>
              </w:rPr>
              <w:t>3.2–3.4</w:t>
            </w:r>
          </w:p>
        </w:tc>
        <w:tc>
          <w:tcPr>
            <w:tcW w:w="1424" w:type="pct"/>
            <w:tcMar>
              <w:top w:w="68" w:type="dxa"/>
              <w:left w:w="78" w:type="dxa"/>
              <w:bottom w:w="68" w:type="dxa"/>
              <w:right w:w="78" w:type="dxa"/>
            </w:tcMar>
          </w:tcPr>
          <w:p w14:paraId="7635B88B" w14:textId="77777777" w:rsidR="00787B6C" w:rsidRPr="00E14EE9" w:rsidRDefault="00690563">
            <w:pPr>
              <w:rPr>
                <w:lang w:val="it-CH"/>
              </w:rPr>
            </w:pPr>
            <w:r w:rsidRPr="00E14EE9">
              <w:rPr>
                <w:color w:val="263238"/>
                <w:sz w:val="15"/>
                <w:lang w:val="it-CH"/>
              </w:rPr>
              <w:t>explică de ce două teritorii diferă</w:t>
            </w:r>
          </w:p>
        </w:tc>
      </w:tr>
      <w:tr w:rsidR="00787B6C" w:rsidRPr="00E14EE9" w14:paraId="7D2D717F" w14:textId="77777777" w:rsidTr="00690563">
        <w:trPr>
          <w:jc w:val="center"/>
        </w:trPr>
        <w:tc>
          <w:tcPr>
            <w:tcW w:w="2136" w:type="pct"/>
            <w:shd w:val="clear" w:color="auto" w:fill="F8FAFA"/>
            <w:tcMar>
              <w:top w:w="68" w:type="dxa"/>
              <w:left w:w="78" w:type="dxa"/>
              <w:bottom w:w="68" w:type="dxa"/>
              <w:right w:w="78" w:type="dxa"/>
            </w:tcMar>
          </w:tcPr>
          <w:p w14:paraId="3A851C81" w14:textId="77777777" w:rsidR="00787B6C" w:rsidRDefault="00690563">
            <w:proofErr w:type="spellStart"/>
            <w:r>
              <w:rPr>
                <w:color w:val="263238"/>
                <w:sz w:val="15"/>
              </w:rPr>
              <w:t>Interdisciplinaritate</w:t>
            </w:r>
            <w:proofErr w:type="spellEnd"/>
          </w:p>
        </w:tc>
        <w:tc>
          <w:tcPr>
            <w:tcW w:w="1440" w:type="pct"/>
            <w:shd w:val="clear" w:color="auto" w:fill="F8FAFA"/>
            <w:tcMar>
              <w:top w:w="68" w:type="dxa"/>
              <w:left w:w="78" w:type="dxa"/>
              <w:bottom w:w="68" w:type="dxa"/>
              <w:right w:w="78" w:type="dxa"/>
            </w:tcMar>
          </w:tcPr>
          <w:p w14:paraId="1FA35DED" w14:textId="77777777" w:rsidR="00787B6C" w:rsidRDefault="00690563">
            <w:r>
              <w:rPr>
                <w:color w:val="263238"/>
                <w:sz w:val="15"/>
              </w:rPr>
              <w:t>4.1–4.3</w:t>
            </w:r>
          </w:p>
        </w:tc>
        <w:tc>
          <w:tcPr>
            <w:tcW w:w="1424" w:type="pct"/>
            <w:shd w:val="clear" w:color="auto" w:fill="F8FAFA"/>
            <w:tcMar>
              <w:top w:w="68" w:type="dxa"/>
              <w:left w:w="78" w:type="dxa"/>
              <w:bottom w:w="68" w:type="dxa"/>
              <w:right w:w="78" w:type="dxa"/>
            </w:tcMar>
          </w:tcPr>
          <w:p w14:paraId="59571780" w14:textId="77777777" w:rsidR="00787B6C" w:rsidRPr="00E14EE9" w:rsidRDefault="00690563">
            <w:pPr>
              <w:rPr>
                <w:lang w:val="it-CH"/>
              </w:rPr>
            </w:pPr>
            <w:r w:rsidRPr="00E14EE9">
              <w:rPr>
                <w:color w:val="263238"/>
                <w:sz w:val="15"/>
                <w:lang w:val="it-CH"/>
              </w:rPr>
              <w:t>folosește o idee din fizică/biologie/istorie pentru o explicație geografică</w:t>
            </w:r>
          </w:p>
        </w:tc>
      </w:tr>
      <w:tr w:rsidR="00787B6C" w:rsidRPr="00E14EE9" w14:paraId="26BFD45C" w14:textId="77777777" w:rsidTr="00690563">
        <w:trPr>
          <w:jc w:val="center"/>
        </w:trPr>
        <w:tc>
          <w:tcPr>
            <w:tcW w:w="2136" w:type="pct"/>
            <w:tcMar>
              <w:top w:w="68" w:type="dxa"/>
              <w:left w:w="78" w:type="dxa"/>
              <w:bottom w:w="68" w:type="dxa"/>
              <w:right w:w="78" w:type="dxa"/>
            </w:tcMar>
          </w:tcPr>
          <w:p w14:paraId="536819D5" w14:textId="77777777" w:rsidR="00787B6C" w:rsidRDefault="00690563">
            <w:proofErr w:type="spellStart"/>
            <w:r>
              <w:rPr>
                <w:color w:val="263238"/>
                <w:sz w:val="15"/>
              </w:rPr>
              <w:t>mediu</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viață</w:t>
            </w:r>
            <w:proofErr w:type="spellEnd"/>
            <w:r>
              <w:rPr>
                <w:color w:val="263238"/>
                <w:sz w:val="15"/>
              </w:rPr>
              <w:t xml:space="preserve"> </w:t>
            </w:r>
            <w:proofErr w:type="spellStart"/>
            <w:r>
              <w:rPr>
                <w:color w:val="263238"/>
                <w:sz w:val="15"/>
              </w:rPr>
              <w:t>cotidiană</w:t>
            </w:r>
            <w:proofErr w:type="spellEnd"/>
          </w:p>
        </w:tc>
        <w:tc>
          <w:tcPr>
            <w:tcW w:w="1440" w:type="pct"/>
            <w:tcMar>
              <w:top w:w="68" w:type="dxa"/>
              <w:left w:w="78" w:type="dxa"/>
              <w:bottom w:w="68" w:type="dxa"/>
              <w:right w:w="78" w:type="dxa"/>
            </w:tcMar>
          </w:tcPr>
          <w:p w14:paraId="5BB3F497" w14:textId="77777777" w:rsidR="00787B6C" w:rsidRDefault="00690563">
            <w:r>
              <w:rPr>
                <w:color w:val="263238"/>
                <w:sz w:val="15"/>
              </w:rPr>
              <w:t>5.2–5.5</w:t>
            </w:r>
          </w:p>
        </w:tc>
        <w:tc>
          <w:tcPr>
            <w:tcW w:w="1424" w:type="pct"/>
            <w:tcMar>
              <w:top w:w="68" w:type="dxa"/>
              <w:left w:w="78" w:type="dxa"/>
              <w:bottom w:w="68" w:type="dxa"/>
              <w:right w:w="78" w:type="dxa"/>
            </w:tcMar>
          </w:tcPr>
          <w:p w14:paraId="21BB3A7F" w14:textId="77777777" w:rsidR="00787B6C" w:rsidRPr="00E14EE9" w:rsidRDefault="00690563">
            <w:pPr>
              <w:rPr>
                <w:lang w:val="it-CH"/>
              </w:rPr>
            </w:pPr>
            <w:r w:rsidRPr="00E14EE9">
              <w:rPr>
                <w:color w:val="263238"/>
                <w:sz w:val="15"/>
                <w:lang w:val="it-CH"/>
              </w:rPr>
              <w:t>propune o măsură realistă pentru un caz local</w:t>
            </w:r>
          </w:p>
        </w:tc>
      </w:tr>
    </w:tbl>
    <w:p w14:paraId="28428612" w14:textId="77777777" w:rsidR="00690563" w:rsidRPr="00E14EE9" w:rsidRDefault="00690563">
      <w:pPr>
        <w:rPr>
          <w:lang w:val="it-CH"/>
        </w:rPr>
      </w:pPr>
    </w:p>
    <w:tbl>
      <w:tblPr>
        <w:tblW w:w="5000" w:type="pct"/>
        <w:jc w:val="center"/>
        <w:tblLook w:val="04A0" w:firstRow="1" w:lastRow="0" w:firstColumn="1" w:lastColumn="0" w:noHBand="0" w:noVBand="1"/>
      </w:tblPr>
      <w:tblGrid>
        <w:gridCol w:w="4458"/>
        <w:gridCol w:w="6203"/>
      </w:tblGrid>
      <w:tr w:rsidR="00690563" w:rsidRPr="00E14EE9" w14:paraId="7D510E14" w14:textId="77777777" w:rsidTr="00690563">
        <w:trPr>
          <w:jc w:val="center"/>
        </w:trPr>
        <w:tc>
          <w:tcPr>
            <w:tcW w:w="2091" w:type="pct"/>
            <w:shd w:val="clear" w:color="auto" w:fill="2B6478"/>
            <w:tcMar>
              <w:top w:w="105" w:type="dxa"/>
              <w:left w:w="105" w:type="dxa"/>
              <w:bottom w:w="105" w:type="dxa"/>
              <w:right w:w="105" w:type="dxa"/>
            </w:tcMar>
          </w:tcPr>
          <w:p w14:paraId="1B1E204E" w14:textId="77777777" w:rsidR="00690563" w:rsidRDefault="00690563" w:rsidP="00690563">
            <w:pPr>
              <w:jc w:val="center"/>
            </w:pPr>
            <w:r>
              <w:rPr>
                <w:b/>
                <w:color w:val="FFFFFF"/>
                <w:sz w:val="15"/>
              </w:rPr>
              <w:t>ANCORĂ DIN GIMNAZIU</w:t>
            </w:r>
          </w:p>
        </w:tc>
        <w:tc>
          <w:tcPr>
            <w:tcW w:w="2909" w:type="pct"/>
            <w:shd w:val="clear" w:color="auto" w:fill="EEF4F6"/>
            <w:tcMar>
              <w:top w:w="105" w:type="dxa"/>
              <w:left w:w="130" w:type="dxa"/>
              <w:bottom w:w="105" w:type="dxa"/>
              <w:right w:w="130" w:type="dxa"/>
            </w:tcMar>
          </w:tcPr>
          <w:p w14:paraId="6DCA19EA" w14:textId="6B52A2D9" w:rsidR="00690563" w:rsidRPr="00E14EE9" w:rsidRDefault="00690563" w:rsidP="00690563">
            <w:pPr>
              <w:rPr>
                <w:lang w:val="it-CH"/>
              </w:rPr>
            </w:pPr>
            <w:r w:rsidRPr="00E14EE9">
              <w:rPr>
                <w:color w:val="263238"/>
                <w:sz w:val="17"/>
                <w:lang w:val="it-CH"/>
              </w:rPr>
              <w:t>Standardele descriu repere de performanță. Profesorul trebuie să observe ce este disponibil în mod real la începutul clasei a IX-a și să decidă ce actualizează, ce consolidează și ce poate aprofunda.</w:t>
            </w:r>
          </w:p>
        </w:tc>
      </w:tr>
    </w:tbl>
    <w:p w14:paraId="29962102"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351"/>
        <w:gridCol w:w="6330"/>
      </w:tblGrid>
      <w:tr w:rsidR="00787B6C" w:rsidRPr="00E14EE9" w14:paraId="22F81010" w14:textId="77777777" w:rsidTr="00690563">
        <w:trPr>
          <w:jc w:val="center"/>
        </w:trPr>
        <w:tc>
          <w:tcPr>
            <w:tcW w:w="2037" w:type="pct"/>
            <w:shd w:val="clear" w:color="auto" w:fill="2B6478"/>
            <w:tcMar>
              <w:top w:w="145" w:type="dxa"/>
              <w:left w:w="110" w:type="dxa"/>
              <w:bottom w:w="145" w:type="dxa"/>
              <w:right w:w="110" w:type="dxa"/>
            </w:tcMar>
          </w:tcPr>
          <w:p w14:paraId="7F7D1A6C" w14:textId="77777777" w:rsidR="00787B6C" w:rsidRDefault="00690563">
            <w:pPr>
              <w:jc w:val="center"/>
            </w:pPr>
            <w:r>
              <w:rPr>
                <w:b/>
                <w:color w:val="FFFFFF"/>
                <w:sz w:val="30"/>
              </w:rPr>
              <w:lastRenderedPageBreak/>
              <w:t>05</w:t>
            </w:r>
          </w:p>
        </w:tc>
        <w:tc>
          <w:tcPr>
            <w:tcW w:w="2963" w:type="pct"/>
            <w:shd w:val="clear" w:color="auto" w:fill="17324D"/>
            <w:tcMar>
              <w:top w:w="120" w:type="dxa"/>
              <w:left w:w="145" w:type="dxa"/>
              <w:bottom w:w="120" w:type="dxa"/>
              <w:right w:w="145" w:type="dxa"/>
            </w:tcMar>
          </w:tcPr>
          <w:p w14:paraId="7D6B931F" w14:textId="4A6633E6" w:rsidR="00787B6C" w:rsidRPr="00E14EE9" w:rsidRDefault="00690563">
            <w:pPr>
              <w:rPr>
                <w:lang w:val="it-CH"/>
              </w:rPr>
            </w:pPr>
            <w:r w:rsidRPr="00E14EE9">
              <w:rPr>
                <w:b/>
                <w:color w:val="FFFFFF"/>
                <w:sz w:val="25"/>
                <w:lang w:val="it-CH"/>
              </w:rPr>
              <w:t>STANDARDELE CLASEI A VIII-A ȘI DIAGNOZA</w:t>
            </w:r>
            <w:r w:rsidRPr="00E14EE9">
              <w:rPr>
                <w:lang w:val="it-CH"/>
              </w:rPr>
              <w:br/>
            </w:r>
            <w:r w:rsidRPr="00E14EE9">
              <w:rPr>
                <w:color w:val="DFE8EA"/>
                <w:sz w:val="16"/>
                <w:lang w:val="it-CH"/>
              </w:rPr>
              <w:t>De bază – Consolidat – Avansat</w:t>
            </w:r>
          </w:p>
        </w:tc>
      </w:tr>
    </w:tbl>
    <w:p w14:paraId="218CFCC6"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322"/>
        <w:gridCol w:w="3385"/>
        <w:gridCol w:w="2883"/>
      </w:tblGrid>
      <w:tr w:rsidR="00690563" w14:paraId="2FD6460D" w14:textId="77777777" w:rsidTr="00690563">
        <w:trPr>
          <w:jc w:val="center"/>
        </w:trPr>
        <w:tc>
          <w:tcPr>
            <w:tcW w:w="2041" w:type="pct"/>
            <w:shd w:val="clear" w:color="auto" w:fill="B58A45"/>
            <w:tcMar>
              <w:top w:w="76" w:type="dxa"/>
              <w:left w:w="82" w:type="dxa"/>
              <w:bottom w:w="76" w:type="dxa"/>
              <w:right w:w="82" w:type="dxa"/>
            </w:tcMar>
          </w:tcPr>
          <w:p w14:paraId="38C9EBEE" w14:textId="77777777" w:rsidR="00690563" w:rsidRDefault="00690563" w:rsidP="00690563">
            <w:pPr>
              <w:jc w:val="center"/>
            </w:pPr>
            <w:r>
              <w:rPr>
                <w:b/>
                <w:color w:val="FFFFFF"/>
                <w:sz w:val="14"/>
              </w:rPr>
              <w:t>NIVEL</w:t>
            </w:r>
          </w:p>
        </w:tc>
        <w:tc>
          <w:tcPr>
            <w:tcW w:w="1598" w:type="pct"/>
            <w:shd w:val="clear" w:color="auto" w:fill="2B6478"/>
            <w:tcMar>
              <w:top w:w="76" w:type="dxa"/>
              <w:left w:w="82" w:type="dxa"/>
              <w:bottom w:w="76" w:type="dxa"/>
              <w:right w:w="82" w:type="dxa"/>
            </w:tcMar>
          </w:tcPr>
          <w:p w14:paraId="356CE58C" w14:textId="77777777" w:rsidR="00690563" w:rsidRDefault="00690563" w:rsidP="00690563">
            <w:pPr>
              <w:jc w:val="center"/>
            </w:pPr>
            <w:r>
              <w:rPr>
                <w:b/>
                <w:color w:val="FFFFFF"/>
                <w:sz w:val="14"/>
              </w:rPr>
              <w:t>CUM ÎL CITESC PEDAGOGIC</w:t>
            </w:r>
          </w:p>
        </w:tc>
        <w:tc>
          <w:tcPr>
            <w:tcW w:w="1361" w:type="pct"/>
            <w:shd w:val="clear" w:color="auto" w:fill="17324D"/>
            <w:tcMar>
              <w:top w:w="76" w:type="dxa"/>
              <w:left w:w="82" w:type="dxa"/>
              <w:bottom w:w="76" w:type="dxa"/>
              <w:right w:w="82" w:type="dxa"/>
            </w:tcMar>
          </w:tcPr>
          <w:p w14:paraId="2DAF0EC4" w14:textId="77777777" w:rsidR="00690563" w:rsidRDefault="00690563" w:rsidP="00690563">
            <w:pPr>
              <w:jc w:val="center"/>
            </w:pPr>
            <w:r>
              <w:rPr>
                <w:b/>
                <w:color w:val="FFFFFF"/>
                <w:sz w:val="14"/>
              </w:rPr>
              <w:t>CE POT AJUSTA</w:t>
            </w:r>
          </w:p>
        </w:tc>
      </w:tr>
      <w:tr w:rsidR="00690563" w14:paraId="3B934F66" w14:textId="77777777" w:rsidTr="00690563">
        <w:trPr>
          <w:jc w:val="center"/>
        </w:trPr>
        <w:tc>
          <w:tcPr>
            <w:tcW w:w="2041" w:type="pct"/>
            <w:shd w:val="clear" w:color="auto" w:fill="F8FAFA"/>
            <w:tcMar>
              <w:top w:w="68" w:type="dxa"/>
              <w:left w:w="78" w:type="dxa"/>
              <w:bottom w:w="68" w:type="dxa"/>
              <w:right w:w="78" w:type="dxa"/>
            </w:tcMar>
          </w:tcPr>
          <w:p w14:paraId="4A4A3A30" w14:textId="77777777" w:rsidR="00690563" w:rsidRDefault="00690563" w:rsidP="00690563">
            <w:r>
              <w:rPr>
                <w:color w:val="263238"/>
                <w:sz w:val="16"/>
              </w:rPr>
              <w:t xml:space="preserve">De </w:t>
            </w:r>
            <w:proofErr w:type="spellStart"/>
            <w:r>
              <w:rPr>
                <w:color w:val="263238"/>
                <w:sz w:val="16"/>
              </w:rPr>
              <w:t>bază</w:t>
            </w:r>
            <w:proofErr w:type="spellEnd"/>
          </w:p>
        </w:tc>
        <w:tc>
          <w:tcPr>
            <w:tcW w:w="1598" w:type="pct"/>
            <w:shd w:val="clear" w:color="auto" w:fill="F8FAFA"/>
            <w:tcMar>
              <w:top w:w="68" w:type="dxa"/>
              <w:left w:w="78" w:type="dxa"/>
              <w:bottom w:w="68" w:type="dxa"/>
              <w:right w:w="78" w:type="dxa"/>
            </w:tcMar>
          </w:tcPr>
          <w:p w14:paraId="1CA718A2" w14:textId="77777777" w:rsidR="00690563" w:rsidRPr="00E14EE9" w:rsidRDefault="00690563" w:rsidP="00690563">
            <w:pPr>
              <w:rPr>
                <w:lang w:val="it-CH"/>
              </w:rPr>
            </w:pPr>
            <w:r w:rsidRPr="00E14EE9">
              <w:rPr>
                <w:color w:val="263238"/>
                <w:sz w:val="16"/>
                <w:lang w:val="it-CH"/>
              </w:rPr>
              <w:t>elevul reușește cu suport familiar și sarcină mai structurată</w:t>
            </w:r>
          </w:p>
        </w:tc>
        <w:tc>
          <w:tcPr>
            <w:tcW w:w="1361" w:type="pct"/>
            <w:shd w:val="clear" w:color="auto" w:fill="F8FAFA"/>
            <w:tcMar>
              <w:top w:w="68" w:type="dxa"/>
              <w:left w:w="78" w:type="dxa"/>
              <w:bottom w:w="68" w:type="dxa"/>
              <w:right w:w="78" w:type="dxa"/>
            </w:tcMar>
          </w:tcPr>
          <w:p w14:paraId="5168C67B" w14:textId="77777777" w:rsidR="00690563" w:rsidRDefault="00690563" w:rsidP="00690563">
            <w:proofErr w:type="spellStart"/>
            <w:r>
              <w:rPr>
                <w:color w:val="263238"/>
                <w:sz w:val="16"/>
              </w:rPr>
              <w:t>ofer</w:t>
            </w:r>
            <w:proofErr w:type="spellEnd"/>
            <w:r>
              <w:rPr>
                <w:color w:val="263238"/>
                <w:sz w:val="16"/>
              </w:rPr>
              <w:t xml:space="preserve"> </w:t>
            </w:r>
            <w:proofErr w:type="spellStart"/>
            <w:r>
              <w:rPr>
                <w:color w:val="263238"/>
                <w:sz w:val="16"/>
              </w:rPr>
              <w:t>hartă</w:t>
            </w:r>
            <w:proofErr w:type="spellEnd"/>
            <w:r>
              <w:rPr>
                <w:color w:val="263238"/>
                <w:sz w:val="16"/>
              </w:rPr>
              <w:t xml:space="preserve"> </w:t>
            </w:r>
            <w:proofErr w:type="spellStart"/>
            <w:r>
              <w:rPr>
                <w:color w:val="263238"/>
                <w:sz w:val="16"/>
              </w:rPr>
              <w:t>simplă</w:t>
            </w:r>
            <w:proofErr w:type="spellEnd"/>
            <w:r>
              <w:rPr>
                <w:color w:val="263238"/>
                <w:sz w:val="16"/>
              </w:rPr>
              <w:t xml:space="preserve">, </w:t>
            </w:r>
            <w:proofErr w:type="spellStart"/>
            <w:r>
              <w:rPr>
                <w:color w:val="263238"/>
                <w:sz w:val="16"/>
              </w:rPr>
              <w:t>algoritm</w:t>
            </w:r>
            <w:proofErr w:type="spellEnd"/>
            <w:r>
              <w:rPr>
                <w:color w:val="263238"/>
                <w:sz w:val="16"/>
              </w:rPr>
              <w:t xml:space="preserve">, </w:t>
            </w:r>
            <w:proofErr w:type="spellStart"/>
            <w:r>
              <w:rPr>
                <w:color w:val="263238"/>
                <w:sz w:val="16"/>
              </w:rPr>
              <w:t>repere</w:t>
            </w:r>
            <w:proofErr w:type="spellEnd"/>
            <w:r>
              <w:rPr>
                <w:color w:val="263238"/>
                <w:sz w:val="16"/>
              </w:rPr>
              <w:t xml:space="preserve"> </w:t>
            </w:r>
            <w:proofErr w:type="spellStart"/>
            <w:r>
              <w:rPr>
                <w:color w:val="263238"/>
                <w:sz w:val="16"/>
              </w:rPr>
              <w:t>și</w:t>
            </w:r>
            <w:proofErr w:type="spellEnd"/>
            <w:r>
              <w:rPr>
                <w:color w:val="263238"/>
                <w:sz w:val="16"/>
              </w:rPr>
              <w:t xml:space="preserve"> </w:t>
            </w:r>
            <w:proofErr w:type="spellStart"/>
            <w:r>
              <w:rPr>
                <w:color w:val="263238"/>
                <w:sz w:val="16"/>
              </w:rPr>
              <w:t>criterii</w:t>
            </w:r>
            <w:proofErr w:type="spellEnd"/>
            <w:r>
              <w:rPr>
                <w:color w:val="263238"/>
                <w:sz w:val="16"/>
              </w:rPr>
              <w:t xml:space="preserve"> </w:t>
            </w:r>
            <w:proofErr w:type="spellStart"/>
            <w:r>
              <w:rPr>
                <w:color w:val="263238"/>
                <w:sz w:val="16"/>
              </w:rPr>
              <w:t>explicite</w:t>
            </w:r>
            <w:proofErr w:type="spellEnd"/>
          </w:p>
        </w:tc>
      </w:tr>
      <w:tr w:rsidR="00690563" w14:paraId="3ACB0A9A" w14:textId="77777777" w:rsidTr="00690563">
        <w:trPr>
          <w:jc w:val="center"/>
        </w:trPr>
        <w:tc>
          <w:tcPr>
            <w:tcW w:w="2041" w:type="pct"/>
            <w:tcMar>
              <w:top w:w="68" w:type="dxa"/>
              <w:left w:w="78" w:type="dxa"/>
              <w:bottom w:w="68" w:type="dxa"/>
              <w:right w:w="78" w:type="dxa"/>
            </w:tcMar>
          </w:tcPr>
          <w:p w14:paraId="1D59D96B" w14:textId="77777777" w:rsidR="00690563" w:rsidRDefault="00690563" w:rsidP="00690563">
            <w:proofErr w:type="spellStart"/>
            <w:r>
              <w:rPr>
                <w:color w:val="263238"/>
                <w:sz w:val="16"/>
              </w:rPr>
              <w:t>Consolidat</w:t>
            </w:r>
            <w:proofErr w:type="spellEnd"/>
          </w:p>
        </w:tc>
        <w:tc>
          <w:tcPr>
            <w:tcW w:w="1598" w:type="pct"/>
            <w:tcMar>
              <w:top w:w="68" w:type="dxa"/>
              <w:left w:w="78" w:type="dxa"/>
              <w:bottom w:w="68" w:type="dxa"/>
              <w:right w:w="78" w:type="dxa"/>
            </w:tcMar>
          </w:tcPr>
          <w:p w14:paraId="1AF69DCA" w14:textId="77777777" w:rsidR="00690563" w:rsidRPr="00E14EE9" w:rsidRDefault="00690563" w:rsidP="00690563">
            <w:pPr>
              <w:rPr>
                <w:lang w:val="it-CH"/>
              </w:rPr>
            </w:pPr>
            <w:r w:rsidRPr="00E14EE9">
              <w:rPr>
                <w:color w:val="263238"/>
                <w:sz w:val="16"/>
                <w:lang w:val="it-CH"/>
              </w:rPr>
              <w:t>lucrează autonom în contexte cunoscute și combină surse/elemente</w:t>
            </w:r>
          </w:p>
        </w:tc>
        <w:tc>
          <w:tcPr>
            <w:tcW w:w="1361" w:type="pct"/>
            <w:tcMar>
              <w:top w:w="68" w:type="dxa"/>
              <w:left w:w="78" w:type="dxa"/>
              <w:bottom w:w="68" w:type="dxa"/>
              <w:right w:w="78" w:type="dxa"/>
            </w:tcMar>
          </w:tcPr>
          <w:p w14:paraId="020FFF8A" w14:textId="77777777" w:rsidR="00690563" w:rsidRDefault="00690563" w:rsidP="00690563">
            <w:proofErr w:type="spellStart"/>
            <w:r>
              <w:rPr>
                <w:color w:val="263238"/>
                <w:sz w:val="16"/>
              </w:rPr>
              <w:t>retrag</w:t>
            </w:r>
            <w:proofErr w:type="spellEnd"/>
            <w:r>
              <w:rPr>
                <w:color w:val="263238"/>
                <w:sz w:val="16"/>
              </w:rPr>
              <w:t xml:space="preserve"> </w:t>
            </w:r>
            <w:proofErr w:type="spellStart"/>
            <w:r>
              <w:rPr>
                <w:color w:val="263238"/>
                <w:sz w:val="16"/>
              </w:rPr>
              <w:t>sprijinul</w:t>
            </w:r>
            <w:proofErr w:type="spellEnd"/>
            <w:r>
              <w:rPr>
                <w:color w:val="263238"/>
                <w:sz w:val="16"/>
              </w:rPr>
              <w:t xml:space="preserve">, </w:t>
            </w:r>
            <w:proofErr w:type="spellStart"/>
            <w:r>
              <w:rPr>
                <w:color w:val="263238"/>
                <w:sz w:val="16"/>
              </w:rPr>
              <w:t>introduc</w:t>
            </w:r>
            <w:proofErr w:type="spellEnd"/>
            <w:r>
              <w:rPr>
                <w:color w:val="263238"/>
                <w:sz w:val="16"/>
              </w:rPr>
              <w:t xml:space="preserve"> </w:t>
            </w:r>
            <w:proofErr w:type="spellStart"/>
            <w:r>
              <w:rPr>
                <w:color w:val="263238"/>
                <w:sz w:val="16"/>
              </w:rPr>
              <w:t>comparații</w:t>
            </w:r>
            <w:proofErr w:type="spellEnd"/>
            <w:r>
              <w:rPr>
                <w:color w:val="263238"/>
                <w:sz w:val="16"/>
              </w:rPr>
              <w:t xml:space="preserve"> </w:t>
            </w:r>
            <w:proofErr w:type="spellStart"/>
            <w:r>
              <w:rPr>
                <w:color w:val="263238"/>
                <w:sz w:val="16"/>
              </w:rPr>
              <w:t>și</w:t>
            </w:r>
            <w:proofErr w:type="spellEnd"/>
            <w:r>
              <w:rPr>
                <w:color w:val="263238"/>
                <w:sz w:val="16"/>
              </w:rPr>
              <w:t xml:space="preserve"> </w:t>
            </w:r>
            <w:proofErr w:type="spellStart"/>
            <w:r>
              <w:rPr>
                <w:color w:val="263238"/>
                <w:sz w:val="16"/>
              </w:rPr>
              <w:t>justificări</w:t>
            </w:r>
            <w:proofErr w:type="spellEnd"/>
          </w:p>
        </w:tc>
      </w:tr>
      <w:tr w:rsidR="00690563" w:rsidRPr="00E14EE9" w14:paraId="21222003" w14:textId="77777777" w:rsidTr="00690563">
        <w:trPr>
          <w:jc w:val="center"/>
        </w:trPr>
        <w:tc>
          <w:tcPr>
            <w:tcW w:w="2041" w:type="pct"/>
            <w:shd w:val="clear" w:color="auto" w:fill="F8FAFA"/>
            <w:tcMar>
              <w:top w:w="68" w:type="dxa"/>
              <w:left w:w="78" w:type="dxa"/>
              <w:bottom w:w="68" w:type="dxa"/>
              <w:right w:w="78" w:type="dxa"/>
            </w:tcMar>
          </w:tcPr>
          <w:p w14:paraId="1A629C01" w14:textId="77777777" w:rsidR="00690563" w:rsidRDefault="00690563" w:rsidP="00690563">
            <w:proofErr w:type="spellStart"/>
            <w:r>
              <w:rPr>
                <w:color w:val="263238"/>
                <w:sz w:val="16"/>
              </w:rPr>
              <w:t>Avansat</w:t>
            </w:r>
            <w:proofErr w:type="spellEnd"/>
          </w:p>
        </w:tc>
        <w:tc>
          <w:tcPr>
            <w:tcW w:w="1598" w:type="pct"/>
            <w:shd w:val="clear" w:color="auto" w:fill="F8FAFA"/>
            <w:tcMar>
              <w:top w:w="68" w:type="dxa"/>
              <w:left w:w="78" w:type="dxa"/>
              <w:bottom w:w="68" w:type="dxa"/>
              <w:right w:w="78" w:type="dxa"/>
            </w:tcMar>
          </w:tcPr>
          <w:p w14:paraId="5407859D" w14:textId="77777777" w:rsidR="00690563" w:rsidRPr="00E14EE9" w:rsidRDefault="00690563" w:rsidP="00690563">
            <w:pPr>
              <w:rPr>
                <w:lang w:val="it-CH"/>
              </w:rPr>
            </w:pPr>
            <w:r w:rsidRPr="00E14EE9">
              <w:rPr>
                <w:color w:val="263238"/>
                <w:sz w:val="16"/>
                <w:lang w:val="it-CH"/>
              </w:rPr>
              <w:t>transferă în contexte noi, compară reprezentări și integrează mai multe criterii</w:t>
            </w:r>
          </w:p>
        </w:tc>
        <w:tc>
          <w:tcPr>
            <w:tcW w:w="1361" w:type="pct"/>
            <w:shd w:val="clear" w:color="auto" w:fill="F8FAFA"/>
            <w:tcMar>
              <w:top w:w="68" w:type="dxa"/>
              <w:left w:w="78" w:type="dxa"/>
              <w:bottom w:w="68" w:type="dxa"/>
              <w:right w:w="78" w:type="dxa"/>
            </w:tcMar>
          </w:tcPr>
          <w:p w14:paraId="3F9DBB2A" w14:textId="77777777" w:rsidR="00690563" w:rsidRPr="00E14EE9" w:rsidRDefault="00690563" w:rsidP="00690563">
            <w:pPr>
              <w:rPr>
                <w:lang w:val="it-CH"/>
              </w:rPr>
            </w:pPr>
            <w:r w:rsidRPr="00E14EE9">
              <w:rPr>
                <w:color w:val="263238"/>
                <w:sz w:val="16"/>
                <w:lang w:val="it-CH"/>
              </w:rPr>
              <w:t>deschid problema, schimb scara, cer surse multiple și argumentare</w:t>
            </w:r>
          </w:p>
        </w:tc>
      </w:tr>
    </w:tbl>
    <w:p w14:paraId="3532E031" w14:textId="77777777" w:rsidR="00690563" w:rsidRPr="00E14EE9" w:rsidRDefault="00690563">
      <w:pPr>
        <w:rPr>
          <w:lang w:val="it-CH"/>
        </w:rPr>
      </w:pPr>
    </w:p>
    <w:tbl>
      <w:tblPr>
        <w:tblW w:w="5000" w:type="pct"/>
        <w:jc w:val="center"/>
        <w:tblLook w:val="04A0" w:firstRow="1" w:lastRow="0" w:firstColumn="1" w:lastColumn="0" w:noHBand="0" w:noVBand="1"/>
      </w:tblPr>
      <w:tblGrid>
        <w:gridCol w:w="4352"/>
        <w:gridCol w:w="6309"/>
      </w:tblGrid>
      <w:tr w:rsidR="00690563" w:rsidRPr="00E14EE9" w14:paraId="68C289DA" w14:textId="77777777" w:rsidTr="00690563">
        <w:trPr>
          <w:jc w:val="center"/>
        </w:trPr>
        <w:tc>
          <w:tcPr>
            <w:tcW w:w="2037" w:type="pct"/>
            <w:shd w:val="clear" w:color="auto" w:fill="66757F"/>
            <w:tcMar>
              <w:top w:w="105" w:type="dxa"/>
              <w:left w:w="105" w:type="dxa"/>
              <w:bottom w:w="105" w:type="dxa"/>
              <w:right w:w="105" w:type="dxa"/>
            </w:tcMar>
          </w:tcPr>
          <w:p w14:paraId="7BCF8E1D" w14:textId="4FF7FB9F" w:rsidR="00690563" w:rsidRDefault="00690563" w:rsidP="00690563">
            <w:pPr>
              <w:jc w:val="center"/>
            </w:pPr>
            <w:r>
              <w:rPr>
                <w:b/>
                <w:color w:val="FFFFFF"/>
                <w:sz w:val="15"/>
              </w:rPr>
              <w:t xml:space="preserve">DE APROFUNDAT </w:t>
            </w:r>
            <w:r w:rsidR="00D3393B">
              <w:rPr>
                <w:b/>
                <w:color w:val="FFFFFF"/>
                <w:sz w:val="15"/>
              </w:rPr>
              <w:t>DI</w:t>
            </w:r>
            <w:r>
              <w:rPr>
                <w:b/>
                <w:color w:val="FFFFFF"/>
                <w:sz w:val="15"/>
              </w:rPr>
              <w:t>N REPERELE 2021</w:t>
            </w:r>
          </w:p>
        </w:tc>
        <w:tc>
          <w:tcPr>
            <w:tcW w:w="2954" w:type="pct"/>
            <w:shd w:val="clear" w:color="auto" w:fill="F8FAFA"/>
            <w:tcMar>
              <w:top w:w="105" w:type="dxa"/>
              <w:left w:w="130" w:type="dxa"/>
              <w:bottom w:w="105" w:type="dxa"/>
              <w:right w:w="130" w:type="dxa"/>
            </w:tcMar>
          </w:tcPr>
          <w:p w14:paraId="648BF854" w14:textId="3D1F239C" w:rsidR="00690563" w:rsidRPr="00E14EE9" w:rsidRDefault="00690563" w:rsidP="00690563">
            <w:pPr>
              <w:rPr>
                <w:lang w:val="it-CH"/>
              </w:rPr>
            </w:pPr>
            <w:r w:rsidRPr="00E14EE9">
              <w:rPr>
                <w:color w:val="263238"/>
                <w:sz w:val="17"/>
                <w:lang w:val="it-CH"/>
              </w:rPr>
              <w:t>Analiza comparativă gimnaziu–liceu și exemplele de activități rămân utile pentru logica verticalității. În prezent, ele trebuie recitite în raport cu programa 2025 și standardele naționale 2026.</w:t>
            </w:r>
          </w:p>
        </w:tc>
      </w:tr>
    </w:tbl>
    <w:p w14:paraId="0A2F5A26"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178"/>
        <w:gridCol w:w="6503"/>
      </w:tblGrid>
      <w:tr w:rsidR="00787B6C" w:rsidRPr="00E14EE9" w14:paraId="3173115F" w14:textId="77777777" w:rsidTr="00E14EE9">
        <w:trPr>
          <w:jc w:val="center"/>
        </w:trPr>
        <w:tc>
          <w:tcPr>
            <w:tcW w:w="1956" w:type="pct"/>
            <w:shd w:val="clear" w:color="auto" w:fill="2B6478"/>
            <w:tcMar>
              <w:top w:w="145" w:type="dxa"/>
              <w:left w:w="110" w:type="dxa"/>
              <w:bottom w:w="145" w:type="dxa"/>
              <w:right w:w="110" w:type="dxa"/>
            </w:tcMar>
          </w:tcPr>
          <w:p w14:paraId="55A21123" w14:textId="77777777" w:rsidR="00787B6C" w:rsidRDefault="00690563">
            <w:pPr>
              <w:jc w:val="center"/>
            </w:pPr>
            <w:r>
              <w:rPr>
                <w:b/>
                <w:color w:val="FFFFFF"/>
                <w:sz w:val="30"/>
              </w:rPr>
              <w:lastRenderedPageBreak/>
              <w:t>06</w:t>
            </w:r>
          </w:p>
        </w:tc>
        <w:tc>
          <w:tcPr>
            <w:tcW w:w="3044" w:type="pct"/>
            <w:shd w:val="clear" w:color="auto" w:fill="17324D"/>
            <w:tcMar>
              <w:top w:w="120" w:type="dxa"/>
              <w:left w:w="145" w:type="dxa"/>
              <w:bottom w:w="120" w:type="dxa"/>
              <w:right w:w="145" w:type="dxa"/>
            </w:tcMar>
          </w:tcPr>
          <w:p w14:paraId="4578416F" w14:textId="77777777" w:rsidR="00787B6C" w:rsidRPr="00E14EE9" w:rsidRDefault="00690563">
            <w:pPr>
              <w:rPr>
                <w:lang w:val="it-CH"/>
              </w:rPr>
            </w:pPr>
            <w:r w:rsidRPr="00E14EE9">
              <w:rPr>
                <w:b/>
                <w:color w:val="FFFFFF"/>
                <w:sz w:val="25"/>
                <w:lang w:val="it-CH"/>
              </w:rPr>
              <w:t>O ORĂ PE SĂPTĂMÂNĂ: CE ESTE REALIST?</w:t>
            </w:r>
            <w:r w:rsidRPr="00E14EE9">
              <w:rPr>
                <w:lang w:val="it-CH"/>
              </w:rPr>
              <w:br/>
            </w:r>
            <w:r w:rsidRPr="00E14EE9">
              <w:rPr>
                <w:color w:val="DFE8EA"/>
                <w:sz w:val="16"/>
                <w:lang w:val="it-CH"/>
              </w:rPr>
              <w:t>Nu încape o enciclopedie. Încape însă un traseu coerent, dacă fiecare sarcină are mai multe funcții.</w:t>
            </w:r>
          </w:p>
        </w:tc>
      </w:tr>
    </w:tbl>
    <w:p w14:paraId="266E3F62"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3681"/>
        <w:gridCol w:w="3895"/>
        <w:gridCol w:w="3014"/>
      </w:tblGrid>
      <w:tr w:rsidR="00690563" w14:paraId="0665EA9F" w14:textId="77777777" w:rsidTr="00E14EE9">
        <w:trPr>
          <w:trHeight w:val="263"/>
          <w:jc w:val="center"/>
        </w:trPr>
        <w:tc>
          <w:tcPr>
            <w:tcW w:w="1738" w:type="pct"/>
            <w:shd w:val="clear" w:color="auto" w:fill="17324D"/>
            <w:tcMar>
              <w:top w:w="76" w:type="dxa"/>
              <w:left w:w="82" w:type="dxa"/>
              <w:bottom w:w="76" w:type="dxa"/>
              <w:right w:w="82" w:type="dxa"/>
            </w:tcMar>
          </w:tcPr>
          <w:p w14:paraId="6E824C38" w14:textId="77777777" w:rsidR="00690563" w:rsidRDefault="00690563" w:rsidP="00690563">
            <w:pPr>
              <w:jc w:val="center"/>
            </w:pPr>
            <w:r>
              <w:rPr>
                <w:b/>
                <w:color w:val="FFFFFF"/>
                <w:sz w:val="14"/>
              </w:rPr>
              <w:t>DECIZIE</w:t>
            </w:r>
          </w:p>
        </w:tc>
        <w:tc>
          <w:tcPr>
            <w:tcW w:w="1839" w:type="pct"/>
            <w:shd w:val="clear" w:color="auto" w:fill="3E755A"/>
            <w:tcMar>
              <w:top w:w="76" w:type="dxa"/>
              <w:left w:w="82" w:type="dxa"/>
              <w:bottom w:w="76" w:type="dxa"/>
              <w:right w:w="82" w:type="dxa"/>
            </w:tcMar>
          </w:tcPr>
          <w:p w14:paraId="17B2F456" w14:textId="77777777" w:rsidR="00690563" w:rsidRDefault="00690563" w:rsidP="00690563">
            <w:pPr>
              <w:jc w:val="center"/>
            </w:pPr>
            <w:r>
              <w:rPr>
                <w:b/>
                <w:color w:val="FFFFFF"/>
                <w:sz w:val="14"/>
              </w:rPr>
              <w:t>MAI EFICIENT</w:t>
            </w:r>
          </w:p>
        </w:tc>
        <w:tc>
          <w:tcPr>
            <w:tcW w:w="1423" w:type="pct"/>
            <w:shd w:val="clear" w:color="auto" w:fill="66757F"/>
            <w:tcMar>
              <w:top w:w="76" w:type="dxa"/>
              <w:left w:w="82" w:type="dxa"/>
              <w:bottom w:w="76" w:type="dxa"/>
              <w:right w:w="82" w:type="dxa"/>
            </w:tcMar>
          </w:tcPr>
          <w:p w14:paraId="4754419C" w14:textId="77777777" w:rsidR="00690563" w:rsidRDefault="00690563" w:rsidP="00690563">
            <w:pPr>
              <w:jc w:val="center"/>
            </w:pPr>
            <w:r>
              <w:rPr>
                <w:b/>
                <w:color w:val="FFFFFF"/>
                <w:sz w:val="14"/>
              </w:rPr>
              <w:t>MAI PUȚIN EFICIENT</w:t>
            </w:r>
          </w:p>
        </w:tc>
      </w:tr>
      <w:tr w:rsidR="00690563" w:rsidRPr="00E14EE9" w14:paraId="67457CBD" w14:textId="77777777" w:rsidTr="00E14EE9">
        <w:trPr>
          <w:jc w:val="center"/>
        </w:trPr>
        <w:tc>
          <w:tcPr>
            <w:tcW w:w="1738" w:type="pct"/>
            <w:shd w:val="clear" w:color="auto" w:fill="F8FAFA"/>
            <w:tcMar>
              <w:top w:w="68" w:type="dxa"/>
              <w:left w:w="78" w:type="dxa"/>
              <w:bottom w:w="68" w:type="dxa"/>
              <w:right w:w="78" w:type="dxa"/>
            </w:tcMar>
          </w:tcPr>
          <w:p w14:paraId="0EE68D49" w14:textId="77777777" w:rsidR="00690563" w:rsidRDefault="00690563" w:rsidP="00690563">
            <w:proofErr w:type="spellStart"/>
            <w:r>
              <w:rPr>
                <w:color w:val="263238"/>
                <w:sz w:val="15"/>
              </w:rPr>
              <w:t>cartografie</w:t>
            </w:r>
            <w:proofErr w:type="spellEnd"/>
          </w:p>
        </w:tc>
        <w:tc>
          <w:tcPr>
            <w:tcW w:w="1839" w:type="pct"/>
            <w:shd w:val="clear" w:color="auto" w:fill="F8FAFA"/>
            <w:tcMar>
              <w:top w:w="68" w:type="dxa"/>
              <w:left w:w="78" w:type="dxa"/>
              <w:bottom w:w="68" w:type="dxa"/>
              <w:right w:w="78" w:type="dxa"/>
            </w:tcMar>
          </w:tcPr>
          <w:p w14:paraId="3DC6F3D9" w14:textId="77777777" w:rsidR="00690563" w:rsidRPr="00E14EE9" w:rsidRDefault="00690563" w:rsidP="00690563">
            <w:pPr>
              <w:rPr>
                <w:lang w:val="it-CH"/>
              </w:rPr>
            </w:pPr>
            <w:r w:rsidRPr="00E14EE9">
              <w:rPr>
                <w:color w:val="263238"/>
                <w:sz w:val="15"/>
                <w:lang w:val="it-CH"/>
              </w:rPr>
              <w:t>aceeași sarcină exersează scară, localizare, sursă și interpretare</w:t>
            </w:r>
          </w:p>
        </w:tc>
        <w:tc>
          <w:tcPr>
            <w:tcW w:w="1423" w:type="pct"/>
            <w:shd w:val="clear" w:color="auto" w:fill="F8FAFA"/>
            <w:tcMar>
              <w:top w:w="68" w:type="dxa"/>
              <w:left w:w="78" w:type="dxa"/>
              <w:bottom w:w="68" w:type="dxa"/>
              <w:right w:w="78" w:type="dxa"/>
            </w:tcMar>
          </w:tcPr>
          <w:p w14:paraId="1485ACDE" w14:textId="77777777" w:rsidR="00690563" w:rsidRPr="00E14EE9" w:rsidRDefault="00690563" w:rsidP="00690563">
            <w:pPr>
              <w:rPr>
                <w:lang w:val="it-CH"/>
              </w:rPr>
            </w:pPr>
            <w:r w:rsidRPr="00E14EE9">
              <w:rPr>
                <w:color w:val="263238"/>
                <w:sz w:val="15"/>
                <w:lang w:val="it-CH"/>
              </w:rPr>
              <w:t>serii separate de exerciții fără legătură</w:t>
            </w:r>
          </w:p>
        </w:tc>
      </w:tr>
      <w:tr w:rsidR="00690563" w:rsidRPr="00E14EE9" w14:paraId="7001BC54" w14:textId="77777777" w:rsidTr="00E14EE9">
        <w:trPr>
          <w:jc w:val="center"/>
        </w:trPr>
        <w:tc>
          <w:tcPr>
            <w:tcW w:w="1738" w:type="pct"/>
            <w:tcMar>
              <w:top w:w="68" w:type="dxa"/>
              <w:left w:w="78" w:type="dxa"/>
              <w:bottom w:w="68" w:type="dxa"/>
              <w:right w:w="78" w:type="dxa"/>
            </w:tcMar>
          </w:tcPr>
          <w:p w14:paraId="6FCF526C" w14:textId="5588E03F" w:rsidR="00690563" w:rsidRDefault="005A7449" w:rsidP="00690563">
            <w:r>
              <w:rPr>
                <w:color w:val="263238"/>
                <w:sz w:val="15"/>
              </w:rPr>
              <w:t xml:space="preserve">Relief </w:t>
            </w:r>
            <w:r>
              <w:rPr>
                <w:color w:val="263238"/>
                <w:sz w:val="15"/>
                <w:lang w:val="ro-RO"/>
              </w:rPr>
              <w:t xml:space="preserve">și </w:t>
            </w:r>
            <w:proofErr w:type="spellStart"/>
            <w:r w:rsidR="00690563">
              <w:rPr>
                <w:color w:val="263238"/>
                <w:sz w:val="15"/>
              </w:rPr>
              <w:t>geologie</w:t>
            </w:r>
            <w:proofErr w:type="spellEnd"/>
          </w:p>
        </w:tc>
        <w:tc>
          <w:tcPr>
            <w:tcW w:w="1839" w:type="pct"/>
            <w:tcMar>
              <w:top w:w="68" w:type="dxa"/>
              <w:left w:w="78" w:type="dxa"/>
              <w:bottom w:w="68" w:type="dxa"/>
              <w:right w:w="78" w:type="dxa"/>
            </w:tcMar>
          </w:tcPr>
          <w:p w14:paraId="7F99EB6C" w14:textId="77777777" w:rsidR="00690563" w:rsidRDefault="00690563" w:rsidP="00690563">
            <w:proofErr w:type="spellStart"/>
            <w:r>
              <w:rPr>
                <w:color w:val="263238"/>
                <w:sz w:val="15"/>
              </w:rPr>
              <w:t>caz</w:t>
            </w:r>
            <w:proofErr w:type="spellEnd"/>
            <w:r>
              <w:rPr>
                <w:color w:val="263238"/>
                <w:sz w:val="15"/>
              </w:rPr>
              <w:t xml:space="preserve"> de </w:t>
            </w:r>
            <w:proofErr w:type="spellStart"/>
            <w:r>
              <w:rPr>
                <w:color w:val="263238"/>
                <w:sz w:val="15"/>
              </w:rPr>
              <w:t>risc</w:t>
            </w:r>
            <w:proofErr w:type="spellEnd"/>
            <w:r>
              <w:rPr>
                <w:color w:val="263238"/>
                <w:sz w:val="15"/>
              </w:rPr>
              <w:t xml:space="preserve"> care </w:t>
            </w:r>
            <w:proofErr w:type="spellStart"/>
            <w:r>
              <w:rPr>
                <w:color w:val="263238"/>
                <w:sz w:val="15"/>
              </w:rPr>
              <w:t>mobilizează</w:t>
            </w:r>
            <w:proofErr w:type="spellEnd"/>
            <w:r>
              <w:rPr>
                <w:color w:val="263238"/>
                <w:sz w:val="15"/>
              </w:rPr>
              <w:t xml:space="preserve"> </w:t>
            </w:r>
            <w:proofErr w:type="spellStart"/>
            <w:r>
              <w:rPr>
                <w:color w:val="263238"/>
                <w:sz w:val="15"/>
              </w:rPr>
              <w:t>structură</w:t>
            </w:r>
            <w:proofErr w:type="spellEnd"/>
            <w:r>
              <w:rPr>
                <w:color w:val="263238"/>
                <w:sz w:val="15"/>
              </w:rPr>
              <w:t xml:space="preserve"> </w:t>
            </w:r>
            <w:proofErr w:type="spellStart"/>
            <w:r>
              <w:rPr>
                <w:color w:val="263238"/>
                <w:sz w:val="15"/>
              </w:rPr>
              <w:t>internă</w:t>
            </w:r>
            <w:proofErr w:type="spellEnd"/>
            <w:r>
              <w:rPr>
                <w:color w:val="263238"/>
                <w:sz w:val="15"/>
              </w:rPr>
              <w:t xml:space="preserve">, hazard, </w:t>
            </w:r>
            <w:proofErr w:type="spellStart"/>
            <w:r>
              <w:rPr>
                <w:color w:val="263238"/>
                <w:sz w:val="15"/>
              </w:rPr>
              <w:t>hartă</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vulnerabilitate</w:t>
            </w:r>
            <w:proofErr w:type="spellEnd"/>
          </w:p>
        </w:tc>
        <w:tc>
          <w:tcPr>
            <w:tcW w:w="1423" w:type="pct"/>
            <w:tcMar>
              <w:top w:w="68" w:type="dxa"/>
              <w:left w:w="78" w:type="dxa"/>
              <w:bottom w:w="68" w:type="dxa"/>
              <w:right w:w="78" w:type="dxa"/>
            </w:tcMar>
          </w:tcPr>
          <w:p w14:paraId="4EE9878B" w14:textId="77777777" w:rsidR="00690563" w:rsidRPr="00E14EE9" w:rsidRDefault="00690563" w:rsidP="00690563">
            <w:pPr>
              <w:rPr>
                <w:lang w:val="it-CH"/>
              </w:rPr>
            </w:pPr>
            <w:r w:rsidRPr="00E14EE9">
              <w:rPr>
                <w:color w:val="263238"/>
                <w:sz w:val="15"/>
                <w:lang w:val="it-CH"/>
              </w:rPr>
              <w:t>listă de roci + listă de procese + listă de efecte</w:t>
            </w:r>
          </w:p>
        </w:tc>
      </w:tr>
      <w:tr w:rsidR="00690563" w14:paraId="0EBCB274" w14:textId="77777777" w:rsidTr="00E14EE9">
        <w:trPr>
          <w:jc w:val="center"/>
        </w:trPr>
        <w:tc>
          <w:tcPr>
            <w:tcW w:w="1738" w:type="pct"/>
            <w:shd w:val="clear" w:color="auto" w:fill="F8FAFA"/>
            <w:tcMar>
              <w:top w:w="68" w:type="dxa"/>
              <w:left w:w="78" w:type="dxa"/>
              <w:bottom w:w="68" w:type="dxa"/>
              <w:right w:w="78" w:type="dxa"/>
            </w:tcMar>
          </w:tcPr>
          <w:p w14:paraId="0DA2E4BF" w14:textId="77777777" w:rsidR="00690563" w:rsidRDefault="00690563" w:rsidP="00690563">
            <w:proofErr w:type="spellStart"/>
            <w:r>
              <w:rPr>
                <w:color w:val="263238"/>
                <w:sz w:val="15"/>
              </w:rPr>
              <w:t>climă</w:t>
            </w:r>
            <w:proofErr w:type="spellEnd"/>
          </w:p>
        </w:tc>
        <w:tc>
          <w:tcPr>
            <w:tcW w:w="1839" w:type="pct"/>
            <w:shd w:val="clear" w:color="auto" w:fill="F8FAFA"/>
            <w:tcMar>
              <w:top w:w="68" w:type="dxa"/>
              <w:left w:w="78" w:type="dxa"/>
              <w:bottom w:w="68" w:type="dxa"/>
              <w:right w:w="78" w:type="dxa"/>
            </w:tcMar>
          </w:tcPr>
          <w:p w14:paraId="3D2E1B2D" w14:textId="77777777" w:rsidR="00690563" w:rsidRDefault="00690563" w:rsidP="00690563">
            <w:proofErr w:type="spellStart"/>
            <w:r>
              <w:rPr>
                <w:color w:val="263238"/>
                <w:sz w:val="15"/>
              </w:rPr>
              <w:t>serii</w:t>
            </w:r>
            <w:proofErr w:type="spellEnd"/>
            <w:r>
              <w:rPr>
                <w:color w:val="263238"/>
                <w:sz w:val="15"/>
              </w:rPr>
              <w:t xml:space="preserve"> de date + </w:t>
            </w:r>
            <w:proofErr w:type="spellStart"/>
            <w:r>
              <w:rPr>
                <w:color w:val="263238"/>
                <w:sz w:val="15"/>
              </w:rPr>
              <w:t>hartă</w:t>
            </w:r>
            <w:proofErr w:type="spellEnd"/>
            <w:r>
              <w:rPr>
                <w:color w:val="263238"/>
                <w:sz w:val="15"/>
              </w:rPr>
              <w:t xml:space="preserve"> + </w:t>
            </w:r>
            <w:proofErr w:type="spellStart"/>
            <w:r>
              <w:rPr>
                <w:color w:val="263238"/>
                <w:sz w:val="15"/>
              </w:rPr>
              <w:t>explicație</w:t>
            </w:r>
            <w:proofErr w:type="spellEnd"/>
            <w:r>
              <w:rPr>
                <w:color w:val="263238"/>
                <w:sz w:val="15"/>
              </w:rPr>
              <w:t xml:space="preserve"> + </w:t>
            </w:r>
            <w:proofErr w:type="spellStart"/>
            <w:r>
              <w:rPr>
                <w:color w:val="263238"/>
                <w:sz w:val="15"/>
              </w:rPr>
              <w:t>incertitudine</w:t>
            </w:r>
            <w:proofErr w:type="spellEnd"/>
          </w:p>
        </w:tc>
        <w:tc>
          <w:tcPr>
            <w:tcW w:w="1423" w:type="pct"/>
            <w:shd w:val="clear" w:color="auto" w:fill="F8FAFA"/>
            <w:tcMar>
              <w:top w:w="68" w:type="dxa"/>
              <w:left w:w="78" w:type="dxa"/>
              <w:bottom w:w="68" w:type="dxa"/>
              <w:right w:w="78" w:type="dxa"/>
            </w:tcMar>
          </w:tcPr>
          <w:p w14:paraId="2CD55222" w14:textId="77777777" w:rsidR="00690563" w:rsidRDefault="00690563" w:rsidP="00690563">
            <w:proofErr w:type="spellStart"/>
            <w:r>
              <w:rPr>
                <w:color w:val="263238"/>
                <w:sz w:val="15"/>
              </w:rPr>
              <w:t>memorarea</w:t>
            </w:r>
            <w:proofErr w:type="spellEnd"/>
            <w:r>
              <w:rPr>
                <w:color w:val="263238"/>
                <w:sz w:val="15"/>
              </w:rPr>
              <w:t xml:space="preserve"> </w:t>
            </w:r>
            <w:proofErr w:type="spellStart"/>
            <w:r>
              <w:rPr>
                <w:color w:val="263238"/>
                <w:sz w:val="15"/>
              </w:rPr>
              <w:t>tipurilor</w:t>
            </w:r>
            <w:proofErr w:type="spellEnd"/>
            <w:r>
              <w:rPr>
                <w:color w:val="263238"/>
                <w:sz w:val="15"/>
              </w:rPr>
              <w:t xml:space="preserve"> de </w:t>
            </w:r>
            <w:proofErr w:type="spellStart"/>
            <w:r>
              <w:rPr>
                <w:color w:val="263238"/>
                <w:sz w:val="15"/>
              </w:rPr>
              <w:t>climă</w:t>
            </w:r>
            <w:proofErr w:type="spellEnd"/>
            <w:r>
              <w:rPr>
                <w:color w:val="263238"/>
                <w:sz w:val="15"/>
              </w:rPr>
              <w:t xml:space="preserve"> </w:t>
            </w:r>
            <w:proofErr w:type="spellStart"/>
            <w:r>
              <w:rPr>
                <w:color w:val="263238"/>
                <w:sz w:val="15"/>
              </w:rPr>
              <w:t>fără</w:t>
            </w:r>
            <w:proofErr w:type="spellEnd"/>
            <w:r>
              <w:rPr>
                <w:color w:val="263238"/>
                <w:sz w:val="15"/>
              </w:rPr>
              <w:t xml:space="preserve"> date</w:t>
            </w:r>
          </w:p>
        </w:tc>
      </w:tr>
      <w:tr w:rsidR="00690563" w14:paraId="71172B9A" w14:textId="77777777" w:rsidTr="00E14EE9">
        <w:trPr>
          <w:jc w:val="center"/>
        </w:trPr>
        <w:tc>
          <w:tcPr>
            <w:tcW w:w="1738" w:type="pct"/>
            <w:tcMar>
              <w:top w:w="68" w:type="dxa"/>
              <w:left w:w="78" w:type="dxa"/>
              <w:bottom w:w="68" w:type="dxa"/>
              <w:right w:w="78" w:type="dxa"/>
            </w:tcMar>
          </w:tcPr>
          <w:p w14:paraId="7816C648" w14:textId="77777777" w:rsidR="00690563" w:rsidRDefault="00690563" w:rsidP="00690563">
            <w:proofErr w:type="spellStart"/>
            <w:r>
              <w:rPr>
                <w:color w:val="263238"/>
                <w:sz w:val="15"/>
              </w:rPr>
              <w:t>hidrosferă</w:t>
            </w:r>
            <w:proofErr w:type="spellEnd"/>
          </w:p>
        </w:tc>
        <w:tc>
          <w:tcPr>
            <w:tcW w:w="1839" w:type="pct"/>
            <w:tcMar>
              <w:top w:w="68" w:type="dxa"/>
              <w:left w:w="78" w:type="dxa"/>
              <w:bottom w:w="68" w:type="dxa"/>
              <w:right w:w="78" w:type="dxa"/>
            </w:tcMar>
          </w:tcPr>
          <w:p w14:paraId="1CC1B690" w14:textId="77777777" w:rsidR="00690563" w:rsidRDefault="00690563" w:rsidP="00690563">
            <w:proofErr w:type="spellStart"/>
            <w:r>
              <w:rPr>
                <w:color w:val="263238"/>
                <w:sz w:val="15"/>
              </w:rPr>
              <w:t>resursă</w:t>
            </w:r>
            <w:proofErr w:type="spellEnd"/>
            <w:r>
              <w:rPr>
                <w:color w:val="263238"/>
                <w:sz w:val="15"/>
              </w:rPr>
              <w:t xml:space="preserve"> + management + hazard + </w:t>
            </w:r>
            <w:proofErr w:type="spellStart"/>
            <w:r>
              <w:rPr>
                <w:color w:val="263238"/>
                <w:sz w:val="15"/>
              </w:rPr>
              <w:t>interdependență</w:t>
            </w:r>
            <w:proofErr w:type="spellEnd"/>
          </w:p>
        </w:tc>
        <w:tc>
          <w:tcPr>
            <w:tcW w:w="1423" w:type="pct"/>
            <w:tcMar>
              <w:top w:w="68" w:type="dxa"/>
              <w:left w:w="78" w:type="dxa"/>
              <w:bottom w:w="68" w:type="dxa"/>
              <w:right w:w="78" w:type="dxa"/>
            </w:tcMar>
          </w:tcPr>
          <w:p w14:paraId="4E857646" w14:textId="77777777" w:rsidR="00690563" w:rsidRDefault="00690563" w:rsidP="00690563">
            <w:proofErr w:type="spellStart"/>
            <w:r>
              <w:rPr>
                <w:color w:val="263238"/>
                <w:sz w:val="15"/>
              </w:rPr>
              <w:t>enumerarea</w:t>
            </w:r>
            <w:proofErr w:type="spellEnd"/>
            <w:r>
              <w:rPr>
                <w:color w:val="263238"/>
                <w:sz w:val="15"/>
              </w:rPr>
              <w:t xml:space="preserve"> </w:t>
            </w:r>
            <w:proofErr w:type="spellStart"/>
            <w:r>
              <w:rPr>
                <w:color w:val="263238"/>
                <w:sz w:val="15"/>
              </w:rPr>
              <w:t>tipurilor</w:t>
            </w:r>
            <w:proofErr w:type="spellEnd"/>
            <w:r>
              <w:rPr>
                <w:color w:val="263238"/>
                <w:sz w:val="15"/>
              </w:rPr>
              <w:t xml:space="preserve"> de ape</w:t>
            </w:r>
          </w:p>
        </w:tc>
      </w:tr>
      <w:tr w:rsidR="00690563" w14:paraId="250F7252" w14:textId="77777777" w:rsidTr="00E14EE9">
        <w:trPr>
          <w:jc w:val="center"/>
        </w:trPr>
        <w:tc>
          <w:tcPr>
            <w:tcW w:w="1738" w:type="pct"/>
            <w:shd w:val="clear" w:color="auto" w:fill="F8FAFA"/>
            <w:tcMar>
              <w:top w:w="68" w:type="dxa"/>
              <w:left w:w="78" w:type="dxa"/>
              <w:bottom w:w="68" w:type="dxa"/>
              <w:right w:w="78" w:type="dxa"/>
            </w:tcMar>
          </w:tcPr>
          <w:p w14:paraId="20F09A6C" w14:textId="77777777" w:rsidR="00690563" w:rsidRDefault="00690563" w:rsidP="00690563">
            <w:proofErr w:type="spellStart"/>
            <w:r>
              <w:rPr>
                <w:color w:val="263238"/>
                <w:sz w:val="15"/>
              </w:rPr>
              <w:t>biosferă</w:t>
            </w:r>
            <w:proofErr w:type="spellEnd"/>
            <w:r>
              <w:rPr>
                <w:color w:val="263238"/>
                <w:sz w:val="15"/>
              </w:rPr>
              <w:t>/sol</w:t>
            </w:r>
          </w:p>
        </w:tc>
        <w:tc>
          <w:tcPr>
            <w:tcW w:w="1839" w:type="pct"/>
            <w:shd w:val="clear" w:color="auto" w:fill="F8FAFA"/>
            <w:tcMar>
              <w:top w:w="68" w:type="dxa"/>
              <w:left w:w="78" w:type="dxa"/>
              <w:bottom w:w="68" w:type="dxa"/>
              <w:right w:w="78" w:type="dxa"/>
            </w:tcMar>
          </w:tcPr>
          <w:p w14:paraId="4960F53B" w14:textId="77777777" w:rsidR="00690563" w:rsidRDefault="00690563" w:rsidP="00690563">
            <w:proofErr w:type="spellStart"/>
            <w:r>
              <w:rPr>
                <w:color w:val="263238"/>
                <w:sz w:val="15"/>
              </w:rPr>
              <w:t>relații</w:t>
            </w:r>
            <w:proofErr w:type="spellEnd"/>
            <w:r>
              <w:rPr>
                <w:color w:val="263238"/>
                <w:sz w:val="15"/>
              </w:rPr>
              <w:t xml:space="preserve"> </w:t>
            </w:r>
            <w:proofErr w:type="spellStart"/>
            <w:r>
              <w:rPr>
                <w:color w:val="263238"/>
                <w:sz w:val="15"/>
              </w:rPr>
              <w:t>între</w:t>
            </w:r>
            <w:proofErr w:type="spellEnd"/>
            <w:r>
              <w:rPr>
                <w:color w:val="263238"/>
                <w:sz w:val="15"/>
              </w:rPr>
              <w:t xml:space="preserve"> </w:t>
            </w:r>
            <w:proofErr w:type="spellStart"/>
            <w:r>
              <w:rPr>
                <w:color w:val="263238"/>
                <w:sz w:val="15"/>
              </w:rPr>
              <w:t>climă</w:t>
            </w:r>
            <w:proofErr w:type="spellEnd"/>
            <w:r>
              <w:rPr>
                <w:color w:val="263238"/>
                <w:sz w:val="15"/>
              </w:rPr>
              <w:t xml:space="preserve">, relief, sol, </w:t>
            </w:r>
            <w:proofErr w:type="spellStart"/>
            <w:r>
              <w:rPr>
                <w:color w:val="263238"/>
                <w:sz w:val="15"/>
              </w:rPr>
              <w:t>biodiversitate</w:t>
            </w:r>
            <w:proofErr w:type="spellEnd"/>
            <w:r>
              <w:rPr>
                <w:color w:val="263238"/>
                <w:sz w:val="15"/>
              </w:rPr>
              <w:t xml:space="preserve"> </w:t>
            </w:r>
            <w:proofErr w:type="spellStart"/>
            <w:r>
              <w:rPr>
                <w:color w:val="263238"/>
                <w:sz w:val="15"/>
              </w:rPr>
              <w:t>și</w:t>
            </w:r>
            <w:proofErr w:type="spellEnd"/>
            <w:r>
              <w:rPr>
                <w:color w:val="263238"/>
                <w:sz w:val="15"/>
              </w:rPr>
              <w:t xml:space="preserve"> om</w:t>
            </w:r>
          </w:p>
        </w:tc>
        <w:tc>
          <w:tcPr>
            <w:tcW w:w="1423" w:type="pct"/>
            <w:shd w:val="clear" w:color="auto" w:fill="F8FAFA"/>
            <w:tcMar>
              <w:top w:w="68" w:type="dxa"/>
              <w:left w:w="78" w:type="dxa"/>
              <w:bottom w:w="68" w:type="dxa"/>
              <w:right w:w="78" w:type="dxa"/>
            </w:tcMar>
          </w:tcPr>
          <w:p w14:paraId="27ACA3AA" w14:textId="77777777" w:rsidR="00690563" w:rsidRDefault="00690563" w:rsidP="00690563">
            <w:proofErr w:type="spellStart"/>
            <w:r>
              <w:rPr>
                <w:color w:val="263238"/>
                <w:sz w:val="15"/>
              </w:rPr>
              <w:t>inventare</w:t>
            </w:r>
            <w:proofErr w:type="spellEnd"/>
            <w:r>
              <w:rPr>
                <w:color w:val="263238"/>
                <w:sz w:val="15"/>
              </w:rPr>
              <w:t xml:space="preserve"> </w:t>
            </w:r>
            <w:proofErr w:type="spellStart"/>
            <w:r>
              <w:rPr>
                <w:color w:val="263238"/>
                <w:sz w:val="15"/>
              </w:rPr>
              <w:t>paralele</w:t>
            </w:r>
            <w:proofErr w:type="spellEnd"/>
          </w:p>
        </w:tc>
      </w:tr>
      <w:tr w:rsidR="00690563" w14:paraId="36D7710E" w14:textId="77777777" w:rsidTr="00E14EE9">
        <w:trPr>
          <w:jc w:val="center"/>
        </w:trPr>
        <w:tc>
          <w:tcPr>
            <w:tcW w:w="1738" w:type="pct"/>
            <w:tcMar>
              <w:top w:w="68" w:type="dxa"/>
              <w:left w:w="78" w:type="dxa"/>
              <w:bottom w:w="68" w:type="dxa"/>
              <w:right w:w="78" w:type="dxa"/>
            </w:tcMar>
          </w:tcPr>
          <w:p w14:paraId="5CA18B27" w14:textId="77777777" w:rsidR="00690563" w:rsidRDefault="00690563" w:rsidP="00690563">
            <w:proofErr w:type="spellStart"/>
            <w:r>
              <w:rPr>
                <w:color w:val="263238"/>
                <w:sz w:val="15"/>
              </w:rPr>
              <w:t>evaluare</w:t>
            </w:r>
            <w:proofErr w:type="spellEnd"/>
          </w:p>
        </w:tc>
        <w:tc>
          <w:tcPr>
            <w:tcW w:w="1839" w:type="pct"/>
            <w:tcMar>
              <w:top w:w="68" w:type="dxa"/>
              <w:left w:w="78" w:type="dxa"/>
              <w:bottom w:w="68" w:type="dxa"/>
              <w:right w:w="78" w:type="dxa"/>
            </w:tcMar>
          </w:tcPr>
          <w:p w14:paraId="3C644F6E" w14:textId="77777777" w:rsidR="00690563" w:rsidRPr="00E14EE9" w:rsidRDefault="00690563" w:rsidP="00690563">
            <w:pPr>
              <w:rPr>
                <w:lang w:val="it-CH"/>
              </w:rPr>
            </w:pPr>
            <w:r w:rsidRPr="00E14EE9">
              <w:rPr>
                <w:color w:val="263238"/>
                <w:sz w:val="15"/>
                <w:lang w:val="it-CH"/>
              </w:rPr>
              <w:t>dovezi scurte pe parcurs + produse integrate + revizuire</w:t>
            </w:r>
          </w:p>
        </w:tc>
        <w:tc>
          <w:tcPr>
            <w:tcW w:w="1423" w:type="pct"/>
            <w:tcMar>
              <w:top w:w="68" w:type="dxa"/>
              <w:left w:w="78" w:type="dxa"/>
              <w:bottom w:w="68" w:type="dxa"/>
              <w:right w:w="78" w:type="dxa"/>
            </w:tcMar>
          </w:tcPr>
          <w:p w14:paraId="6F47F6E4" w14:textId="77777777" w:rsidR="00690563" w:rsidRDefault="00690563" w:rsidP="00690563">
            <w:r>
              <w:rPr>
                <w:color w:val="263238"/>
                <w:sz w:val="15"/>
              </w:rPr>
              <w:t xml:space="preserve">test lung </w:t>
            </w:r>
            <w:proofErr w:type="spellStart"/>
            <w:r>
              <w:rPr>
                <w:color w:val="263238"/>
                <w:sz w:val="15"/>
              </w:rPr>
              <w:t>după</w:t>
            </w:r>
            <w:proofErr w:type="spellEnd"/>
            <w:r>
              <w:rPr>
                <w:color w:val="263238"/>
                <w:sz w:val="15"/>
              </w:rPr>
              <w:t xml:space="preserve"> </w:t>
            </w:r>
            <w:proofErr w:type="spellStart"/>
            <w:r>
              <w:rPr>
                <w:color w:val="263238"/>
                <w:sz w:val="15"/>
              </w:rPr>
              <w:t>fiecare</w:t>
            </w:r>
            <w:proofErr w:type="spellEnd"/>
            <w:r>
              <w:rPr>
                <w:color w:val="263238"/>
                <w:sz w:val="15"/>
              </w:rPr>
              <w:t xml:space="preserve"> </w:t>
            </w:r>
            <w:proofErr w:type="spellStart"/>
            <w:r>
              <w:rPr>
                <w:color w:val="263238"/>
                <w:sz w:val="15"/>
              </w:rPr>
              <w:t>subcapitol</w:t>
            </w:r>
            <w:proofErr w:type="spellEnd"/>
          </w:p>
        </w:tc>
      </w:tr>
    </w:tbl>
    <w:p w14:paraId="0218F30B" w14:textId="77777777" w:rsidR="00690563" w:rsidRDefault="00690563"/>
    <w:tbl>
      <w:tblPr>
        <w:tblW w:w="5000" w:type="pct"/>
        <w:jc w:val="center"/>
        <w:tblLook w:val="04A0" w:firstRow="1" w:lastRow="0" w:firstColumn="1" w:lastColumn="0" w:noHBand="0" w:noVBand="1"/>
      </w:tblPr>
      <w:tblGrid>
        <w:gridCol w:w="4554"/>
        <w:gridCol w:w="6107"/>
      </w:tblGrid>
      <w:tr w:rsidR="00690563" w:rsidRPr="00E14EE9" w14:paraId="3DAC975B" w14:textId="77777777" w:rsidTr="00690563">
        <w:trPr>
          <w:jc w:val="center"/>
        </w:trPr>
        <w:tc>
          <w:tcPr>
            <w:tcW w:w="2132" w:type="pct"/>
            <w:shd w:val="clear" w:color="auto" w:fill="3E755A"/>
            <w:tcMar>
              <w:top w:w="105" w:type="dxa"/>
              <w:left w:w="105" w:type="dxa"/>
              <w:bottom w:w="105" w:type="dxa"/>
              <w:right w:w="105" w:type="dxa"/>
            </w:tcMar>
          </w:tcPr>
          <w:p w14:paraId="12308F04" w14:textId="77777777" w:rsidR="00690563" w:rsidRDefault="00690563" w:rsidP="00690563">
            <w:pPr>
              <w:jc w:val="center"/>
            </w:pPr>
            <w:r>
              <w:rPr>
                <w:b/>
                <w:color w:val="FFFFFF"/>
                <w:sz w:val="15"/>
              </w:rPr>
              <w:t>PRINCIPIU</w:t>
            </w:r>
          </w:p>
        </w:tc>
        <w:tc>
          <w:tcPr>
            <w:tcW w:w="2859" w:type="pct"/>
            <w:shd w:val="clear" w:color="auto" w:fill="EEF5F1"/>
            <w:tcMar>
              <w:top w:w="105" w:type="dxa"/>
              <w:left w:w="130" w:type="dxa"/>
              <w:bottom w:w="105" w:type="dxa"/>
              <w:right w:w="130" w:type="dxa"/>
            </w:tcMar>
          </w:tcPr>
          <w:p w14:paraId="6BEB51C3" w14:textId="77777777" w:rsidR="00690563" w:rsidRPr="00E14EE9" w:rsidRDefault="00690563" w:rsidP="00690563">
            <w:pPr>
              <w:rPr>
                <w:lang w:val="it-CH"/>
              </w:rPr>
            </w:pPr>
            <w:r w:rsidRPr="00E14EE9">
              <w:rPr>
                <w:color w:val="263238"/>
                <w:sz w:val="17"/>
                <w:lang w:val="it-CH"/>
              </w:rPr>
              <w:t>La 1 oră/săptămână, timpul se câștigă nu prin «a explica mai repede», ci prin sarcini care dezvoltă simultan conținut, limbaj, gândire spațială și evaluare formativă.</w:t>
            </w:r>
          </w:p>
        </w:tc>
      </w:tr>
    </w:tbl>
    <w:p w14:paraId="21375F18" w14:textId="77777777" w:rsidR="00787B6C" w:rsidRPr="00E14EE9" w:rsidRDefault="00690563">
      <w:pPr>
        <w:rPr>
          <w:lang w:val="it-CH"/>
        </w:rPr>
      </w:pPr>
      <w:r w:rsidRPr="00E14EE9">
        <w:rPr>
          <w:lang w:val="it-CH"/>
        </w:rPr>
        <w:br w:type="page"/>
      </w:r>
    </w:p>
    <w:tbl>
      <w:tblPr>
        <w:tblW w:w="0" w:type="auto"/>
        <w:jc w:val="center"/>
        <w:tblLayout w:type="fixed"/>
        <w:tblLook w:val="04A0" w:firstRow="1" w:lastRow="0" w:firstColumn="1" w:lastColumn="0" w:noHBand="0" w:noVBand="1"/>
      </w:tblPr>
      <w:tblGrid>
        <w:gridCol w:w="5213"/>
        <w:gridCol w:w="5213"/>
      </w:tblGrid>
      <w:tr w:rsidR="00787B6C" w:rsidRPr="00E14EE9" w14:paraId="301DB68F" w14:textId="77777777">
        <w:trPr>
          <w:jc w:val="center"/>
        </w:trPr>
        <w:tc>
          <w:tcPr>
            <w:tcW w:w="5213" w:type="dxa"/>
            <w:shd w:val="clear" w:color="auto" w:fill="2B6478"/>
            <w:tcMar>
              <w:top w:w="145" w:type="dxa"/>
              <w:left w:w="110" w:type="dxa"/>
              <w:bottom w:w="145" w:type="dxa"/>
              <w:right w:w="110" w:type="dxa"/>
            </w:tcMar>
          </w:tcPr>
          <w:p w14:paraId="6447D7CF" w14:textId="77777777" w:rsidR="00787B6C" w:rsidRDefault="00690563">
            <w:pPr>
              <w:jc w:val="center"/>
            </w:pPr>
            <w:r>
              <w:rPr>
                <w:b/>
                <w:color w:val="FFFFFF"/>
                <w:sz w:val="30"/>
              </w:rPr>
              <w:lastRenderedPageBreak/>
              <w:t>07</w:t>
            </w:r>
          </w:p>
        </w:tc>
        <w:tc>
          <w:tcPr>
            <w:tcW w:w="5213" w:type="dxa"/>
            <w:shd w:val="clear" w:color="auto" w:fill="17324D"/>
            <w:tcMar>
              <w:top w:w="120" w:type="dxa"/>
              <w:left w:w="145" w:type="dxa"/>
              <w:bottom w:w="120" w:type="dxa"/>
              <w:right w:w="145" w:type="dxa"/>
            </w:tcMar>
          </w:tcPr>
          <w:p w14:paraId="332F13F7" w14:textId="5B637CC6" w:rsidR="00787B6C" w:rsidRPr="00E14EE9" w:rsidRDefault="00690563">
            <w:pPr>
              <w:rPr>
                <w:lang w:val="it-CH"/>
              </w:rPr>
            </w:pPr>
            <w:r w:rsidRPr="00E14EE9">
              <w:rPr>
                <w:b/>
                <w:color w:val="FFFFFF"/>
                <w:sz w:val="25"/>
                <w:lang w:val="it-CH"/>
              </w:rPr>
              <w:t>GÂNDIREA SPAȚIALĂ: MIZA SPECIFICĂ A GEOGRAFIEI</w:t>
            </w:r>
            <w:r w:rsidRPr="00E14EE9">
              <w:rPr>
                <w:lang w:val="it-CH"/>
              </w:rPr>
              <w:br/>
            </w:r>
            <w:r w:rsidRPr="00E14EE9">
              <w:rPr>
                <w:color w:val="DFE8EA"/>
                <w:sz w:val="16"/>
                <w:lang w:val="it-CH"/>
              </w:rPr>
              <w:t>De la localizare</w:t>
            </w:r>
            <w:r w:rsidR="00C33805" w:rsidRPr="00E14EE9">
              <w:rPr>
                <w:color w:val="DFE8EA"/>
                <w:sz w:val="16"/>
                <w:lang w:val="it-CH"/>
              </w:rPr>
              <w:t>a geografică</w:t>
            </w:r>
            <w:r w:rsidRPr="00E14EE9">
              <w:rPr>
                <w:color w:val="DFE8EA"/>
                <w:sz w:val="16"/>
                <w:lang w:val="it-CH"/>
              </w:rPr>
              <w:t xml:space="preserve"> la distribuție, scară, relații, dinamică și decizie.</w:t>
            </w:r>
          </w:p>
        </w:tc>
      </w:tr>
    </w:tbl>
    <w:p w14:paraId="7EF15EE4" w14:textId="77777777" w:rsidR="00690563" w:rsidRPr="00E14EE9" w:rsidRDefault="00690563">
      <w:pPr>
        <w:rPr>
          <w:lang w:val="it-CH"/>
        </w:rPr>
      </w:pPr>
    </w:p>
    <w:p w14:paraId="0CD253F5" w14:textId="77777777" w:rsidR="00787B6C" w:rsidRDefault="00690563" w:rsidP="00690563">
      <w:pPr>
        <w:jc w:val="center"/>
      </w:pPr>
      <w:r>
        <w:rPr>
          <w:noProof/>
        </w:rPr>
        <w:drawing>
          <wp:inline distT="0" distB="0" distL="0" distR="0" wp14:anchorId="77584559" wp14:editId="1069587A">
            <wp:extent cx="6012000" cy="2484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_geografie_spatial.png"/>
                    <pic:cNvPicPr/>
                  </pic:nvPicPr>
                  <pic:blipFill>
                    <a:blip r:embed="rId8"/>
                    <a:stretch>
                      <a:fillRect/>
                    </a:stretch>
                  </pic:blipFill>
                  <pic:spPr>
                    <a:xfrm>
                      <a:off x="0" y="0"/>
                      <a:ext cx="6012000" cy="2484960"/>
                    </a:xfrm>
                    <a:prstGeom prst="rect">
                      <a:avLst/>
                    </a:prstGeom>
                  </pic:spPr>
                </pic:pic>
              </a:graphicData>
            </a:graphic>
          </wp:inline>
        </w:drawing>
      </w:r>
    </w:p>
    <w:p w14:paraId="7BEB8CAE" w14:textId="77777777" w:rsidR="00690563" w:rsidRDefault="00690563" w:rsidP="00690563">
      <w:pPr>
        <w:jc w:val="center"/>
      </w:pPr>
    </w:p>
    <w:tbl>
      <w:tblPr>
        <w:tblW w:w="0" w:type="auto"/>
        <w:jc w:val="center"/>
        <w:tblLayout w:type="fixed"/>
        <w:tblLook w:val="04A0" w:firstRow="1" w:lastRow="0" w:firstColumn="1" w:lastColumn="0" w:noHBand="0" w:noVBand="1"/>
      </w:tblPr>
      <w:tblGrid>
        <w:gridCol w:w="5213"/>
        <w:gridCol w:w="5213"/>
      </w:tblGrid>
      <w:tr w:rsidR="00787B6C" w:rsidRPr="00E14EE9" w14:paraId="24C1DDC5" w14:textId="77777777">
        <w:trPr>
          <w:jc w:val="center"/>
        </w:trPr>
        <w:tc>
          <w:tcPr>
            <w:tcW w:w="5213" w:type="dxa"/>
            <w:shd w:val="clear" w:color="auto" w:fill="2B6478"/>
            <w:tcMar>
              <w:top w:w="105" w:type="dxa"/>
              <w:left w:w="105" w:type="dxa"/>
              <w:bottom w:w="105" w:type="dxa"/>
              <w:right w:w="105" w:type="dxa"/>
            </w:tcMar>
          </w:tcPr>
          <w:p w14:paraId="1680F5A3" w14:textId="77777777" w:rsidR="00787B6C" w:rsidRDefault="00690563">
            <w:pPr>
              <w:jc w:val="center"/>
            </w:pPr>
            <w:r>
              <w:rPr>
                <w:b/>
                <w:color w:val="FFFFFF"/>
                <w:sz w:val="15"/>
              </w:rPr>
              <w:t>GÂNDIRE SPAȚIALĂ</w:t>
            </w:r>
          </w:p>
        </w:tc>
        <w:tc>
          <w:tcPr>
            <w:tcW w:w="5213" w:type="dxa"/>
            <w:shd w:val="clear" w:color="auto" w:fill="EEF4F6"/>
            <w:tcMar>
              <w:top w:w="105" w:type="dxa"/>
              <w:left w:w="130" w:type="dxa"/>
              <w:bottom w:w="105" w:type="dxa"/>
              <w:right w:w="130" w:type="dxa"/>
            </w:tcMar>
          </w:tcPr>
          <w:p w14:paraId="6C5C1C98" w14:textId="77777777" w:rsidR="00787B6C" w:rsidRPr="00E14EE9" w:rsidRDefault="00690563">
            <w:pPr>
              <w:rPr>
                <w:lang w:val="it-CH"/>
              </w:rPr>
            </w:pPr>
            <w:r w:rsidRPr="00E14EE9">
              <w:rPr>
                <w:color w:val="263238"/>
                <w:sz w:val="17"/>
                <w:lang w:val="it-CH"/>
              </w:rPr>
              <w:t>Un elev poate ști unde se află un fenomen și totuși să nu gândească geografic. Gândirea spațială apare când localizarea este pusă în relație cu distribuția, scara, proximitatea, conectivitatea, schimbarea și consecințele teritoriale.</w:t>
            </w:r>
          </w:p>
        </w:tc>
      </w:tr>
    </w:tbl>
    <w:p w14:paraId="3C658D6F"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343"/>
        <w:gridCol w:w="6338"/>
      </w:tblGrid>
      <w:tr w:rsidR="00787B6C" w:rsidRPr="00E14EE9" w14:paraId="7A21FCA2" w14:textId="77777777" w:rsidTr="00690563">
        <w:trPr>
          <w:jc w:val="center"/>
        </w:trPr>
        <w:tc>
          <w:tcPr>
            <w:tcW w:w="2033" w:type="pct"/>
            <w:shd w:val="clear" w:color="auto" w:fill="2B6478"/>
            <w:tcMar>
              <w:top w:w="145" w:type="dxa"/>
              <w:left w:w="110" w:type="dxa"/>
              <w:bottom w:w="145" w:type="dxa"/>
              <w:right w:w="110" w:type="dxa"/>
            </w:tcMar>
          </w:tcPr>
          <w:p w14:paraId="1EEF9E03" w14:textId="77777777" w:rsidR="00787B6C" w:rsidRDefault="00690563">
            <w:pPr>
              <w:jc w:val="center"/>
            </w:pPr>
            <w:r>
              <w:rPr>
                <w:b/>
                <w:color w:val="FFFFFF"/>
                <w:sz w:val="30"/>
              </w:rPr>
              <w:lastRenderedPageBreak/>
              <w:t>08</w:t>
            </w:r>
          </w:p>
        </w:tc>
        <w:tc>
          <w:tcPr>
            <w:tcW w:w="2967" w:type="pct"/>
            <w:shd w:val="clear" w:color="auto" w:fill="17324D"/>
            <w:tcMar>
              <w:top w:w="120" w:type="dxa"/>
              <w:left w:w="145" w:type="dxa"/>
              <w:bottom w:w="120" w:type="dxa"/>
              <w:right w:w="145" w:type="dxa"/>
            </w:tcMar>
          </w:tcPr>
          <w:p w14:paraId="698DA5E4" w14:textId="77777777" w:rsidR="00787B6C" w:rsidRPr="00E14EE9" w:rsidRDefault="00690563">
            <w:pPr>
              <w:rPr>
                <w:lang w:val="it-CH"/>
              </w:rPr>
            </w:pPr>
            <w:r w:rsidRPr="00E14EE9">
              <w:rPr>
                <w:b/>
                <w:color w:val="FFFFFF"/>
                <w:sz w:val="25"/>
                <w:lang w:val="it-CH"/>
              </w:rPr>
              <w:t>HARTA: DE LA SUPORT LA LIMBAJ DE ANALIZĂ</w:t>
            </w:r>
            <w:r w:rsidRPr="00E14EE9">
              <w:rPr>
                <w:lang w:val="it-CH"/>
              </w:rPr>
              <w:br/>
            </w:r>
            <w:r w:rsidRPr="00E14EE9">
              <w:rPr>
                <w:color w:val="DFE8EA"/>
                <w:sz w:val="16"/>
                <w:lang w:val="it-CH"/>
              </w:rPr>
              <w:t>Harta nu «arată realitatea»; o selectează, o reduce și o codifică.</w:t>
            </w:r>
          </w:p>
        </w:tc>
      </w:tr>
    </w:tbl>
    <w:p w14:paraId="04E5C6C5"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363"/>
        <w:gridCol w:w="3321"/>
        <w:gridCol w:w="2906"/>
      </w:tblGrid>
      <w:tr w:rsidR="00690563" w14:paraId="14E856A2" w14:textId="77777777" w:rsidTr="00690563">
        <w:trPr>
          <w:jc w:val="center"/>
        </w:trPr>
        <w:tc>
          <w:tcPr>
            <w:tcW w:w="2060" w:type="pct"/>
            <w:shd w:val="clear" w:color="auto" w:fill="17324D"/>
            <w:tcMar>
              <w:top w:w="76" w:type="dxa"/>
              <w:left w:w="82" w:type="dxa"/>
              <w:bottom w:w="76" w:type="dxa"/>
              <w:right w:w="82" w:type="dxa"/>
            </w:tcMar>
          </w:tcPr>
          <w:p w14:paraId="7E07270A" w14:textId="77777777" w:rsidR="00690563" w:rsidRDefault="00690563" w:rsidP="00690563">
            <w:pPr>
              <w:jc w:val="center"/>
            </w:pPr>
            <w:r>
              <w:rPr>
                <w:b/>
                <w:color w:val="FFFFFF"/>
                <w:sz w:val="14"/>
              </w:rPr>
              <w:t>ÎNTREBARE</w:t>
            </w:r>
          </w:p>
        </w:tc>
        <w:tc>
          <w:tcPr>
            <w:tcW w:w="1568" w:type="pct"/>
            <w:shd w:val="clear" w:color="auto" w:fill="2B6478"/>
            <w:tcMar>
              <w:top w:w="76" w:type="dxa"/>
              <w:left w:w="82" w:type="dxa"/>
              <w:bottom w:w="76" w:type="dxa"/>
              <w:right w:w="82" w:type="dxa"/>
            </w:tcMar>
          </w:tcPr>
          <w:p w14:paraId="7371A2AA" w14:textId="77777777" w:rsidR="00690563" w:rsidRDefault="00690563" w:rsidP="00690563">
            <w:pPr>
              <w:jc w:val="center"/>
            </w:pPr>
            <w:r>
              <w:rPr>
                <w:b/>
                <w:color w:val="FFFFFF"/>
                <w:sz w:val="14"/>
              </w:rPr>
              <w:t>CE FACE ELEVUL</w:t>
            </w:r>
          </w:p>
        </w:tc>
        <w:tc>
          <w:tcPr>
            <w:tcW w:w="1372" w:type="pct"/>
            <w:shd w:val="clear" w:color="auto" w:fill="3E755A"/>
            <w:tcMar>
              <w:top w:w="76" w:type="dxa"/>
              <w:left w:w="82" w:type="dxa"/>
              <w:bottom w:w="76" w:type="dxa"/>
              <w:right w:w="82" w:type="dxa"/>
            </w:tcMar>
          </w:tcPr>
          <w:p w14:paraId="697A53A9" w14:textId="77777777" w:rsidR="00690563" w:rsidRDefault="00690563" w:rsidP="00690563">
            <w:pPr>
              <w:jc w:val="center"/>
            </w:pPr>
            <w:r>
              <w:rPr>
                <w:b/>
                <w:color w:val="FFFFFF"/>
                <w:sz w:val="14"/>
              </w:rPr>
              <w:t>CE VERIFIC</w:t>
            </w:r>
          </w:p>
        </w:tc>
      </w:tr>
      <w:tr w:rsidR="00690563" w14:paraId="4580237D" w14:textId="77777777" w:rsidTr="00690563">
        <w:trPr>
          <w:jc w:val="center"/>
        </w:trPr>
        <w:tc>
          <w:tcPr>
            <w:tcW w:w="2060" w:type="pct"/>
            <w:shd w:val="clear" w:color="auto" w:fill="F8FAFA"/>
            <w:tcMar>
              <w:top w:w="68" w:type="dxa"/>
              <w:left w:w="78" w:type="dxa"/>
              <w:bottom w:w="68" w:type="dxa"/>
              <w:right w:w="78" w:type="dxa"/>
            </w:tcMar>
          </w:tcPr>
          <w:p w14:paraId="30504F55" w14:textId="77777777" w:rsidR="00690563" w:rsidRDefault="00690563" w:rsidP="00690563">
            <w:r>
              <w:rPr>
                <w:color w:val="263238"/>
                <w:sz w:val="15"/>
              </w:rPr>
              <w:t xml:space="preserve">Ce </w:t>
            </w:r>
            <w:proofErr w:type="spellStart"/>
            <w:r>
              <w:rPr>
                <w:color w:val="263238"/>
                <w:sz w:val="15"/>
              </w:rPr>
              <w:t>reprezintă</w:t>
            </w:r>
            <w:proofErr w:type="spellEnd"/>
            <w:r>
              <w:rPr>
                <w:color w:val="263238"/>
                <w:sz w:val="15"/>
              </w:rPr>
              <w:t>?</w:t>
            </w:r>
          </w:p>
        </w:tc>
        <w:tc>
          <w:tcPr>
            <w:tcW w:w="1568" w:type="pct"/>
            <w:shd w:val="clear" w:color="auto" w:fill="F8FAFA"/>
            <w:tcMar>
              <w:top w:w="68" w:type="dxa"/>
              <w:left w:w="78" w:type="dxa"/>
              <w:bottom w:w="68" w:type="dxa"/>
              <w:right w:w="78" w:type="dxa"/>
            </w:tcMar>
          </w:tcPr>
          <w:p w14:paraId="1400387D" w14:textId="77777777" w:rsidR="00690563" w:rsidRPr="00E14EE9" w:rsidRDefault="00690563" w:rsidP="00690563">
            <w:pPr>
              <w:rPr>
                <w:lang w:val="it-CH"/>
              </w:rPr>
            </w:pPr>
            <w:r w:rsidRPr="00E14EE9">
              <w:rPr>
                <w:color w:val="263238"/>
                <w:sz w:val="15"/>
                <w:lang w:val="it-CH"/>
              </w:rPr>
              <w:t>citește titlul, legenda, scara și sursa</w:t>
            </w:r>
          </w:p>
        </w:tc>
        <w:tc>
          <w:tcPr>
            <w:tcW w:w="1372" w:type="pct"/>
            <w:shd w:val="clear" w:color="auto" w:fill="F8FAFA"/>
            <w:tcMar>
              <w:top w:w="68" w:type="dxa"/>
              <w:left w:w="78" w:type="dxa"/>
              <w:bottom w:w="68" w:type="dxa"/>
              <w:right w:w="78" w:type="dxa"/>
            </w:tcMar>
          </w:tcPr>
          <w:p w14:paraId="6783C742" w14:textId="77777777" w:rsidR="00690563" w:rsidRDefault="00690563" w:rsidP="00690563">
            <w:proofErr w:type="spellStart"/>
            <w:r>
              <w:rPr>
                <w:color w:val="263238"/>
                <w:sz w:val="15"/>
              </w:rPr>
              <w:t>identifică</w:t>
            </w:r>
            <w:proofErr w:type="spellEnd"/>
            <w:r>
              <w:rPr>
                <w:color w:val="263238"/>
                <w:sz w:val="15"/>
              </w:rPr>
              <w:t xml:space="preserve"> </w:t>
            </w:r>
            <w:proofErr w:type="spellStart"/>
            <w:r>
              <w:rPr>
                <w:color w:val="263238"/>
                <w:sz w:val="15"/>
              </w:rPr>
              <w:t>variabilele</w:t>
            </w:r>
            <w:proofErr w:type="spellEnd"/>
            <w:r>
              <w:rPr>
                <w:color w:val="263238"/>
                <w:sz w:val="15"/>
              </w:rPr>
              <w:t xml:space="preserve"> </w:t>
            </w:r>
            <w:proofErr w:type="spellStart"/>
            <w:r>
              <w:rPr>
                <w:color w:val="263238"/>
                <w:sz w:val="15"/>
              </w:rPr>
              <w:t>cartografiate</w:t>
            </w:r>
            <w:proofErr w:type="spellEnd"/>
          </w:p>
        </w:tc>
      </w:tr>
      <w:tr w:rsidR="00690563" w:rsidRPr="00E14EE9" w14:paraId="33B317B1" w14:textId="77777777" w:rsidTr="00690563">
        <w:trPr>
          <w:jc w:val="center"/>
        </w:trPr>
        <w:tc>
          <w:tcPr>
            <w:tcW w:w="2060" w:type="pct"/>
            <w:tcMar>
              <w:top w:w="68" w:type="dxa"/>
              <w:left w:w="78" w:type="dxa"/>
              <w:bottom w:w="68" w:type="dxa"/>
              <w:right w:w="78" w:type="dxa"/>
            </w:tcMar>
          </w:tcPr>
          <w:p w14:paraId="5FDE5D8E" w14:textId="77777777" w:rsidR="00690563" w:rsidRDefault="00690563" w:rsidP="00690563">
            <w:r>
              <w:rPr>
                <w:color w:val="263238"/>
                <w:sz w:val="15"/>
              </w:rPr>
              <w:t xml:space="preserve">Cum </w:t>
            </w:r>
            <w:proofErr w:type="spellStart"/>
            <w:r>
              <w:rPr>
                <w:color w:val="263238"/>
                <w:sz w:val="15"/>
              </w:rPr>
              <w:t>este</w:t>
            </w:r>
            <w:proofErr w:type="spellEnd"/>
            <w:r>
              <w:rPr>
                <w:color w:val="263238"/>
                <w:sz w:val="15"/>
              </w:rPr>
              <w:t xml:space="preserve"> </w:t>
            </w:r>
            <w:proofErr w:type="spellStart"/>
            <w:r>
              <w:rPr>
                <w:color w:val="263238"/>
                <w:sz w:val="15"/>
              </w:rPr>
              <w:t>răspândit</w:t>
            </w:r>
            <w:proofErr w:type="spellEnd"/>
            <w:r>
              <w:rPr>
                <w:color w:val="263238"/>
                <w:sz w:val="15"/>
              </w:rPr>
              <w:t>?</w:t>
            </w:r>
          </w:p>
        </w:tc>
        <w:tc>
          <w:tcPr>
            <w:tcW w:w="1568" w:type="pct"/>
            <w:tcMar>
              <w:top w:w="68" w:type="dxa"/>
              <w:left w:w="78" w:type="dxa"/>
              <w:bottom w:w="68" w:type="dxa"/>
              <w:right w:w="78" w:type="dxa"/>
            </w:tcMar>
          </w:tcPr>
          <w:p w14:paraId="70B8070B" w14:textId="77777777" w:rsidR="00690563" w:rsidRPr="00E14EE9" w:rsidRDefault="00690563" w:rsidP="00690563">
            <w:pPr>
              <w:rPr>
                <w:lang w:val="it-CH"/>
              </w:rPr>
            </w:pPr>
            <w:r w:rsidRPr="00E14EE9">
              <w:rPr>
                <w:color w:val="263238"/>
                <w:sz w:val="15"/>
                <w:lang w:val="it-CH"/>
              </w:rPr>
              <w:t>descrie tiparul spațial: aglomerare, gradient, areale, discontinuități</w:t>
            </w:r>
          </w:p>
        </w:tc>
        <w:tc>
          <w:tcPr>
            <w:tcW w:w="1372" w:type="pct"/>
            <w:tcMar>
              <w:top w:w="68" w:type="dxa"/>
              <w:left w:w="78" w:type="dxa"/>
              <w:bottom w:w="68" w:type="dxa"/>
              <w:right w:w="78" w:type="dxa"/>
            </w:tcMar>
          </w:tcPr>
          <w:p w14:paraId="5EF337DE" w14:textId="77777777" w:rsidR="00690563" w:rsidRPr="00E14EE9" w:rsidRDefault="00690563" w:rsidP="00690563">
            <w:pPr>
              <w:rPr>
                <w:lang w:val="it-CH"/>
              </w:rPr>
            </w:pPr>
            <w:r w:rsidRPr="00E14EE9">
              <w:rPr>
                <w:color w:val="263238"/>
                <w:sz w:val="15"/>
                <w:lang w:val="it-CH"/>
              </w:rPr>
              <w:t>nu enumeră doar localități/zone</w:t>
            </w:r>
          </w:p>
        </w:tc>
      </w:tr>
      <w:tr w:rsidR="00690563" w14:paraId="6BDC17C3" w14:textId="77777777" w:rsidTr="00690563">
        <w:trPr>
          <w:jc w:val="center"/>
        </w:trPr>
        <w:tc>
          <w:tcPr>
            <w:tcW w:w="2060" w:type="pct"/>
            <w:shd w:val="clear" w:color="auto" w:fill="F8FAFA"/>
            <w:tcMar>
              <w:top w:w="68" w:type="dxa"/>
              <w:left w:w="78" w:type="dxa"/>
              <w:bottom w:w="68" w:type="dxa"/>
              <w:right w:w="78" w:type="dxa"/>
            </w:tcMar>
          </w:tcPr>
          <w:p w14:paraId="78A0A52F" w14:textId="77777777" w:rsidR="00690563" w:rsidRDefault="00690563" w:rsidP="00690563">
            <w:r>
              <w:rPr>
                <w:color w:val="263238"/>
                <w:sz w:val="15"/>
              </w:rPr>
              <w:t xml:space="preserve">Ce </w:t>
            </w:r>
            <w:proofErr w:type="spellStart"/>
            <w:r>
              <w:rPr>
                <w:color w:val="263238"/>
                <w:sz w:val="15"/>
              </w:rPr>
              <w:t>relație</w:t>
            </w:r>
            <w:proofErr w:type="spellEnd"/>
            <w:r>
              <w:rPr>
                <w:color w:val="263238"/>
                <w:sz w:val="15"/>
              </w:rPr>
              <w:t xml:space="preserve"> </w:t>
            </w:r>
            <w:proofErr w:type="spellStart"/>
            <w:r>
              <w:rPr>
                <w:color w:val="263238"/>
                <w:sz w:val="15"/>
              </w:rPr>
              <w:t>există</w:t>
            </w:r>
            <w:proofErr w:type="spellEnd"/>
            <w:r>
              <w:rPr>
                <w:color w:val="263238"/>
                <w:sz w:val="15"/>
              </w:rPr>
              <w:t>?</w:t>
            </w:r>
          </w:p>
        </w:tc>
        <w:tc>
          <w:tcPr>
            <w:tcW w:w="1568" w:type="pct"/>
            <w:shd w:val="clear" w:color="auto" w:fill="F8FAFA"/>
            <w:tcMar>
              <w:top w:w="68" w:type="dxa"/>
              <w:left w:w="78" w:type="dxa"/>
              <w:bottom w:w="68" w:type="dxa"/>
              <w:right w:w="78" w:type="dxa"/>
            </w:tcMar>
          </w:tcPr>
          <w:p w14:paraId="45EDEBA4" w14:textId="77777777" w:rsidR="00690563" w:rsidRDefault="00690563" w:rsidP="00690563">
            <w:proofErr w:type="spellStart"/>
            <w:r>
              <w:rPr>
                <w:color w:val="263238"/>
                <w:sz w:val="15"/>
              </w:rPr>
              <w:t>compară</w:t>
            </w:r>
            <w:proofErr w:type="spellEnd"/>
            <w:r>
              <w:rPr>
                <w:color w:val="263238"/>
                <w:sz w:val="15"/>
              </w:rPr>
              <w:t xml:space="preserve"> </w:t>
            </w:r>
            <w:proofErr w:type="spellStart"/>
            <w:r>
              <w:rPr>
                <w:color w:val="263238"/>
                <w:sz w:val="15"/>
              </w:rPr>
              <w:t>două</w:t>
            </w:r>
            <w:proofErr w:type="spellEnd"/>
            <w:r>
              <w:rPr>
                <w:color w:val="263238"/>
                <w:sz w:val="15"/>
              </w:rPr>
              <w:t xml:space="preserve"> </w:t>
            </w:r>
            <w:proofErr w:type="spellStart"/>
            <w:r>
              <w:rPr>
                <w:color w:val="263238"/>
                <w:sz w:val="15"/>
              </w:rPr>
              <w:t>hărți</w:t>
            </w:r>
            <w:proofErr w:type="spellEnd"/>
            <w:r>
              <w:rPr>
                <w:color w:val="263238"/>
                <w:sz w:val="15"/>
              </w:rPr>
              <w:t xml:space="preserve"> </w:t>
            </w:r>
            <w:proofErr w:type="spellStart"/>
            <w:r>
              <w:rPr>
                <w:color w:val="263238"/>
                <w:sz w:val="15"/>
              </w:rPr>
              <w:t>sau</w:t>
            </w:r>
            <w:proofErr w:type="spellEnd"/>
            <w:r>
              <w:rPr>
                <w:color w:val="263238"/>
                <w:sz w:val="15"/>
              </w:rPr>
              <w:t xml:space="preserve"> </w:t>
            </w:r>
            <w:proofErr w:type="spellStart"/>
            <w:r>
              <w:rPr>
                <w:color w:val="263238"/>
                <w:sz w:val="15"/>
              </w:rPr>
              <w:t>suprapune</w:t>
            </w:r>
            <w:proofErr w:type="spellEnd"/>
            <w:r>
              <w:rPr>
                <w:color w:val="263238"/>
                <w:sz w:val="15"/>
              </w:rPr>
              <w:t xml:space="preserve"> mental/digital </w:t>
            </w:r>
            <w:proofErr w:type="spellStart"/>
            <w:r>
              <w:rPr>
                <w:color w:val="263238"/>
                <w:sz w:val="15"/>
              </w:rPr>
              <w:t>două</w:t>
            </w:r>
            <w:proofErr w:type="spellEnd"/>
            <w:r>
              <w:rPr>
                <w:color w:val="263238"/>
                <w:sz w:val="15"/>
              </w:rPr>
              <w:t xml:space="preserve"> </w:t>
            </w:r>
            <w:proofErr w:type="spellStart"/>
            <w:r>
              <w:rPr>
                <w:color w:val="263238"/>
                <w:sz w:val="15"/>
              </w:rPr>
              <w:t>straturi</w:t>
            </w:r>
            <w:proofErr w:type="spellEnd"/>
          </w:p>
        </w:tc>
        <w:tc>
          <w:tcPr>
            <w:tcW w:w="1372" w:type="pct"/>
            <w:shd w:val="clear" w:color="auto" w:fill="F8FAFA"/>
            <w:tcMar>
              <w:top w:w="68" w:type="dxa"/>
              <w:left w:w="78" w:type="dxa"/>
              <w:bottom w:w="68" w:type="dxa"/>
              <w:right w:w="78" w:type="dxa"/>
            </w:tcMar>
          </w:tcPr>
          <w:p w14:paraId="5375DE40" w14:textId="77777777" w:rsidR="00690563" w:rsidRDefault="00690563" w:rsidP="00690563">
            <w:r>
              <w:rPr>
                <w:color w:val="263238"/>
                <w:sz w:val="15"/>
              </w:rPr>
              <w:t xml:space="preserve">nu </w:t>
            </w:r>
            <w:proofErr w:type="spellStart"/>
            <w:r>
              <w:rPr>
                <w:color w:val="263238"/>
                <w:sz w:val="15"/>
              </w:rPr>
              <w:t>confundă</w:t>
            </w:r>
            <w:proofErr w:type="spellEnd"/>
            <w:r>
              <w:rPr>
                <w:color w:val="263238"/>
                <w:sz w:val="15"/>
              </w:rPr>
              <w:t xml:space="preserve"> </w:t>
            </w:r>
            <w:proofErr w:type="spellStart"/>
            <w:r>
              <w:rPr>
                <w:color w:val="263238"/>
                <w:sz w:val="15"/>
              </w:rPr>
              <w:t>coincidența</w:t>
            </w:r>
            <w:proofErr w:type="spellEnd"/>
            <w:r>
              <w:rPr>
                <w:color w:val="263238"/>
                <w:sz w:val="15"/>
              </w:rPr>
              <w:t xml:space="preserve"> cu </w:t>
            </w:r>
            <w:proofErr w:type="spellStart"/>
            <w:r>
              <w:rPr>
                <w:color w:val="263238"/>
                <w:sz w:val="15"/>
              </w:rPr>
              <w:t>explicația</w:t>
            </w:r>
            <w:proofErr w:type="spellEnd"/>
          </w:p>
        </w:tc>
      </w:tr>
      <w:tr w:rsidR="00690563" w14:paraId="7C9E458E" w14:textId="77777777" w:rsidTr="00690563">
        <w:trPr>
          <w:jc w:val="center"/>
        </w:trPr>
        <w:tc>
          <w:tcPr>
            <w:tcW w:w="2060" w:type="pct"/>
            <w:tcMar>
              <w:top w:w="68" w:type="dxa"/>
              <w:left w:w="78" w:type="dxa"/>
              <w:bottom w:w="68" w:type="dxa"/>
              <w:right w:w="78" w:type="dxa"/>
            </w:tcMar>
          </w:tcPr>
          <w:p w14:paraId="75887DDC" w14:textId="77777777" w:rsidR="00690563" w:rsidRDefault="00690563" w:rsidP="00690563">
            <w:r>
              <w:rPr>
                <w:color w:val="263238"/>
                <w:sz w:val="15"/>
              </w:rPr>
              <w:t xml:space="preserve">Ce </w:t>
            </w:r>
            <w:proofErr w:type="spellStart"/>
            <w:r>
              <w:rPr>
                <w:color w:val="263238"/>
                <w:sz w:val="15"/>
              </w:rPr>
              <w:t>lipsește</w:t>
            </w:r>
            <w:proofErr w:type="spellEnd"/>
            <w:r>
              <w:rPr>
                <w:color w:val="263238"/>
                <w:sz w:val="15"/>
              </w:rPr>
              <w:t>?</w:t>
            </w:r>
          </w:p>
        </w:tc>
        <w:tc>
          <w:tcPr>
            <w:tcW w:w="1568" w:type="pct"/>
            <w:tcMar>
              <w:top w:w="68" w:type="dxa"/>
              <w:left w:w="78" w:type="dxa"/>
              <w:bottom w:w="68" w:type="dxa"/>
              <w:right w:w="78" w:type="dxa"/>
            </w:tcMar>
          </w:tcPr>
          <w:p w14:paraId="10516207" w14:textId="77777777" w:rsidR="00690563" w:rsidRPr="00E14EE9" w:rsidRDefault="00690563" w:rsidP="00690563">
            <w:pPr>
              <w:rPr>
                <w:lang w:val="it-CH"/>
              </w:rPr>
            </w:pPr>
            <w:r w:rsidRPr="00E14EE9">
              <w:rPr>
                <w:color w:val="263238"/>
                <w:sz w:val="15"/>
                <w:lang w:val="it-CH"/>
              </w:rPr>
              <w:t>identifică informații omise prin scară sau generalizare</w:t>
            </w:r>
          </w:p>
        </w:tc>
        <w:tc>
          <w:tcPr>
            <w:tcW w:w="1372" w:type="pct"/>
            <w:tcMar>
              <w:top w:w="68" w:type="dxa"/>
              <w:left w:w="78" w:type="dxa"/>
              <w:bottom w:w="68" w:type="dxa"/>
              <w:right w:w="78" w:type="dxa"/>
            </w:tcMar>
          </w:tcPr>
          <w:p w14:paraId="1D2A58D3" w14:textId="77777777" w:rsidR="00690563" w:rsidRDefault="00690563" w:rsidP="00690563">
            <w:proofErr w:type="spellStart"/>
            <w:r>
              <w:rPr>
                <w:color w:val="263238"/>
                <w:sz w:val="15"/>
              </w:rPr>
              <w:t>înțelege</w:t>
            </w:r>
            <w:proofErr w:type="spellEnd"/>
            <w:r>
              <w:rPr>
                <w:color w:val="263238"/>
                <w:sz w:val="15"/>
              </w:rPr>
              <w:t xml:space="preserve"> </w:t>
            </w:r>
            <w:proofErr w:type="spellStart"/>
            <w:r>
              <w:rPr>
                <w:color w:val="263238"/>
                <w:sz w:val="15"/>
              </w:rPr>
              <w:t>limita</w:t>
            </w:r>
            <w:proofErr w:type="spellEnd"/>
            <w:r>
              <w:rPr>
                <w:color w:val="263238"/>
                <w:sz w:val="15"/>
              </w:rPr>
              <w:t xml:space="preserve"> </w:t>
            </w:r>
            <w:proofErr w:type="spellStart"/>
            <w:r>
              <w:rPr>
                <w:color w:val="263238"/>
                <w:sz w:val="15"/>
              </w:rPr>
              <w:t>reprezentării</w:t>
            </w:r>
            <w:proofErr w:type="spellEnd"/>
          </w:p>
        </w:tc>
      </w:tr>
      <w:tr w:rsidR="00690563" w:rsidRPr="00E14EE9" w14:paraId="53F53305" w14:textId="77777777" w:rsidTr="00690563">
        <w:trPr>
          <w:jc w:val="center"/>
        </w:trPr>
        <w:tc>
          <w:tcPr>
            <w:tcW w:w="2060" w:type="pct"/>
            <w:shd w:val="clear" w:color="auto" w:fill="F8FAFA"/>
            <w:tcMar>
              <w:top w:w="68" w:type="dxa"/>
              <w:left w:w="78" w:type="dxa"/>
              <w:bottom w:w="68" w:type="dxa"/>
              <w:right w:w="78" w:type="dxa"/>
            </w:tcMar>
          </w:tcPr>
          <w:p w14:paraId="5EDF4D8C" w14:textId="77777777" w:rsidR="00690563" w:rsidRDefault="00690563" w:rsidP="00690563">
            <w:r>
              <w:rPr>
                <w:color w:val="263238"/>
                <w:sz w:val="15"/>
              </w:rPr>
              <w:t xml:space="preserve">Ce se </w:t>
            </w:r>
            <w:proofErr w:type="spellStart"/>
            <w:r>
              <w:rPr>
                <w:color w:val="263238"/>
                <w:sz w:val="15"/>
              </w:rPr>
              <w:t>schimbă</w:t>
            </w:r>
            <w:proofErr w:type="spellEnd"/>
            <w:r>
              <w:rPr>
                <w:color w:val="263238"/>
                <w:sz w:val="15"/>
              </w:rPr>
              <w:t>?</w:t>
            </w:r>
          </w:p>
        </w:tc>
        <w:tc>
          <w:tcPr>
            <w:tcW w:w="1568" w:type="pct"/>
            <w:shd w:val="clear" w:color="auto" w:fill="F8FAFA"/>
            <w:tcMar>
              <w:top w:w="68" w:type="dxa"/>
              <w:left w:w="78" w:type="dxa"/>
              <w:bottom w:w="68" w:type="dxa"/>
              <w:right w:w="78" w:type="dxa"/>
            </w:tcMar>
          </w:tcPr>
          <w:p w14:paraId="37AEE287" w14:textId="77777777" w:rsidR="00690563" w:rsidRPr="00E14EE9" w:rsidRDefault="00690563" w:rsidP="00690563">
            <w:pPr>
              <w:rPr>
                <w:lang w:val="it-CH"/>
              </w:rPr>
            </w:pPr>
            <w:r w:rsidRPr="00E14EE9">
              <w:rPr>
                <w:color w:val="263238"/>
                <w:sz w:val="15"/>
                <w:lang w:val="it-CH"/>
              </w:rPr>
              <w:t>compară hărți/imagini din momente diferite</w:t>
            </w:r>
          </w:p>
        </w:tc>
        <w:tc>
          <w:tcPr>
            <w:tcW w:w="1372" w:type="pct"/>
            <w:shd w:val="clear" w:color="auto" w:fill="F8FAFA"/>
            <w:tcMar>
              <w:top w:w="68" w:type="dxa"/>
              <w:left w:w="78" w:type="dxa"/>
              <w:bottom w:w="68" w:type="dxa"/>
              <w:right w:w="78" w:type="dxa"/>
            </w:tcMar>
          </w:tcPr>
          <w:p w14:paraId="4B3539BF" w14:textId="77777777" w:rsidR="00690563" w:rsidRPr="00E14EE9" w:rsidRDefault="00690563" w:rsidP="00690563">
            <w:pPr>
              <w:rPr>
                <w:lang w:val="it-CH"/>
              </w:rPr>
            </w:pPr>
            <w:r w:rsidRPr="00E14EE9">
              <w:rPr>
                <w:color w:val="263238"/>
                <w:sz w:val="15"/>
                <w:lang w:val="it-CH"/>
              </w:rPr>
              <w:t>folosește aceleași criterii și aceeași scară când este necesar</w:t>
            </w:r>
          </w:p>
        </w:tc>
      </w:tr>
      <w:tr w:rsidR="00690563" w14:paraId="4D8E4534" w14:textId="77777777" w:rsidTr="00690563">
        <w:trPr>
          <w:jc w:val="center"/>
        </w:trPr>
        <w:tc>
          <w:tcPr>
            <w:tcW w:w="2060" w:type="pct"/>
            <w:tcMar>
              <w:top w:w="68" w:type="dxa"/>
              <w:left w:w="78" w:type="dxa"/>
              <w:bottom w:w="68" w:type="dxa"/>
              <w:right w:w="78" w:type="dxa"/>
            </w:tcMar>
          </w:tcPr>
          <w:p w14:paraId="00B33078" w14:textId="77777777" w:rsidR="00690563" w:rsidRDefault="00690563" w:rsidP="00690563">
            <w:r>
              <w:rPr>
                <w:color w:val="263238"/>
                <w:sz w:val="15"/>
              </w:rPr>
              <w:t xml:space="preserve">Ce pot </w:t>
            </w:r>
            <w:proofErr w:type="gramStart"/>
            <w:r>
              <w:rPr>
                <w:color w:val="263238"/>
                <w:sz w:val="15"/>
              </w:rPr>
              <w:t>decide</w:t>
            </w:r>
            <w:proofErr w:type="gramEnd"/>
            <w:r>
              <w:rPr>
                <w:color w:val="263238"/>
                <w:sz w:val="15"/>
              </w:rPr>
              <w:t>?</w:t>
            </w:r>
          </w:p>
        </w:tc>
        <w:tc>
          <w:tcPr>
            <w:tcW w:w="1568" w:type="pct"/>
            <w:tcMar>
              <w:top w:w="68" w:type="dxa"/>
              <w:left w:w="78" w:type="dxa"/>
              <w:bottom w:w="68" w:type="dxa"/>
              <w:right w:w="78" w:type="dxa"/>
            </w:tcMar>
          </w:tcPr>
          <w:p w14:paraId="7557236A" w14:textId="77777777" w:rsidR="00690563" w:rsidRPr="00E14EE9" w:rsidRDefault="00690563" w:rsidP="00690563">
            <w:pPr>
              <w:rPr>
                <w:lang w:val="it-CH"/>
              </w:rPr>
            </w:pPr>
            <w:r w:rsidRPr="00E14EE9">
              <w:rPr>
                <w:color w:val="263238"/>
                <w:sz w:val="15"/>
                <w:lang w:val="it-CH"/>
              </w:rPr>
              <w:t>folosește harta cu criterii explicite</w:t>
            </w:r>
          </w:p>
        </w:tc>
        <w:tc>
          <w:tcPr>
            <w:tcW w:w="1372" w:type="pct"/>
            <w:tcMar>
              <w:top w:w="68" w:type="dxa"/>
              <w:left w:w="78" w:type="dxa"/>
              <w:bottom w:w="68" w:type="dxa"/>
              <w:right w:w="78" w:type="dxa"/>
            </w:tcMar>
          </w:tcPr>
          <w:p w14:paraId="2AF67FB6" w14:textId="77777777" w:rsidR="00690563" w:rsidRDefault="00690563" w:rsidP="00690563">
            <w:proofErr w:type="spellStart"/>
            <w:r>
              <w:rPr>
                <w:color w:val="263238"/>
                <w:sz w:val="15"/>
              </w:rPr>
              <w:t>argumentează</w:t>
            </w:r>
            <w:proofErr w:type="spellEnd"/>
            <w:r>
              <w:rPr>
                <w:color w:val="263238"/>
                <w:sz w:val="15"/>
              </w:rPr>
              <w:t xml:space="preserve"> </w:t>
            </w:r>
            <w:proofErr w:type="spellStart"/>
            <w:r>
              <w:rPr>
                <w:color w:val="263238"/>
                <w:sz w:val="15"/>
              </w:rPr>
              <w:t>spațial</w:t>
            </w:r>
            <w:proofErr w:type="spellEnd"/>
            <w:r>
              <w:rPr>
                <w:color w:val="263238"/>
                <w:sz w:val="15"/>
              </w:rPr>
              <w:t xml:space="preserve"> </w:t>
            </w:r>
            <w:proofErr w:type="spellStart"/>
            <w:r>
              <w:rPr>
                <w:color w:val="263238"/>
                <w:sz w:val="15"/>
              </w:rPr>
              <w:t>opțiunea</w:t>
            </w:r>
            <w:proofErr w:type="spellEnd"/>
          </w:p>
        </w:tc>
      </w:tr>
    </w:tbl>
    <w:p w14:paraId="6601BECB" w14:textId="77777777" w:rsidR="00690563" w:rsidRDefault="00690563"/>
    <w:tbl>
      <w:tblPr>
        <w:tblW w:w="5000" w:type="pct"/>
        <w:jc w:val="center"/>
        <w:tblLook w:val="04A0" w:firstRow="1" w:lastRow="0" w:firstColumn="1" w:lastColumn="0" w:noHBand="0" w:noVBand="1"/>
      </w:tblPr>
      <w:tblGrid>
        <w:gridCol w:w="4392"/>
        <w:gridCol w:w="6269"/>
      </w:tblGrid>
      <w:tr w:rsidR="00690563" w:rsidRPr="00E14EE9" w14:paraId="4662C8F0" w14:textId="77777777" w:rsidTr="00690563">
        <w:trPr>
          <w:jc w:val="center"/>
        </w:trPr>
        <w:tc>
          <w:tcPr>
            <w:tcW w:w="2033" w:type="pct"/>
            <w:shd w:val="clear" w:color="auto" w:fill="3E755A"/>
            <w:tcMar>
              <w:top w:w="105" w:type="dxa"/>
              <w:left w:w="105" w:type="dxa"/>
              <w:bottom w:w="105" w:type="dxa"/>
              <w:right w:w="105" w:type="dxa"/>
            </w:tcMar>
          </w:tcPr>
          <w:p w14:paraId="6C0168F4" w14:textId="77777777" w:rsidR="00690563" w:rsidRDefault="00690563" w:rsidP="00690563">
            <w:pPr>
              <w:jc w:val="center"/>
            </w:pPr>
            <w:r>
              <w:rPr>
                <w:b/>
                <w:color w:val="FFFFFF"/>
                <w:sz w:val="15"/>
              </w:rPr>
              <w:t>RĂMÂNE VALABIL</w:t>
            </w:r>
          </w:p>
        </w:tc>
        <w:tc>
          <w:tcPr>
            <w:tcW w:w="2901" w:type="pct"/>
            <w:shd w:val="clear" w:color="auto" w:fill="EEF5F1"/>
            <w:tcMar>
              <w:top w:w="105" w:type="dxa"/>
              <w:left w:w="130" w:type="dxa"/>
              <w:bottom w:w="105" w:type="dxa"/>
              <w:right w:w="130" w:type="dxa"/>
            </w:tcMar>
          </w:tcPr>
          <w:p w14:paraId="21B6AACB" w14:textId="5ED26790" w:rsidR="00427425" w:rsidRPr="00E14EE9" w:rsidRDefault="00690563" w:rsidP="00690563">
            <w:pPr>
              <w:rPr>
                <w:color w:val="263238"/>
                <w:sz w:val="17"/>
                <w:lang w:val="it-CH"/>
              </w:rPr>
            </w:pPr>
            <w:r w:rsidRPr="00E14EE9">
              <w:rPr>
                <w:color w:val="263238"/>
                <w:sz w:val="17"/>
                <w:lang w:val="it-CH"/>
              </w:rPr>
              <w:t xml:space="preserve">Competențele cartografice tradiționale — legendă, scară, </w:t>
            </w:r>
            <w:r w:rsidR="002F5482" w:rsidRPr="00E14EE9">
              <w:rPr>
                <w:color w:val="263238"/>
                <w:sz w:val="17"/>
                <w:lang w:val="it-CH"/>
              </w:rPr>
              <w:t>coordinate geografice</w:t>
            </w:r>
            <w:r w:rsidRPr="00E14EE9">
              <w:rPr>
                <w:color w:val="263238"/>
                <w:sz w:val="17"/>
                <w:lang w:val="it-CH"/>
              </w:rPr>
              <w:t xml:space="preserve">, semne convenționale — rămân fundamentale. </w:t>
            </w:r>
          </w:p>
          <w:p w14:paraId="0D245879" w14:textId="7BA2702F" w:rsidR="00690563" w:rsidRPr="00E14EE9" w:rsidRDefault="00690563" w:rsidP="00690563">
            <w:pPr>
              <w:rPr>
                <w:lang w:val="it-CH"/>
              </w:rPr>
            </w:pPr>
            <w:r w:rsidRPr="00E14EE9">
              <w:rPr>
                <w:b/>
                <w:bCs/>
                <w:color w:val="263238"/>
                <w:sz w:val="17"/>
                <w:lang w:val="it-CH"/>
              </w:rPr>
              <w:t>Noutatea este integrarea lor într-o analiză mai complexă și în produse digitale</w:t>
            </w:r>
            <w:r w:rsidRPr="00E14EE9">
              <w:rPr>
                <w:color w:val="263238"/>
                <w:sz w:val="17"/>
                <w:lang w:val="it-CH"/>
              </w:rPr>
              <w:t>.</w:t>
            </w:r>
          </w:p>
        </w:tc>
      </w:tr>
    </w:tbl>
    <w:p w14:paraId="56C374C1"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339"/>
        <w:gridCol w:w="6342"/>
      </w:tblGrid>
      <w:tr w:rsidR="00787B6C" w:rsidRPr="00E14EE9" w14:paraId="1753352F" w14:textId="77777777" w:rsidTr="00690563">
        <w:trPr>
          <w:jc w:val="center"/>
        </w:trPr>
        <w:tc>
          <w:tcPr>
            <w:tcW w:w="2031" w:type="pct"/>
            <w:shd w:val="clear" w:color="auto" w:fill="2B6478"/>
            <w:tcMar>
              <w:top w:w="145" w:type="dxa"/>
              <w:left w:w="110" w:type="dxa"/>
              <w:bottom w:w="145" w:type="dxa"/>
              <w:right w:w="110" w:type="dxa"/>
            </w:tcMar>
          </w:tcPr>
          <w:p w14:paraId="2362FA97" w14:textId="77777777" w:rsidR="00787B6C" w:rsidRDefault="00690563">
            <w:pPr>
              <w:jc w:val="center"/>
            </w:pPr>
            <w:r>
              <w:rPr>
                <w:b/>
                <w:color w:val="FFFFFF"/>
                <w:sz w:val="30"/>
              </w:rPr>
              <w:lastRenderedPageBreak/>
              <w:t>09</w:t>
            </w:r>
          </w:p>
        </w:tc>
        <w:tc>
          <w:tcPr>
            <w:tcW w:w="2969" w:type="pct"/>
            <w:shd w:val="clear" w:color="auto" w:fill="17324D"/>
            <w:tcMar>
              <w:top w:w="120" w:type="dxa"/>
              <w:left w:w="145" w:type="dxa"/>
              <w:bottom w:w="120" w:type="dxa"/>
              <w:right w:w="145" w:type="dxa"/>
            </w:tcMar>
          </w:tcPr>
          <w:p w14:paraId="27342A9B" w14:textId="11437DDB" w:rsidR="00787B6C" w:rsidRPr="00E14EE9" w:rsidRDefault="00690563">
            <w:pPr>
              <w:rPr>
                <w:lang w:val="it-CH"/>
              </w:rPr>
            </w:pPr>
            <w:r w:rsidRPr="00E14EE9">
              <w:rPr>
                <w:b/>
                <w:color w:val="FFFFFF"/>
                <w:sz w:val="25"/>
                <w:lang w:val="it-CH"/>
              </w:rPr>
              <w:t>SCARA: ACEEAȘI REALITATE, ALTE ÎNTREBĂRI</w:t>
            </w:r>
            <w:r w:rsidRPr="00E14EE9">
              <w:rPr>
                <w:lang w:val="it-CH"/>
              </w:rPr>
              <w:br/>
            </w:r>
            <w:r w:rsidRPr="00E14EE9">
              <w:rPr>
                <w:color w:val="DFE8EA"/>
                <w:sz w:val="16"/>
                <w:lang w:val="it-CH"/>
              </w:rPr>
              <w:t xml:space="preserve">Schimbarea scării </w:t>
            </w:r>
            <w:r w:rsidR="00FE4AD1" w:rsidRPr="00E14EE9">
              <w:rPr>
                <w:color w:val="DFE8EA"/>
                <w:sz w:val="16"/>
                <w:lang w:val="it-CH"/>
              </w:rPr>
              <w:t>modifică</w:t>
            </w:r>
            <w:r w:rsidRPr="00E14EE9">
              <w:rPr>
                <w:color w:val="DFE8EA"/>
                <w:sz w:val="16"/>
                <w:lang w:val="it-CH"/>
              </w:rPr>
              <w:t xml:space="preserve"> harta</w:t>
            </w:r>
            <w:r w:rsidR="00FE4AD1" w:rsidRPr="00E14EE9">
              <w:rPr>
                <w:color w:val="DFE8EA"/>
                <w:sz w:val="16"/>
                <w:lang w:val="it-CH"/>
              </w:rPr>
              <w:t xml:space="preserve"> și</w:t>
            </w:r>
            <w:r w:rsidRPr="00E14EE9">
              <w:rPr>
                <w:color w:val="DFE8EA"/>
                <w:sz w:val="16"/>
                <w:lang w:val="it-CH"/>
              </w:rPr>
              <w:t xml:space="preserve"> poate schimba explicația.</w:t>
            </w:r>
          </w:p>
        </w:tc>
      </w:tr>
    </w:tbl>
    <w:p w14:paraId="6E2BFA61"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308"/>
        <w:gridCol w:w="3281"/>
        <w:gridCol w:w="3001"/>
      </w:tblGrid>
      <w:tr w:rsidR="00690563" w14:paraId="5B1E093D" w14:textId="77777777" w:rsidTr="00690563">
        <w:trPr>
          <w:jc w:val="center"/>
        </w:trPr>
        <w:tc>
          <w:tcPr>
            <w:tcW w:w="2034" w:type="pct"/>
            <w:shd w:val="clear" w:color="auto" w:fill="17324D"/>
            <w:tcMar>
              <w:top w:w="76" w:type="dxa"/>
              <w:left w:w="82" w:type="dxa"/>
              <w:bottom w:w="76" w:type="dxa"/>
              <w:right w:w="82" w:type="dxa"/>
            </w:tcMar>
          </w:tcPr>
          <w:p w14:paraId="28313ED2" w14:textId="77777777" w:rsidR="00690563" w:rsidRDefault="00690563" w:rsidP="00690563">
            <w:pPr>
              <w:jc w:val="center"/>
            </w:pPr>
            <w:r>
              <w:rPr>
                <w:b/>
                <w:color w:val="FFFFFF"/>
                <w:sz w:val="14"/>
              </w:rPr>
              <w:t>SCARĂ</w:t>
            </w:r>
          </w:p>
        </w:tc>
        <w:tc>
          <w:tcPr>
            <w:tcW w:w="1549" w:type="pct"/>
            <w:shd w:val="clear" w:color="auto" w:fill="2B6478"/>
            <w:tcMar>
              <w:top w:w="76" w:type="dxa"/>
              <w:left w:w="82" w:type="dxa"/>
              <w:bottom w:w="76" w:type="dxa"/>
              <w:right w:w="82" w:type="dxa"/>
            </w:tcMar>
          </w:tcPr>
          <w:p w14:paraId="0443C134" w14:textId="77777777" w:rsidR="00690563" w:rsidRDefault="00690563" w:rsidP="00690563">
            <w:pPr>
              <w:jc w:val="center"/>
            </w:pPr>
            <w:r>
              <w:rPr>
                <w:b/>
                <w:color w:val="FFFFFF"/>
                <w:sz w:val="14"/>
              </w:rPr>
              <w:t>ÎNTREBARE</w:t>
            </w:r>
          </w:p>
        </w:tc>
        <w:tc>
          <w:tcPr>
            <w:tcW w:w="1417" w:type="pct"/>
            <w:shd w:val="clear" w:color="auto" w:fill="3E755A"/>
            <w:tcMar>
              <w:top w:w="76" w:type="dxa"/>
              <w:left w:w="82" w:type="dxa"/>
              <w:bottom w:w="76" w:type="dxa"/>
              <w:right w:w="82" w:type="dxa"/>
            </w:tcMar>
          </w:tcPr>
          <w:p w14:paraId="3657A33C" w14:textId="77777777" w:rsidR="00690563" w:rsidRDefault="00690563" w:rsidP="00690563">
            <w:pPr>
              <w:jc w:val="center"/>
            </w:pPr>
            <w:r>
              <w:rPr>
                <w:b/>
                <w:color w:val="FFFFFF"/>
                <w:sz w:val="14"/>
              </w:rPr>
              <w:t>EXEMPLU</w:t>
            </w:r>
          </w:p>
        </w:tc>
      </w:tr>
      <w:tr w:rsidR="00690563" w:rsidRPr="00E14EE9" w14:paraId="2C654435" w14:textId="77777777" w:rsidTr="00690563">
        <w:trPr>
          <w:jc w:val="center"/>
        </w:trPr>
        <w:tc>
          <w:tcPr>
            <w:tcW w:w="2034" w:type="pct"/>
            <w:shd w:val="clear" w:color="auto" w:fill="F8FAFA"/>
            <w:tcMar>
              <w:top w:w="68" w:type="dxa"/>
              <w:left w:w="78" w:type="dxa"/>
              <w:bottom w:w="68" w:type="dxa"/>
              <w:right w:w="78" w:type="dxa"/>
            </w:tcMar>
          </w:tcPr>
          <w:p w14:paraId="2A555E33" w14:textId="77777777" w:rsidR="00690563" w:rsidRDefault="00690563" w:rsidP="00690563">
            <w:proofErr w:type="spellStart"/>
            <w:r>
              <w:rPr>
                <w:color w:val="263238"/>
                <w:sz w:val="16"/>
              </w:rPr>
              <w:t>locală</w:t>
            </w:r>
            <w:proofErr w:type="spellEnd"/>
          </w:p>
        </w:tc>
        <w:tc>
          <w:tcPr>
            <w:tcW w:w="1549" w:type="pct"/>
            <w:shd w:val="clear" w:color="auto" w:fill="F8FAFA"/>
            <w:tcMar>
              <w:top w:w="68" w:type="dxa"/>
              <w:left w:w="78" w:type="dxa"/>
              <w:bottom w:w="68" w:type="dxa"/>
              <w:right w:w="78" w:type="dxa"/>
            </w:tcMar>
          </w:tcPr>
          <w:p w14:paraId="280B99BA" w14:textId="77777777" w:rsidR="00690563" w:rsidRDefault="00690563" w:rsidP="00690563">
            <w:r>
              <w:rPr>
                <w:color w:val="263238"/>
                <w:sz w:val="16"/>
              </w:rPr>
              <w:t xml:space="preserve">Cum se </w:t>
            </w:r>
            <w:proofErr w:type="spellStart"/>
            <w:r>
              <w:rPr>
                <w:color w:val="263238"/>
                <w:sz w:val="16"/>
              </w:rPr>
              <w:t>manifestă</w:t>
            </w:r>
            <w:proofErr w:type="spellEnd"/>
            <w:r>
              <w:rPr>
                <w:color w:val="263238"/>
                <w:sz w:val="16"/>
              </w:rPr>
              <w:t xml:space="preserve"> </w:t>
            </w:r>
            <w:proofErr w:type="spellStart"/>
            <w:r>
              <w:rPr>
                <w:color w:val="263238"/>
                <w:sz w:val="16"/>
              </w:rPr>
              <w:t>aici</w:t>
            </w:r>
            <w:proofErr w:type="spellEnd"/>
            <w:r>
              <w:rPr>
                <w:color w:val="263238"/>
                <w:sz w:val="16"/>
              </w:rPr>
              <w:t>?</w:t>
            </w:r>
          </w:p>
        </w:tc>
        <w:tc>
          <w:tcPr>
            <w:tcW w:w="1417" w:type="pct"/>
            <w:shd w:val="clear" w:color="auto" w:fill="F8FAFA"/>
            <w:tcMar>
              <w:top w:w="68" w:type="dxa"/>
              <w:left w:w="78" w:type="dxa"/>
              <w:bottom w:w="68" w:type="dxa"/>
              <w:right w:w="78" w:type="dxa"/>
            </w:tcMar>
          </w:tcPr>
          <w:p w14:paraId="60154E2F" w14:textId="77777777" w:rsidR="00690563" w:rsidRPr="00E14EE9" w:rsidRDefault="00690563" w:rsidP="00690563">
            <w:pPr>
              <w:rPr>
                <w:lang w:val="it-CH"/>
              </w:rPr>
            </w:pPr>
            <w:r w:rsidRPr="00E14EE9">
              <w:rPr>
                <w:color w:val="263238"/>
                <w:sz w:val="16"/>
                <w:lang w:val="it-CH"/>
              </w:rPr>
              <w:t>riscul de inundație pe o stradă/cartier</w:t>
            </w:r>
          </w:p>
        </w:tc>
      </w:tr>
      <w:tr w:rsidR="00690563" w14:paraId="11D5DF7F" w14:textId="77777777" w:rsidTr="00690563">
        <w:trPr>
          <w:jc w:val="center"/>
        </w:trPr>
        <w:tc>
          <w:tcPr>
            <w:tcW w:w="2034" w:type="pct"/>
            <w:tcMar>
              <w:top w:w="68" w:type="dxa"/>
              <w:left w:w="78" w:type="dxa"/>
              <w:bottom w:w="68" w:type="dxa"/>
              <w:right w:w="78" w:type="dxa"/>
            </w:tcMar>
          </w:tcPr>
          <w:p w14:paraId="43F664A5" w14:textId="77777777" w:rsidR="00690563" w:rsidRDefault="00690563" w:rsidP="00690563">
            <w:proofErr w:type="spellStart"/>
            <w:r>
              <w:rPr>
                <w:color w:val="263238"/>
                <w:sz w:val="16"/>
              </w:rPr>
              <w:t>regională</w:t>
            </w:r>
            <w:proofErr w:type="spellEnd"/>
          </w:p>
        </w:tc>
        <w:tc>
          <w:tcPr>
            <w:tcW w:w="1549" w:type="pct"/>
            <w:tcMar>
              <w:top w:w="68" w:type="dxa"/>
              <w:left w:w="78" w:type="dxa"/>
              <w:bottom w:w="68" w:type="dxa"/>
              <w:right w:w="78" w:type="dxa"/>
            </w:tcMar>
          </w:tcPr>
          <w:p w14:paraId="5E7FDB0B" w14:textId="77777777" w:rsidR="00690563" w:rsidRPr="00E14EE9" w:rsidRDefault="00690563" w:rsidP="00690563">
            <w:pPr>
              <w:rPr>
                <w:lang w:val="it-CH"/>
              </w:rPr>
            </w:pPr>
            <w:r w:rsidRPr="00E14EE9">
              <w:rPr>
                <w:color w:val="263238"/>
                <w:sz w:val="16"/>
                <w:lang w:val="it-CH"/>
              </w:rPr>
              <w:t>Ce diferențe apar între teritorii apropiate?</w:t>
            </w:r>
          </w:p>
        </w:tc>
        <w:tc>
          <w:tcPr>
            <w:tcW w:w="1417" w:type="pct"/>
            <w:tcMar>
              <w:top w:w="68" w:type="dxa"/>
              <w:left w:w="78" w:type="dxa"/>
              <w:bottom w:w="68" w:type="dxa"/>
              <w:right w:w="78" w:type="dxa"/>
            </w:tcMar>
          </w:tcPr>
          <w:p w14:paraId="6A030B50" w14:textId="77777777" w:rsidR="00690563" w:rsidRDefault="00690563" w:rsidP="00690563">
            <w:proofErr w:type="spellStart"/>
            <w:r>
              <w:rPr>
                <w:color w:val="263238"/>
                <w:sz w:val="16"/>
              </w:rPr>
              <w:t>bazine</w:t>
            </w:r>
            <w:proofErr w:type="spellEnd"/>
            <w:r>
              <w:rPr>
                <w:color w:val="263238"/>
                <w:sz w:val="16"/>
              </w:rPr>
              <w:t xml:space="preserve"> </w:t>
            </w:r>
            <w:proofErr w:type="spellStart"/>
            <w:r>
              <w:rPr>
                <w:color w:val="263238"/>
                <w:sz w:val="16"/>
              </w:rPr>
              <w:t>hidrografice</w:t>
            </w:r>
            <w:proofErr w:type="spellEnd"/>
            <w:r>
              <w:rPr>
                <w:color w:val="263238"/>
                <w:sz w:val="16"/>
              </w:rPr>
              <w:t xml:space="preserve"> / </w:t>
            </w:r>
            <w:proofErr w:type="spellStart"/>
            <w:r>
              <w:rPr>
                <w:color w:val="263238"/>
                <w:sz w:val="16"/>
              </w:rPr>
              <w:t>unități</w:t>
            </w:r>
            <w:proofErr w:type="spellEnd"/>
            <w:r>
              <w:rPr>
                <w:color w:val="263238"/>
                <w:sz w:val="16"/>
              </w:rPr>
              <w:t xml:space="preserve"> de relief</w:t>
            </w:r>
          </w:p>
        </w:tc>
      </w:tr>
      <w:tr w:rsidR="00690563" w14:paraId="61C39084" w14:textId="77777777" w:rsidTr="00690563">
        <w:trPr>
          <w:jc w:val="center"/>
        </w:trPr>
        <w:tc>
          <w:tcPr>
            <w:tcW w:w="2034" w:type="pct"/>
            <w:shd w:val="clear" w:color="auto" w:fill="F8FAFA"/>
            <w:tcMar>
              <w:top w:w="68" w:type="dxa"/>
              <w:left w:w="78" w:type="dxa"/>
              <w:bottom w:w="68" w:type="dxa"/>
              <w:right w:w="78" w:type="dxa"/>
            </w:tcMar>
          </w:tcPr>
          <w:p w14:paraId="54EBC009" w14:textId="77777777" w:rsidR="00690563" w:rsidRDefault="00690563" w:rsidP="00690563">
            <w:proofErr w:type="spellStart"/>
            <w:r>
              <w:rPr>
                <w:color w:val="263238"/>
                <w:sz w:val="16"/>
              </w:rPr>
              <w:t>națională</w:t>
            </w:r>
            <w:proofErr w:type="spellEnd"/>
          </w:p>
        </w:tc>
        <w:tc>
          <w:tcPr>
            <w:tcW w:w="1549" w:type="pct"/>
            <w:shd w:val="clear" w:color="auto" w:fill="F8FAFA"/>
            <w:tcMar>
              <w:top w:w="68" w:type="dxa"/>
              <w:left w:w="78" w:type="dxa"/>
              <w:bottom w:w="68" w:type="dxa"/>
              <w:right w:w="78" w:type="dxa"/>
            </w:tcMar>
          </w:tcPr>
          <w:p w14:paraId="7332FC3F" w14:textId="77777777" w:rsidR="00690563" w:rsidRDefault="00690563" w:rsidP="00690563">
            <w:r>
              <w:rPr>
                <w:color w:val="263238"/>
                <w:sz w:val="16"/>
              </w:rPr>
              <w:t xml:space="preserve">Ce </w:t>
            </w:r>
            <w:proofErr w:type="spellStart"/>
            <w:r>
              <w:rPr>
                <w:color w:val="263238"/>
                <w:sz w:val="16"/>
              </w:rPr>
              <w:t>tipare</w:t>
            </w:r>
            <w:proofErr w:type="spellEnd"/>
            <w:r>
              <w:rPr>
                <w:color w:val="263238"/>
                <w:sz w:val="16"/>
              </w:rPr>
              <w:t xml:space="preserve"> </w:t>
            </w:r>
            <w:proofErr w:type="spellStart"/>
            <w:r>
              <w:rPr>
                <w:color w:val="263238"/>
                <w:sz w:val="16"/>
              </w:rPr>
              <w:t>structurale</w:t>
            </w:r>
            <w:proofErr w:type="spellEnd"/>
            <w:r>
              <w:rPr>
                <w:color w:val="263238"/>
                <w:sz w:val="16"/>
              </w:rPr>
              <w:t xml:space="preserve"> apar?</w:t>
            </w:r>
          </w:p>
        </w:tc>
        <w:tc>
          <w:tcPr>
            <w:tcW w:w="1417" w:type="pct"/>
            <w:shd w:val="clear" w:color="auto" w:fill="F8FAFA"/>
            <w:tcMar>
              <w:top w:w="68" w:type="dxa"/>
              <w:left w:w="78" w:type="dxa"/>
              <w:bottom w:w="68" w:type="dxa"/>
              <w:right w:w="78" w:type="dxa"/>
            </w:tcMar>
          </w:tcPr>
          <w:p w14:paraId="0603FB12" w14:textId="77777777" w:rsidR="00690563" w:rsidRDefault="00690563" w:rsidP="00690563">
            <w:proofErr w:type="spellStart"/>
            <w:r>
              <w:rPr>
                <w:color w:val="263238"/>
                <w:sz w:val="16"/>
              </w:rPr>
              <w:t>distribuția</w:t>
            </w:r>
            <w:proofErr w:type="spellEnd"/>
            <w:r>
              <w:rPr>
                <w:color w:val="263238"/>
                <w:sz w:val="16"/>
              </w:rPr>
              <w:t xml:space="preserve"> </w:t>
            </w:r>
            <w:proofErr w:type="spellStart"/>
            <w:r>
              <w:rPr>
                <w:color w:val="263238"/>
                <w:sz w:val="16"/>
              </w:rPr>
              <w:t>resurselor</w:t>
            </w:r>
            <w:proofErr w:type="spellEnd"/>
            <w:r>
              <w:rPr>
                <w:color w:val="263238"/>
                <w:sz w:val="16"/>
              </w:rPr>
              <w:t xml:space="preserve"> / </w:t>
            </w:r>
            <w:proofErr w:type="spellStart"/>
            <w:r>
              <w:rPr>
                <w:color w:val="263238"/>
                <w:sz w:val="16"/>
              </w:rPr>
              <w:t>riscurilor</w:t>
            </w:r>
            <w:proofErr w:type="spellEnd"/>
          </w:p>
        </w:tc>
      </w:tr>
      <w:tr w:rsidR="00690563" w14:paraId="16C318D4" w14:textId="77777777" w:rsidTr="00690563">
        <w:trPr>
          <w:jc w:val="center"/>
        </w:trPr>
        <w:tc>
          <w:tcPr>
            <w:tcW w:w="2034" w:type="pct"/>
            <w:tcMar>
              <w:top w:w="68" w:type="dxa"/>
              <w:left w:w="78" w:type="dxa"/>
              <w:bottom w:w="68" w:type="dxa"/>
              <w:right w:w="78" w:type="dxa"/>
            </w:tcMar>
          </w:tcPr>
          <w:p w14:paraId="268C13E3" w14:textId="77777777" w:rsidR="00690563" w:rsidRDefault="00690563" w:rsidP="00690563">
            <w:proofErr w:type="spellStart"/>
            <w:r>
              <w:rPr>
                <w:color w:val="263238"/>
                <w:sz w:val="16"/>
              </w:rPr>
              <w:t>continentală</w:t>
            </w:r>
            <w:proofErr w:type="spellEnd"/>
          </w:p>
        </w:tc>
        <w:tc>
          <w:tcPr>
            <w:tcW w:w="1549" w:type="pct"/>
            <w:tcMar>
              <w:top w:w="68" w:type="dxa"/>
              <w:left w:w="78" w:type="dxa"/>
              <w:bottom w:w="68" w:type="dxa"/>
              <w:right w:w="78" w:type="dxa"/>
            </w:tcMar>
          </w:tcPr>
          <w:p w14:paraId="66E3AF93" w14:textId="77777777" w:rsidR="00690563" w:rsidRDefault="00690563" w:rsidP="00690563">
            <w:r>
              <w:rPr>
                <w:color w:val="263238"/>
                <w:sz w:val="16"/>
              </w:rPr>
              <w:t xml:space="preserve">Ce </w:t>
            </w:r>
            <w:proofErr w:type="spellStart"/>
            <w:r>
              <w:rPr>
                <w:color w:val="263238"/>
                <w:sz w:val="16"/>
              </w:rPr>
              <w:t>rol</w:t>
            </w:r>
            <w:proofErr w:type="spellEnd"/>
            <w:r>
              <w:rPr>
                <w:color w:val="263238"/>
                <w:sz w:val="16"/>
              </w:rPr>
              <w:t xml:space="preserve"> are </w:t>
            </w:r>
            <w:proofErr w:type="spellStart"/>
            <w:r>
              <w:rPr>
                <w:color w:val="263238"/>
                <w:sz w:val="16"/>
              </w:rPr>
              <w:t>poziția</w:t>
            </w:r>
            <w:proofErr w:type="spellEnd"/>
            <w:r>
              <w:rPr>
                <w:color w:val="263238"/>
                <w:sz w:val="16"/>
              </w:rPr>
              <w:t xml:space="preserve"> </w:t>
            </w:r>
            <w:proofErr w:type="spellStart"/>
            <w:r>
              <w:rPr>
                <w:color w:val="263238"/>
                <w:sz w:val="16"/>
              </w:rPr>
              <w:t>și</w:t>
            </w:r>
            <w:proofErr w:type="spellEnd"/>
            <w:r>
              <w:rPr>
                <w:color w:val="263238"/>
                <w:sz w:val="16"/>
              </w:rPr>
              <w:t xml:space="preserve"> </w:t>
            </w:r>
            <w:proofErr w:type="spellStart"/>
            <w:r>
              <w:rPr>
                <w:color w:val="263238"/>
                <w:sz w:val="16"/>
              </w:rPr>
              <w:t>circulația</w:t>
            </w:r>
            <w:proofErr w:type="spellEnd"/>
            <w:r>
              <w:rPr>
                <w:color w:val="263238"/>
                <w:sz w:val="16"/>
              </w:rPr>
              <w:t xml:space="preserve"> </w:t>
            </w:r>
            <w:proofErr w:type="spellStart"/>
            <w:r>
              <w:rPr>
                <w:color w:val="263238"/>
                <w:sz w:val="16"/>
              </w:rPr>
              <w:t>generală</w:t>
            </w:r>
            <w:proofErr w:type="spellEnd"/>
            <w:r>
              <w:rPr>
                <w:color w:val="263238"/>
                <w:sz w:val="16"/>
              </w:rPr>
              <w:t>?</w:t>
            </w:r>
          </w:p>
        </w:tc>
        <w:tc>
          <w:tcPr>
            <w:tcW w:w="1417" w:type="pct"/>
            <w:tcMar>
              <w:top w:w="68" w:type="dxa"/>
              <w:left w:w="78" w:type="dxa"/>
              <w:bottom w:w="68" w:type="dxa"/>
              <w:right w:w="78" w:type="dxa"/>
            </w:tcMar>
          </w:tcPr>
          <w:p w14:paraId="47D37883" w14:textId="705CE5E7" w:rsidR="00690563" w:rsidRDefault="00690563" w:rsidP="00690563">
            <w:proofErr w:type="spellStart"/>
            <w:r>
              <w:rPr>
                <w:color w:val="263238"/>
                <w:sz w:val="16"/>
              </w:rPr>
              <w:t>clim</w:t>
            </w:r>
            <w:r w:rsidR="006A5E1E">
              <w:rPr>
                <w:color w:val="263238"/>
                <w:sz w:val="16"/>
              </w:rPr>
              <w:t>atele</w:t>
            </w:r>
            <w:proofErr w:type="spellEnd"/>
            <w:r>
              <w:rPr>
                <w:color w:val="263238"/>
                <w:sz w:val="16"/>
              </w:rPr>
              <w:t xml:space="preserve"> </w:t>
            </w:r>
            <w:proofErr w:type="spellStart"/>
            <w:r>
              <w:rPr>
                <w:color w:val="263238"/>
                <w:sz w:val="16"/>
              </w:rPr>
              <w:t>Europei</w:t>
            </w:r>
            <w:proofErr w:type="spellEnd"/>
          </w:p>
        </w:tc>
      </w:tr>
      <w:tr w:rsidR="00690563" w14:paraId="04650013" w14:textId="77777777" w:rsidTr="00690563">
        <w:trPr>
          <w:jc w:val="center"/>
        </w:trPr>
        <w:tc>
          <w:tcPr>
            <w:tcW w:w="2034" w:type="pct"/>
            <w:shd w:val="clear" w:color="auto" w:fill="F8FAFA"/>
            <w:tcMar>
              <w:top w:w="68" w:type="dxa"/>
              <w:left w:w="78" w:type="dxa"/>
              <w:bottom w:w="68" w:type="dxa"/>
              <w:right w:w="78" w:type="dxa"/>
            </w:tcMar>
          </w:tcPr>
          <w:p w14:paraId="559C2B52" w14:textId="77777777" w:rsidR="00690563" w:rsidRDefault="00690563" w:rsidP="00690563">
            <w:proofErr w:type="spellStart"/>
            <w:r>
              <w:rPr>
                <w:color w:val="263238"/>
                <w:sz w:val="16"/>
              </w:rPr>
              <w:t>globală</w:t>
            </w:r>
            <w:proofErr w:type="spellEnd"/>
          </w:p>
        </w:tc>
        <w:tc>
          <w:tcPr>
            <w:tcW w:w="1549" w:type="pct"/>
            <w:shd w:val="clear" w:color="auto" w:fill="F8FAFA"/>
            <w:tcMar>
              <w:top w:w="68" w:type="dxa"/>
              <w:left w:w="78" w:type="dxa"/>
              <w:bottom w:w="68" w:type="dxa"/>
              <w:right w:w="78" w:type="dxa"/>
            </w:tcMar>
          </w:tcPr>
          <w:p w14:paraId="6336CC5E" w14:textId="77777777" w:rsidR="00690563" w:rsidRPr="00E14EE9" w:rsidRDefault="00690563" w:rsidP="00690563">
            <w:pPr>
              <w:rPr>
                <w:lang w:val="it-CH"/>
              </w:rPr>
            </w:pPr>
            <w:r w:rsidRPr="00E14EE9">
              <w:rPr>
                <w:color w:val="263238"/>
                <w:sz w:val="16"/>
                <w:lang w:val="it-CH"/>
              </w:rPr>
              <w:t>Ce procese și interdependențe domină?</w:t>
            </w:r>
          </w:p>
        </w:tc>
        <w:tc>
          <w:tcPr>
            <w:tcW w:w="1417" w:type="pct"/>
            <w:shd w:val="clear" w:color="auto" w:fill="F8FAFA"/>
            <w:tcMar>
              <w:top w:w="68" w:type="dxa"/>
              <w:left w:w="78" w:type="dxa"/>
              <w:bottom w:w="68" w:type="dxa"/>
              <w:right w:w="78" w:type="dxa"/>
            </w:tcMar>
          </w:tcPr>
          <w:p w14:paraId="484B1B59" w14:textId="77777777" w:rsidR="00690563" w:rsidRDefault="00690563" w:rsidP="00690563">
            <w:proofErr w:type="spellStart"/>
            <w:r>
              <w:rPr>
                <w:color w:val="263238"/>
                <w:sz w:val="16"/>
              </w:rPr>
              <w:t>schimbări</w:t>
            </w:r>
            <w:proofErr w:type="spellEnd"/>
            <w:r>
              <w:rPr>
                <w:color w:val="263238"/>
                <w:sz w:val="16"/>
              </w:rPr>
              <w:t xml:space="preserve"> </w:t>
            </w:r>
            <w:proofErr w:type="spellStart"/>
            <w:r>
              <w:rPr>
                <w:color w:val="263238"/>
                <w:sz w:val="16"/>
              </w:rPr>
              <w:t>climatice</w:t>
            </w:r>
            <w:proofErr w:type="spellEnd"/>
            <w:r>
              <w:rPr>
                <w:color w:val="263238"/>
                <w:sz w:val="16"/>
              </w:rPr>
              <w:t xml:space="preserve"> / </w:t>
            </w:r>
            <w:proofErr w:type="spellStart"/>
            <w:r>
              <w:rPr>
                <w:color w:val="263238"/>
                <w:sz w:val="16"/>
              </w:rPr>
              <w:t>oceane</w:t>
            </w:r>
            <w:proofErr w:type="spellEnd"/>
            <w:r>
              <w:rPr>
                <w:color w:val="263238"/>
                <w:sz w:val="16"/>
              </w:rPr>
              <w:t xml:space="preserve"> / </w:t>
            </w:r>
            <w:proofErr w:type="spellStart"/>
            <w:r>
              <w:rPr>
                <w:color w:val="263238"/>
                <w:sz w:val="16"/>
              </w:rPr>
              <w:t>biosferă</w:t>
            </w:r>
            <w:proofErr w:type="spellEnd"/>
          </w:p>
        </w:tc>
      </w:tr>
    </w:tbl>
    <w:p w14:paraId="31C08B1B" w14:textId="77777777" w:rsidR="00690563" w:rsidRDefault="00690563"/>
    <w:tbl>
      <w:tblPr>
        <w:tblW w:w="5000" w:type="pct"/>
        <w:jc w:val="center"/>
        <w:tblLook w:val="04A0" w:firstRow="1" w:lastRow="0" w:firstColumn="1" w:lastColumn="0" w:noHBand="0" w:noVBand="1"/>
      </w:tblPr>
      <w:tblGrid>
        <w:gridCol w:w="4339"/>
        <w:gridCol w:w="6322"/>
      </w:tblGrid>
      <w:tr w:rsidR="00690563" w:rsidRPr="00E14EE9" w14:paraId="447D6E0C" w14:textId="77777777" w:rsidTr="00690563">
        <w:trPr>
          <w:jc w:val="center"/>
        </w:trPr>
        <w:tc>
          <w:tcPr>
            <w:tcW w:w="2031" w:type="pct"/>
            <w:shd w:val="clear" w:color="auto" w:fill="B58A45"/>
            <w:tcMar>
              <w:top w:w="105" w:type="dxa"/>
              <w:left w:w="105" w:type="dxa"/>
              <w:bottom w:w="105" w:type="dxa"/>
              <w:right w:w="105" w:type="dxa"/>
            </w:tcMar>
          </w:tcPr>
          <w:p w14:paraId="42A5591C" w14:textId="77777777" w:rsidR="00690563" w:rsidRDefault="00690563" w:rsidP="00690563">
            <w:pPr>
              <w:jc w:val="center"/>
            </w:pPr>
            <w:r>
              <w:rPr>
                <w:b/>
                <w:color w:val="FFFFFF"/>
                <w:sz w:val="15"/>
              </w:rPr>
              <w:t>PENTRU REFLECȚIE</w:t>
            </w:r>
          </w:p>
        </w:tc>
        <w:tc>
          <w:tcPr>
            <w:tcW w:w="2960" w:type="pct"/>
            <w:shd w:val="clear" w:color="auto" w:fill="F7F2E7"/>
            <w:tcMar>
              <w:top w:w="105" w:type="dxa"/>
              <w:left w:w="130" w:type="dxa"/>
              <w:bottom w:w="105" w:type="dxa"/>
              <w:right w:w="130" w:type="dxa"/>
            </w:tcMar>
          </w:tcPr>
          <w:p w14:paraId="5C5859E4" w14:textId="64D84BDC" w:rsidR="00690563" w:rsidRPr="00E14EE9" w:rsidRDefault="00690563" w:rsidP="00690563">
            <w:pPr>
              <w:rPr>
                <w:lang w:val="it-CH"/>
              </w:rPr>
            </w:pPr>
            <w:r w:rsidRPr="00E14EE9">
              <w:rPr>
                <w:color w:val="263238"/>
                <w:sz w:val="17"/>
                <w:lang w:val="it-CH"/>
              </w:rPr>
              <w:t>Uneori elevul formulează o explicație corectă la scara locală, dar o generalizează nejustificat la scară globală. A-l învăța să întrebe «</w:t>
            </w:r>
            <w:r w:rsidR="00501E5C" w:rsidRPr="00E14EE9">
              <w:rPr>
                <w:color w:val="263238"/>
                <w:sz w:val="17"/>
                <w:lang w:val="it-CH"/>
              </w:rPr>
              <w:t xml:space="preserve">cum se poate manifesta un fenomen/proces </w:t>
            </w:r>
            <w:r w:rsidR="00501E5C" w:rsidRPr="00501E5C">
              <w:rPr>
                <w:color w:val="263238"/>
                <w:sz w:val="17"/>
                <w:lang w:val="ro-RO"/>
              </w:rPr>
              <w:t>geografic</w:t>
            </w:r>
            <w:r w:rsidR="00501E5C" w:rsidRPr="00E14EE9">
              <w:rPr>
                <w:color w:val="263238"/>
                <w:sz w:val="17"/>
                <w:lang w:val="it-CH"/>
              </w:rPr>
              <w:t xml:space="preserve"> în regiuni geografice diferite</w:t>
            </w:r>
            <w:r w:rsidRPr="00E14EE9">
              <w:rPr>
                <w:color w:val="263238"/>
                <w:sz w:val="17"/>
                <w:lang w:val="it-CH"/>
              </w:rPr>
              <w:t>?» este o achiziție geografică importantă.</w:t>
            </w:r>
          </w:p>
        </w:tc>
      </w:tr>
    </w:tbl>
    <w:p w14:paraId="1AF3A39E"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392"/>
        <w:gridCol w:w="6289"/>
      </w:tblGrid>
      <w:tr w:rsidR="00787B6C" w:rsidRPr="00E14EE9" w14:paraId="178324AC" w14:textId="77777777" w:rsidTr="00690563">
        <w:trPr>
          <w:jc w:val="center"/>
        </w:trPr>
        <w:tc>
          <w:tcPr>
            <w:tcW w:w="2056" w:type="pct"/>
            <w:shd w:val="clear" w:color="auto" w:fill="2B6478"/>
            <w:tcMar>
              <w:top w:w="145" w:type="dxa"/>
              <w:left w:w="110" w:type="dxa"/>
              <w:bottom w:w="145" w:type="dxa"/>
              <w:right w:w="110" w:type="dxa"/>
            </w:tcMar>
          </w:tcPr>
          <w:p w14:paraId="0FD8B566" w14:textId="77777777" w:rsidR="00787B6C" w:rsidRDefault="00690563">
            <w:pPr>
              <w:jc w:val="center"/>
            </w:pPr>
            <w:r>
              <w:rPr>
                <w:b/>
                <w:color w:val="FFFFFF"/>
                <w:sz w:val="30"/>
              </w:rPr>
              <w:lastRenderedPageBreak/>
              <w:t>10</w:t>
            </w:r>
          </w:p>
        </w:tc>
        <w:tc>
          <w:tcPr>
            <w:tcW w:w="2944" w:type="pct"/>
            <w:shd w:val="clear" w:color="auto" w:fill="17324D"/>
            <w:tcMar>
              <w:top w:w="120" w:type="dxa"/>
              <w:left w:w="145" w:type="dxa"/>
              <w:bottom w:w="120" w:type="dxa"/>
              <w:right w:w="145" w:type="dxa"/>
            </w:tcMar>
          </w:tcPr>
          <w:p w14:paraId="07B3CB19" w14:textId="77777777" w:rsidR="00787B6C" w:rsidRPr="00E14EE9" w:rsidRDefault="00690563">
            <w:pPr>
              <w:rPr>
                <w:lang w:val="it-CH"/>
              </w:rPr>
            </w:pPr>
            <w:r w:rsidRPr="00E14EE9">
              <w:rPr>
                <w:b/>
                <w:color w:val="FFFFFF"/>
                <w:sz w:val="25"/>
                <w:lang w:val="it-CH"/>
              </w:rPr>
              <w:t>GIS, GPS ȘI IMAGINI SATELITARE</w:t>
            </w:r>
            <w:r w:rsidRPr="00E14EE9">
              <w:rPr>
                <w:lang w:val="it-CH"/>
              </w:rPr>
              <w:br/>
            </w:r>
            <w:r w:rsidRPr="00E14EE9">
              <w:rPr>
                <w:color w:val="DFE8EA"/>
                <w:sz w:val="16"/>
                <w:lang w:val="it-CH"/>
              </w:rPr>
              <w:t>Tehnologia este relevantă când face vizibile relații și schimbări pe care suportul static le arată greu.</w:t>
            </w:r>
          </w:p>
        </w:tc>
      </w:tr>
    </w:tbl>
    <w:p w14:paraId="1D22A2DE"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363"/>
        <w:gridCol w:w="3321"/>
        <w:gridCol w:w="2906"/>
      </w:tblGrid>
      <w:tr w:rsidR="00690563" w14:paraId="53B2E67C" w14:textId="77777777" w:rsidTr="00690563">
        <w:trPr>
          <w:jc w:val="center"/>
        </w:trPr>
        <w:tc>
          <w:tcPr>
            <w:tcW w:w="2060" w:type="pct"/>
            <w:shd w:val="clear" w:color="auto" w:fill="2B6478"/>
            <w:tcMar>
              <w:top w:w="76" w:type="dxa"/>
              <w:left w:w="82" w:type="dxa"/>
              <w:bottom w:w="76" w:type="dxa"/>
              <w:right w:w="82" w:type="dxa"/>
            </w:tcMar>
          </w:tcPr>
          <w:p w14:paraId="54CEE3F5" w14:textId="77777777" w:rsidR="00690563" w:rsidRDefault="00690563" w:rsidP="00690563">
            <w:pPr>
              <w:jc w:val="center"/>
            </w:pPr>
            <w:r>
              <w:rPr>
                <w:b/>
                <w:color w:val="FFFFFF"/>
                <w:sz w:val="14"/>
              </w:rPr>
              <w:t>INSTRUMENT</w:t>
            </w:r>
          </w:p>
        </w:tc>
        <w:tc>
          <w:tcPr>
            <w:tcW w:w="1568" w:type="pct"/>
            <w:shd w:val="clear" w:color="auto" w:fill="3E755A"/>
            <w:tcMar>
              <w:top w:w="76" w:type="dxa"/>
              <w:left w:w="82" w:type="dxa"/>
              <w:bottom w:w="76" w:type="dxa"/>
              <w:right w:w="82" w:type="dxa"/>
            </w:tcMar>
          </w:tcPr>
          <w:p w14:paraId="200C0885" w14:textId="77777777" w:rsidR="00690563" w:rsidRDefault="00690563" w:rsidP="00690563">
            <w:pPr>
              <w:jc w:val="center"/>
            </w:pPr>
            <w:r>
              <w:rPr>
                <w:b/>
                <w:color w:val="FFFFFF"/>
                <w:sz w:val="14"/>
              </w:rPr>
              <w:t>UTILIZARE CU MIZĂ</w:t>
            </w:r>
          </w:p>
        </w:tc>
        <w:tc>
          <w:tcPr>
            <w:tcW w:w="1372" w:type="pct"/>
            <w:shd w:val="clear" w:color="auto" w:fill="17324D"/>
            <w:tcMar>
              <w:top w:w="76" w:type="dxa"/>
              <w:left w:w="82" w:type="dxa"/>
              <w:bottom w:w="76" w:type="dxa"/>
              <w:right w:w="82" w:type="dxa"/>
            </w:tcMar>
          </w:tcPr>
          <w:p w14:paraId="08AF99FB" w14:textId="77777777" w:rsidR="00690563" w:rsidRDefault="00690563" w:rsidP="00690563">
            <w:pPr>
              <w:jc w:val="center"/>
            </w:pPr>
            <w:r>
              <w:rPr>
                <w:b/>
                <w:color w:val="FFFFFF"/>
                <w:sz w:val="14"/>
              </w:rPr>
              <w:t>CHEIE DE VERIFICARE</w:t>
            </w:r>
          </w:p>
        </w:tc>
      </w:tr>
      <w:tr w:rsidR="00690563" w:rsidRPr="00E14EE9" w14:paraId="1A520DBB" w14:textId="77777777" w:rsidTr="00690563">
        <w:trPr>
          <w:jc w:val="center"/>
        </w:trPr>
        <w:tc>
          <w:tcPr>
            <w:tcW w:w="2060" w:type="pct"/>
            <w:shd w:val="clear" w:color="auto" w:fill="F8FAFA"/>
            <w:tcMar>
              <w:top w:w="68" w:type="dxa"/>
              <w:left w:w="78" w:type="dxa"/>
              <w:bottom w:w="68" w:type="dxa"/>
              <w:right w:w="78" w:type="dxa"/>
            </w:tcMar>
          </w:tcPr>
          <w:p w14:paraId="1140F4A6" w14:textId="77777777" w:rsidR="00690563" w:rsidRDefault="00690563" w:rsidP="00690563">
            <w:r>
              <w:rPr>
                <w:color w:val="263238"/>
                <w:sz w:val="15"/>
              </w:rPr>
              <w:t>GPS</w:t>
            </w:r>
          </w:p>
        </w:tc>
        <w:tc>
          <w:tcPr>
            <w:tcW w:w="1568" w:type="pct"/>
            <w:shd w:val="clear" w:color="auto" w:fill="F8FAFA"/>
            <w:tcMar>
              <w:top w:w="68" w:type="dxa"/>
              <w:left w:w="78" w:type="dxa"/>
              <w:bottom w:w="68" w:type="dxa"/>
              <w:right w:w="78" w:type="dxa"/>
            </w:tcMar>
          </w:tcPr>
          <w:p w14:paraId="03F6305E" w14:textId="77777777" w:rsidR="00690563" w:rsidRPr="00E14EE9" w:rsidRDefault="00690563" w:rsidP="00690563">
            <w:pPr>
              <w:rPr>
                <w:lang w:val="it-CH"/>
              </w:rPr>
            </w:pPr>
            <w:r w:rsidRPr="00E14EE9">
              <w:rPr>
                <w:color w:val="263238"/>
                <w:sz w:val="15"/>
                <w:lang w:val="it-CH"/>
              </w:rPr>
              <w:t>traseu, poziție, distanță, colectare de puncte</w:t>
            </w:r>
          </w:p>
        </w:tc>
        <w:tc>
          <w:tcPr>
            <w:tcW w:w="1372" w:type="pct"/>
            <w:shd w:val="clear" w:color="auto" w:fill="F8FAFA"/>
            <w:tcMar>
              <w:top w:w="68" w:type="dxa"/>
              <w:left w:w="78" w:type="dxa"/>
              <w:bottom w:w="68" w:type="dxa"/>
              <w:right w:w="78" w:type="dxa"/>
            </w:tcMar>
          </w:tcPr>
          <w:p w14:paraId="16AA3222" w14:textId="77777777" w:rsidR="00690563" w:rsidRPr="00E14EE9" w:rsidRDefault="00690563" w:rsidP="00690563">
            <w:pPr>
              <w:rPr>
                <w:lang w:val="it-CH"/>
              </w:rPr>
            </w:pPr>
            <w:r w:rsidRPr="00E14EE9">
              <w:rPr>
                <w:color w:val="263238"/>
                <w:sz w:val="15"/>
                <w:lang w:val="it-CH"/>
              </w:rPr>
              <w:t>datele au localizare suficientă pentru întrebare?</w:t>
            </w:r>
          </w:p>
        </w:tc>
      </w:tr>
      <w:tr w:rsidR="00690563" w:rsidRPr="00E14EE9" w14:paraId="5E12AB8F" w14:textId="77777777" w:rsidTr="00690563">
        <w:trPr>
          <w:jc w:val="center"/>
        </w:trPr>
        <w:tc>
          <w:tcPr>
            <w:tcW w:w="2060" w:type="pct"/>
            <w:tcMar>
              <w:top w:w="68" w:type="dxa"/>
              <w:left w:w="78" w:type="dxa"/>
              <w:bottom w:w="68" w:type="dxa"/>
              <w:right w:w="78" w:type="dxa"/>
            </w:tcMar>
          </w:tcPr>
          <w:p w14:paraId="58E58E6E" w14:textId="77777777" w:rsidR="00690563" w:rsidRDefault="00690563" w:rsidP="00690563">
            <w:r>
              <w:rPr>
                <w:color w:val="263238"/>
                <w:sz w:val="15"/>
              </w:rPr>
              <w:t>Google Earth / Maps</w:t>
            </w:r>
          </w:p>
        </w:tc>
        <w:tc>
          <w:tcPr>
            <w:tcW w:w="1568" w:type="pct"/>
            <w:tcMar>
              <w:top w:w="68" w:type="dxa"/>
              <w:left w:w="78" w:type="dxa"/>
              <w:bottom w:w="68" w:type="dxa"/>
              <w:right w:w="78" w:type="dxa"/>
            </w:tcMar>
          </w:tcPr>
          <w:p w14:paraId="79960772" w14:textId="77777777" w:rsidR="00690563" w:rsidRPr="00E14EE9" w:rsidRDefault="00690563" w:rsidP="00690563">
            <w:pPr>
              <w:rPr>
                <w:lang w:val="it-CH"/>
              </w:rPr>
            </w:pPr>
            <w:r w:rsidRPr="00E14EE9">
              <w:rPr>
                <w:color w:val="263238"/>
                <w:sz w:val="15"/>
                <w:lang w:val="it-CH"/>
              </w:rPr>
              <w:t>scară, orientare, măsurare, comparație vizuală</w:t>
            </w:r>
          </w:p>
        </w:tc>
        <w:tc>
          <w:tcPr>
            <w:tcW w:w="1372" w:type="pct"/>
            <w:tcMar>
              <w:top w:w="68" w:type="dxa"/>
              <w:left w:w="78" w:type="dxa"/>
              <w:bottom w:w="68" w:type="dxa"/>
              <w:right w:w="78" w:type="dxa"/>
            </w:tcMar>
          </w:tcPr>
          <w:p w14:paraId="0BA8996D" w14:textId="77777777" w:rsidR="00690563" w:rsidRPr="00E14EE9" w:rsidRDefault="00690563" w:rsidP="00690563">
            <w:pPr>
              <w:rPr>
                <w:lang w:val="it-CH"/>
              </w:rPr>
            </w:pPr>
            <w:r w:rsidRPr="00E14EE9">
              <w:rPr>
                <w:color w:val="263238"/>
                <w:sz w:val="15"/>
                <w:lang w:val="it-CH"/>
              </w:rPr>
              <w:t>elevul poate explica ce a măsurat și de ce?</w:t>
            </w:r>
          </w:p>
        </w:tc>
      </w:tr>
      <w:tr w:rsidR="00690563" w:rsidRPr="00E14EE9" w14:paraId="28186FA1" w14:textId="77777777" w:rsidTr="00690563">
        <w:trPr>
          <w:jc w:val="center"/>
        </w:trPr>
        <w:tc>
          <w:tcPr>
            <w:tcW w:w="2060" w:type="pct"/>
            <w:shd w:val="clear" w:color="auto" w:fill="F8FAFA"/>
            <w:tcMar>
              <w:top w:w="68" w:type="dxa"/>
              <w:left w:w="78" w:type="dxa"/>
              <w:bottom w:w="68" w:type="dxa"/>
              <w:right w:w="78" w:type="dxa"/>
            </w:tcMar>
          </w:tcPr>
          <w:p w14:paraId="0D4C794D" w14:textId="77777777" w:rsidR="00690563" w:rsidRDefault="00690563" w:rsidP="00690563">
            <w:r>
              <w:rPr>
                <w:color w:val="263238"/>
                <w:sz w:val="15"/>
              </w:rPr>
              <w:t xml:space="preserve">Copernicus / </w:t>
            </w:r>
            <w:proofErr w:type="spellStart"/>
            <w:r>
              <w:rPr>
                <w:color w:val="263238"/>
                <w:sz w:val="15"/>
              </w:rPr>
              <w:t>imagini</w:t>
            </w:r>
            <w:proofErr w:type="spellEnd"/>
            <w:r>
              <w:rPr>
                <w:color w:val="263238"/>
                <w:sz w:val="15"/>
              </w:rPr>
              <w:t xml:space="preserve"> </w:t>
            </w:r>
            <w:proofErr w:type="spellStart"/>
            <w:r>
              <w:rPr>
                <w:color w:val="263238"/>
                <w:sz w:val="15"/>
              </w:rPr>
              <w:t>satelitare</w:t>
            </w:r>
            <w:proofErr w:type="spellEnd"/>
          </w:p>
        </w:tc>
        <w:tc>
          <w:tcPr>
            <w:tcW w:w="1568" w:type="pct"/>
            <w:shd w:val="clear" w:color="auto" w:fill="F8FAFA"/>
            <w:tcMar>
              <w:top w:w="68" w:type="dxa"/>
              <w:left w:w="78" w:type="dxa"/>
              <w:bottom w:w="68" w:type="dxa"/>
              <w:right w:w="78" w:type="dxa"/>
            </w:tcMar>
          </w:tcPr>
          <w:p w14:paraId="49D6251C" w14:textId="77777777" w:rsidR="00690563" w:rsidRPr="00E14EE9" w:rsidRDefault="00690563" w:rsidP="00690563">
            <w:pPr>
              <w:rPr>
                <w:lang w:val="it-CH"/>
              </w:rPr>
            </w:pPr>
            <w:r w:rsidRPr="00E14EE9">
              <w:rPr>
                <w:color w:val="263238"/>
                <w:sz w:val="15"/>
                <w:lang w:val="it-CH"/>
              </w:rPr>
              <w:t>schimbări de vegetație, apă, urbanizare, litoral</w:t>
            </w:r>
          </w:p>
        </w:tc>
        <w:tc>
          <w:tcPr>
            <w:tcW w:w="1372" w:type="pct"/>
            <w:shd w:val="clear" w:color="auto" w:fill="F8FAFA"/>
            <w:tcMar>
              <w:top w:w="68" w:type="dxa"/>
              <w:left w:w="78" w:type="dxa"/>
              <w:bottom w:w="68" w:type="dxa"/>
              <w:right w:w="78" w:type="dxa"/>
            </w:tcMar>
          </w:tcPr>
          <w:p w14:paraId="375A8E78" w14:textId="77777777" w:rsidR="00690563" w:rsidRPr="00E14EE9" w:rsidRDefault="00690563" w:rsidP="00690563">
            <w:pPr>
              <w:rPr>
                <w:lang w:val="it-CH"/>
              </w:rPr>
            </w:pPr>
            <w:r w:rsidRPr="00E14EE9">
              <w:rPr>
                <w:color w:val="263238"/>
                <w:sz w:val="15"/>
                <w:lang w:val="it-CH"/>
              </w:rPr>
              <w:t>compară momente și indicatori comparabili?</w:t>
            </w:r>
          </w:p>
        </w:tc>
      </w:tr>
      <w:tr w:rsidR="00690563" w14:paraId="300CC9FC" w14:textId="77777777" w:rsidTr="00690563">
        <w:trPr>
          <w:jc w:val="center"/>
        </w:trPr>
        <w:tc>
          <w:tcPr>
            <w:tcW w:w="2060" w:type="pct"/>
            <w:tcMar>
              <w:top w:w="68" w:type="dxa"/>
              <w:left w:w="78" w:type="dxa"/>
              <w:bottom w:w="68" w:type="dxa"/>
              <w:right w:w="78" w:type="dxa"/>
            </w:tcMar>
          </w:tcPr>
          <w:p w14:paraId="4C7F4BC1" w14:textId="77777777" w:rsidR="00690563" w:rsidRDefault="00690563" w:rsidP="00690563">
            <w:r>
              <w:rPr>
                <w:color w:val="263238"/>
                <w:sz w:val="15"/>
              </w:rPr>
              <w:t xml:space="preserve">GIS cu </w:t>
            </w:r>
            <w:proofErr w:type="spellStart"/>
            <w:r>
              <w:rPr>
                <w:color w:val="263238"/>
                <w:sz w:val="15"/>
              </w:rPr>
              <w:t>straturi</w:t>
            </w:r>
            <w:proofErr w:type="spellEnd"/>
            <w:r>
              <w:rPr>
                <w:color w:val="263238"/>
                <w:sz w:val="15"/>
              </w:rPr>
              <w:t xml:space="preserve"> </w:t>
            </w:r>
            <w:proofErr w:type="spellStart"/>
            <w:r>
              <w:rPr>
                <w:color w:val="263238"/>
                <w:sz w:val="15"/>
              </w:rPr>
              <w:t>tematice</w:t>
            </w:r>
            <w:proofErr w:type="spellEnd"/>
          </w:p>
        </w:tc>
        <w:tc>
          <w:tcPr>
            <w:tcW w:w="1568" w:type="pct"/>
            <w:tcMar>
              <w:top w:w="68" w:type="dxa"/>
              <w:left w:w="78" w:type="dxa"/>
              <w:bottom w:w="68" w:type="dxa"/>
              <w:right w:w="78" w:type="dxa"/>
            </w:tcMar>
          </w:tcPr>
          <w:p w14:paraId="4A8A03E7" w14:textId="77777777" w:rsidR="00690563" w:rsidRDefault="00690563" w:rsidP="00690563">
            <w:proofErr w:type="spellStart"/>
            <w:r>
              <w:rPr>
                <w:color w:val="263238"/>
                <w:sz w:val="15"/>
              </w:rPr>
              <w:t>relații</w:t>
            </w:r>
            <w:proofErr w:type="spellEnd"/>
            <w:r>
              <w:rPr>
                <w:color w:val="263238"/>
                <w:sz w:val="15"/>
              </w:rPr>
              <w:t xml:space="preserve"> </w:t>
            </w:r>
            <w:proofErr w:type="spellStart"/>
            <w:r>
              <w:rPr>
                <w:color w:val="263238"/>
                <w:sz w:val="15"/>
              </w:rPr>
              <w:t>spațiale</w:t>
            </w:r>
            <w:proofErr w:type="spellEnd"/>
            <w:r>
              <w:rPr>
                <w:color w:val="263238"/>
                <w:sz w:val="15"/>
              </w:rPr>
              <w:t xml:space="preserve">, </w:t>
            </w:r>
            <w:proofErr w:type="spellStart"/>
            <w:r>
              <w:rPr>
                <w:color w:val="263238"/>
                <w:sz w:val="15"/>
              </w:rPr>
              <w:t>risc</w:t>
            </w:r>
            <w:proofErr w:type="spellEnd"/>
            <w:r>
              <w:rPr>
                <w:color w:val="263238"/>
                <w:sz w:val="15"/>
              </w:rPr>
              <w:t xml:space="preserve">, </w:t>
            </w:r>
            <w:proofErr w:type="spellStart"/>
            <w:r>
              <w:rPr>
                <w:color w:val="263238"/>
                <w:sz w:val="15"/>
              </w:rPr>
              <w:t>resurse</w:t>
            </w:r>
            <w:proofErr w:type="spellEnd"/>
          </w:p>
        </w:tc>
        <w:tc>
          <w:tcPr>
            <w:tcW w:w="1372" w:type="pct"/>
            <w:tcMar>
              <w:top w:w="68" w:type="dxa"/>
              <w:left w:w="78" w:type="dxa"/>
              <w:bottom w:w="68" w:type="dxa"/>
              <w:right w:w="78" w:type="dxa"/>
            </w:tcMar>
          </w:tcPr>
          <w:p w14:paraId="2BC49820" w14:textId="77777777" w:rsidR="00690563" w:rsidRDefault="00690563" w:rsidP="00690563">
            <w:proofErr w:type="spellStart"/>
            <w:r>
              <w:rPr>
                <w:color w:val="263238"/>
                <w:sz w:val="15"/>
              </w:rPr>
              <w:t>poate</w:t>
            </w:r>
            <w:proofErr w:type="spellEnd"/>
            <w:r>
              <w:rPr>
                <w:color w:val="263238"/>
                <w:sz w:val="15"/>
              </w:rPr>
              <w:t xml:space="preserve"> </w:t>
            </w:r>
            <w:proofErr w:type="spellStart"/>
            <w:r>
              <w:rPr>
                <w:color w:val="263238"/>
                <w:sz w:val="15"/>
              </w:rPr>
              <w:t>explica</w:t>
            </w:r>
            <w:proofErr w:type="spellEnd"/>
            <w:r>
              <w:rPr>
                <w:color w:val="263238"/>
                <w:sz w:val="15"/>
              </w:rPr>
              <w:t xml:space="preserve"> </w:t>
            </w:r>
            <w:proofErr w:type="spellStart"/>
            <w:r>
              <w:rPr>
                <w:color w:val="263238"/>
                <w:sz w:val="15"/>
              </w:rPr>
              <w:t>semnificația</w:t>
            </w:r>
            <w:proofErr w:type="spellEnd"/>
            <w:r>
              <w:rPr>
                <w:color w:val="263238"/>
                <w:sz w:val="15"/>
              </w:rPr>
              <w:t xml:space="preserve"> </w:t>
            </w:r>
            <w:proofErr w:type="spellStart"/>
            <w:r>
              <w:rPr>
                <w:color w:val="263238"/>
                <w:sz w:val="15"/>
              </w:rPr>
              <w:t>suprapunerii</w:t>
            </w:r>
            <w:proofErr w:type="spellEnd"/>
            <w:r>
              <w:rPr>
                <w:color w:val="263238"/>
                <w:sz w:val="15"/>
              </w:rPr>
              <w:t>?</w:t>
            </w:r>
          </w:p>
        </w:tc>
      </w:tr>
      <w:tr w:rsidR="00690563" w:rsidRPr="00E14EE9" w14:paraId="5EF821C8" w14:textId="77777777" w:rsidTr="00690563">
        <w:trPr>
          <w:jc w:val="center"/>
        </w:trPr>
        <w:tc>
          <w:tcPr>
            <w:tcW w:w="2060" w:type="pct"/>
            <w:shd w:val="clear" w:color="auto" w:fill="F8FAFA"/>
            <w:tcMar>
              <w:top w:w="68" w:type="dxa"/>
              <w:left w:w="78" w:type="dxa"/>
              <w:bottom w:w="68" w:type="dxa"/>
              <w:right w:w="78" w:type="dxa"/>
            </w:tcMar>
          </w:tcPr>
          <w:p w14:paraId="75AD9186" w14:textId="77777777" w:rsidR="00690563" w:rsidRDefault="00690563" w:rsidP="00690563">
            <w:r>
              <w:rPr>
                <w:color w:val="263238"/>
                <w:sz w:val="15"/>
              </w:rPr>
              <w:t xml:space="preserve">model numeric al </w:t>
            </w:r>
            <w:proofErr w:type="spellStart"/>
            <w:r>
              <w:rPr>
                <w:color w:val="263238"/>
                <w:sz w:val="15"/>
              </w:rPr>
              <w:t>terenului</w:t>
            </w:r>
            <w:proofErr w:type="spellEnd"/>
          </w:p>
        </w:tc>
        <w:tc>
          <w:tcPr>
            <w:tcW w:w="1568" w:type="pct"/>
            <w:shd w:val="clear" w:color="auto" w:fill="F8FAFA"/>
            <w:tcMar>
              <w:top w:w="68" w:type="dxa"/>
              <w:left w:w="78" w:type="dxa"/>
              <w:bottom w:w="68" w:type="dxa"/>
              <w:right w:w="78" w:type="dxa"/>
            </w:tcMar>
          </w:tcPr>
          <w:p w14:paraId="1EB4BEBD" w14:textId="77777777" w:rsidR="00690563" w:rsidRDefault="00690563" w:rsidP="00690563">
            <w:proofErr w:type="spellStart"/>
            <w:r>
              <w:rPr>
                <w:color w:val="263238"/>
                <w:sz w:val="15"/>
              </w:rPr>
              <w:t>altitudine</w:t>
            </w:r>
            <w:proofErr w:type="spellEnd"/>
            <w:r>
              <w:rPr>
                <w:color w:val="263238"/>
                <w:sz w:val="15"/>
              </w:rPr>
              <w:t xml:space="preserve">, </w:t>
            </w:r>
            <w:proofErr w:type="spellStart"/>
            <w:r>
              <w:rPr>
                <w:color w:val="263238"/>
                <w:sz w:val="15"/>
              </w:rPr>
              <w:t>pantă</w:t>
            </w:r>
            <w:proofErr w:type="spellEnd"/>
            <w:r>
              <w:rPr>
                <w:color w:val="263238"/>
                <w:sz w:val="15"/>
              </w:rPr>
              <w:t xml:space="preserve">, </w:t>
            </w:r>
            <w:proofErr w:type="spellStart"/>
            <w:r>
              <w:rPr>
                <w:color w:val="263238"/>
                <w:sz w:val="15"/>
              </w:rPr>
              <w:t>profil</w:t>
            </w:r>
            <w:proofErr w:type="spellEnd"/>
          </w:p>
        </w:tc>
        <w:tc>
          <w:tcPr>
            <w:tcW w:w="1372" w:type="pct"/>
            <w:shd w:val="clear" w:color="auto" w:fill="F8FAFA"/>
            <w:tcMar>
              <w:top w:w="68" w:type="dxa"/>
              <w:left w:w="78" w:type="dxa"/>
              <w:bottom w:w="68" w:type="dxa"/>
              <w:right w:w="78" w:type="dxa"/>
            </w:tcMar>
          </w:tcPr>
          <w:p w14:paraId="17061248" w14:textId="77777777" w:rsidR="00690563" w:rsidRPr="00E14EE9" w:rsidRDefault="00690563" w:rsidP="00690563">
            <w:pPr>
              <w:rPr>
                <w:lang w:val="it-CH"/>
              </w:rPr>
            </w:pPr>
            <w:r w:rsidRPr="00E14EE9">
              <w:rPr>
                <w:color w:val="263238"/>
                <w:sz w:val="15"/>
                <w:lang w:val="it-CH"/>
              </w:rPr>
              <w:t>înțelege diferența dintre model și teren?</w:t>
            </w:r>
          </w:p>
        </w:tc>
      </w:tr>
    </w:tbl>
    <w:p w14:paraId="7034D663" w14:textId="77777777" w:rsidR="00690563" w:rsidRPr="00E14EE9" w:rsidRDefault="00690563">
      <w:pPr>
        <w:rPr>
          <w:lang w:val="it-CH"/>
        </w:rPr>
      </w:pPr>
    </w:p>
    <w:tbl>
      <w:tblPr>
        <w:tblW w:w="5000" w:type="pct"/>
        <w:jc w:val="center"/>
        <w:tblLook w:val="04A0" w:firstRow="1" w:lastRow="0" w:firstColumn="1" w:lastColumn="0" w:noHBand="0" w:noVBand="1"/>
      </w:tblPr>
      <w:tblGrid>
        <w:gridCol w:w="4392"/>
        <w:gridCol w:w="6269"/>
      </w:tblGrid>
      <w:tr w:rsidR="00690563" w14:paraId="72701379" w14:textId="77777777" w:rsidTr="00690563">
        <w:trPr>
          <w:jc w:val="center"/>
        </w:trPr>
        <w:tc>
          <w:tcPr>
            <w:tcW w:w="2056" w:type="pct"/>
            <w:shd w:val="clear" w:color="auto" w:fill="65506F"/>
            <w:tcMar>
              <w:top w:w="105" w:type="dxa"/>
              <w:left w:w="105" w:type="dxa"/>
              <w:bottom w:w="105" w:type="dxa"/>
              <w:right w:w="105" w:type="dxa"/>
            </w:tcMar>
          </w:tcPr>
          <w:p w14:paraId="361180E9" w14:textId="77777777" w:rsidR="00690563" w:rsidRDefault="00690563" w:rsidP="00690563">
            <w:pPr>
              <w:jc w:val="center"/>
            </w:pPr>
            <w:r>
              <w:rPr>
                <w:b/>
                <w:color w:val="FFFFFF"/>
                <w:sz w:val="15"/>
              </w:rPr>
              <w:t>LIMITĂ</w:t>
            </w:r>
          </w:p>
        </w:tc>
        <w:tc>
          <w:tcPr>
            <w:tcW w:w="2935" w:type="pct"/>
            <w:shd w:val="clear" w:color="auto" w:fill="F3EFF5"/>
            <w:tcMar>
              <w:top w:w="105" w:type="dxa"/>
              <w:left w:w="130" w:type="dxa"/>
              <w:bottom w:w="105" w:type="dxa"/>
              <w:right w:w="130" w:type="dxa"/>
            </w:tcMar>
          </w:tcPr>
          <w:p w14:paraId="588B48AE" w14:textId="77777777" w:rsidR="00690563" w:rsidRDefault="00690563" w:rsidP="00690563">
            <w:proofErr w:type="spellStart"/>
            <w:r>
              <w:rPr>
                <w:color w:val="263238"/>
                <w:sz w:val="17"/>
              </w:rPr>
              <w:t>Dacă</w:t>
            </w:r>
            <w:proofErr w:type="spellEnd"/>
            <w:r>
              <w:rPr>
                <w:color w:val="263238"/>
                <w:sz w:val="17"/>
              </w:rPr>
              <w:t xml:space="preserve"> </w:t>
            </w:r>
            <w:proofErr w:type="spellStart"/>
            <w:r>
              <w:rPr>
                <w:color w:val="263238"/>
                <w:sz w:val="17"/>
              </w:rPr>
              <w:t>elevul</w:t>
            </w:r>
            <w:proofErr w:type="spellEnd"/>
            <w:r>
              <w:rPr>
                <w:color w:val="263238"/>
                <w:sz w:val="17"/>
              </w:rPr>
              <w:t xml:space="preserve"> </w:t>
            </w:r>
            <w:proofErr w:type="spellStart"/>
            <w:r>
              <w:rPr>
                <w:color w:val="263238"/>
                <w:sz w:val="17"/>
              </w:rPr>
              <w:t>apasă</w:t>
            </w:r>
            <w:proofErr w:type="spellEnd"/>
            <w:r>
              <w:rPr>
                <w:color w:val="263238"/>
                <w:sz w:val="17"/>
              </w:rPr>
              <w:t xml:space="preserve"> </w:t>
            </w:r>
            <w:proofErr w:type="spellStart"/>
            <w:r>
              <w:rPr>
                <w:color w:val="263238"/>
                <w:sz w:val="17"/>
              </w:rPr>
              <w:t>butoane</w:t>
            </w:r>
            <w:proofErr w:type="spellEnd"/>
            <w:r>
              <w:rPr>
                <w:color w:val="263238"/>
                <w:sz w:val="17"/>
              </w:rPr>
              <w:t xml:space="preserve"> </w:t>
            </w:r>
            <w:proofErr w:type="spellStart"/>
            <w:r>
              <w:rPr>
                <w:color w:val="263238"/>
                <w:sz w:val="17"/>
              </w:rPr>
              <w:t>într</w:t>
            </w:r>
            <w:proofErr w:type="spellEnd"/>
            <w:r>
              <w:rPr>
                <w:color w:val="263238"/>
                <w:sz w:val="17"/>
              </w:rPr>
              <w:t xml:space="preserve">-o </w:t>
            </w:r>
            <w:proofErr w:type="spellStart"/>
            <w:r>
              <w:rPr>
                <w:color w:val="263238"/>
                <w:sz w:val="17"/>
              </w:rPr>
              <w:t>aplicație</w:t>
            </w:r>
            <w:proofErr w:type="spellEnd"/>
            <w:r>
              <w:rPr>
                <w:color w:val="263238"/>
                <w:sz w:val="17"/>
              </w:rPr>
              <w:t xml:space="preserve">, </w:t>
            </w:r>
            <w:proofErr w:type="spellStart"/>
            <w:r>
              <w:rPr>
                <w:color w:val="263238"/>
                <w:sz w:val="17"/>
              </w:rPr>
              <w:t>dar</w:t>
            </w:r>
            <w:proofErr w:type="spellEnd"/>
            <w:r>
              <w:rPr>
                <w:color w:val="263238"/>
                <w:sz w:val="17"/>
              </w:rPr>
              <w:t xml:space="preserve"> nu </w:t>
            </w:r>
            <w:proofErr w:type="spellStart"/>
            <w:r>
              <w:rPr>
                <w:color w:val="263238"/>
                <w:sz w:val="17"/>
              </w:rPr>
              <w:t>poate</w:t>
            </w:r>
            <w:proofErr w:type="spellEnd"/>
            <w:r>
              <w:rPr>
                <w:color w:val="263238"/>
                <w:sz w:val="17"/>
              </w:rPr>
              <w:t xml:space="preserve"> formula </w:t>
            </w:r>
            <w:proofErr w:type="spellStart"/>
            <w:r>
              <w:rPr>
                <w:color w:val="263238"/>
                <w:sz w:val="17"/>
              </w:rPr>
              <w:t>întrebarea</w:t>
            </w:r>
            <w:proofErr w:type="spellEnd"/>
            <w:r>
              <w:rPr>
                <w:color w:val="263238"/>
                <w:sz w:val="17"/>
              </w:rPr>
              <w:t xml:space="preserve"> </w:t>
            </w:r>
            <w:proofErr w:type="spellStart"/>
            <w:r>
              <w:rPr>
                <w:color w:val="263238"/>
                <w:sz w:val="17"/>
              </w:rPr>
              <w:t>geografică</w:t>
            </w:r>
            <w:proofErr w:type="spellEnd"/>
            <w:r>
              <w:rPr>
                <w:color w:val="263238"/>
                <w:sz w:val="17"/>
              </w:rPr>
              <w:t xml:space="preserve"> </w:t>
            </w:r>
            <w:proofErr w:type="spellStart"/>
            <w:r>
              <w:rPr>
                <w:color w:val="263238"/>
                <w:sz w:val="17"/>
              </w:rPr>
              <w:t>și</w:t>
            </w:r>
            <w:proofErr w:type="spellEnd"/>
            <w:r>
              <w:rPr>
                <w:color w:val="263238"/>
                <w:sz w:val="17"/>
              </w:rPr>
              <w:t xml:space="preserve"> </w:t>
            </w:r>
            <w:proofErr w:type="spellStart"/>
            <w:r>
              <w:rPr>
                <w:color w:val="263238"/>
                <w:sz w:val="17"/>
              </w:rPr>
              <w:t>interpreta</w:t>
            </w:r>
            <w:proofErr w:type="spellEnd"/>
            <w:r>
              <w:rPr>
                <w:color w:val="263238"/>
                <w:sz w:val="17"/>
              </w:rPr>
              <w:t xml:space="preserve"> </w:t>
            </w:r>
            <w:proofErr w:type="spellStart"/>
            <w:r>
              <w:rPr>
                <w:color w:val="263238"/>
                <w:sz w:val="17"/>
              </w:rPr>
              <w:t>rezultatul</w:t>
            </w:r>
            <w:proofErr w:type="spellEnd"/>
            <w:r>
              <w:rPr>
                <w:color w:val="263238"/>
                <w:sz w:val="17"/>
              </w:rPr>
              <w:t xml:space="preserve">, </w:t>
            </w:r>
            <w:proofErr w:type="spellStart"/>
            <w:r>
              <w:rPr>
                <w:color w:val="263238"/>
                <w:sz w:val="17"/>
              </w:rPr>
              <w:t>avem</w:t>
            </w:r>
            <w:proofErr w:type="spellEnd"/>
            <w:r>
              <w:rPr>
                <w:color w:val="263238"/>
                <w:sz w:val="17"/>
              </w:rPr>
              <w:t xml:space="preserve"> </w:t>
            </w:r>
            <w:proofErr w:type="spellStart"/>
            <w:r>
              <w:rPr>
                <w:color w:val="263238"/>
                <w:sz w:val="17"/>
              </w:rPr>
              <w:t>competență</w:t>
            </w:r>
            <w:proofErr w:type="spellEnd"/>
            <w:r>
              <w:rPr>
                <w:color w:val="263238"/>
                <w:sz w:val="17"/>
              </w:rPr>
              <w:t xml:space="preserve"> </w:t>
            </w:r>
            <w:proofErr w:type="spellStart"/>
            <w:r>
              <w:rPr>
                <w:color w:val="263238"/>
                <w:sz w:val="17"/>
              </w:rPr>
              <w:t>tehnică</w:t>
            </w:r>
            <w:proofErr w:type="spellEnd"/>
            <w:r>
              <w:rPr>
                <w:color w:val="263238"/>
                <w:sz w:val="17"/>
              </w:rPr>
              <w:t xml:space="preserve"> </w:t>
            </w:r>
            <w:proofErr w:type="spellStart"/>
            <w:r>
              <w:rPr>
                <w:color w:val="263238"/>
                <w:sz w:val="17"/>
              </w:rPr>
              <w:t>incipientă</w:t>
            </w:r>
            <w:proofErr w:type="spellEnd"/>
            <w:r>
              <w:rPr>
                <w:color w:val="263238"/>
                <w:sz w:val="17"/>
              </w:rPr>
              <w:t xml:space="preserve">, nu </w:t>
            </w:r>
            <w:proofErr w:type="spellStart"/>
            <w:r>
              <w:rPr>
                <w:color w:val="263238"/>
                <w:sz w:val="17"/>
              </w:rPr>
              <w:t>gândire</w:t>
            </w:r>
            <w:proofErr w:type="spellEnd"/>
            <w:r>
              <w:rPr>
                <w:color w:val="263238"/>
                <w:sz w:val="17"/>
              </w:rPr>
              <w:t xml:space="preserve"> </w:t>
            </w:r>
            <w:proofErr w:type="spellStart"/>
            <w:r>
              <w:rPr>
                <w:color w:val="263238"/>
                <w:sz w:val="17"/>
              </w:rPr>
              <w:t>geografică</w:t>
            </w:r>
            <w:proofErr w:type="spellEnd"/>
            <w:r>
              <w:rPr>
                <w:color w:val="263238"/>
                <w:sz w:val="17"/>
              </w:rPr>
              <w:t xml:space="preserve"> </w:t>
            </w:r>
            <w:proofErr w:type="spellStart"/>
            <w:r>
              <w:rPr>
                <w:color w:val="263238"/>
                <w:sz w:val="17"/>
              </w:rPr>
              <w:t>dezvoltată</w:t>
            </w:r>
            <w:proofErr w:type="spellEnd"/>
            <w:r>
              <w:rPr>
                <w:color w:val="263238"/>
                <w:sz w:val="17"/>
              </w:rPr>
              <w:t>.</w:t>
            </w:r>
          </w:p>
        </w:tc>
      </w:tr>
    </w:tbl>
    <w:p w14:paraId="50A8081C" w14:textId="77777777" w:rsidR="00787B6C" w:rsidRDefault="00690563">
      <w:r>
        <w:br w:type="page"/>
      </w:r>
    </w:p>
    <w:tbl>
      <w:tblPr>
        <w:tblW w:w="5000" w:type="pct"/>
        <w:jc w:val="center"/>
        <w:tblLook w:val="04A0" w:firstRow="1" w:lastRow="0" w:firstColumn="1" w:lastColumn="0" w:noHBand="0" w:noVBand="1"/>
      </w:tblPr>
      <w:tblGrid>
        <w:gridCol w:w="4351"/>
        <w:gridCol w:w="6330"/>
      </w:tblGrid>
      <w:tr w:rsidR="00787B6C" w:rsidRPr="00E14EE9" w14:paraId="69827873" w14:textId="77777777" w:rsidTr="00690563">
        <w:trPr>
          <w:jc w:val="center"/>
        </w:trPr>
        <w:tc>
          <w:tcPr>
            <w:tcW w:w="2037" w:type="pct"/>
            <w:shd w:val="clear" w:color="auto" w:fill="2B6478"/>
            <w:tcMar>
              <w:top w:w="145" w:type="dxa"/>
              <w:left w:w="110" w:type="dxa"/>
              <w:bottom w:w="145" w:type="dxa"/>
              <w:right w:w="110" w:type="dxa"/>
            </w:tcMar>
          </w:tcPr>
          <w:p w14:paraId="594BFD73" w14:textId="77777777" w:rsidR="00787B6C" w:rsidRDefault="00690563">
            <w:pPr>
              <w:jc w:val="center"/>
            </w:pPr>
            <w:r>
              <w:rPr>
                <w:b/>
                <w:color w:val="FFFFFF"/>
                <w:sz w:val="30"/>
              </w:rPr>
              <w:lastRenderedPageBreak/>
              <w:t>11</w:t>
            </w:r>
          </w:p>
        </w:tc>
        <w:tc>
          <w:tcPr>
            <w:tcW w:w="2963" w:type="pct"/>
            <w:shd w:val="clear" w:color="auto" w:fill="17324D"/>
            <w:tcMar>
              <w:top w:w="120" w:type="dxa"/>
              <w:left w:w="145" w:type="dxa"/>
              <w:bottom w:w="120" w:type="dxa"/>
              <w:right w:w="145" w:type="dxa"/>
            </w:tcMar>
          </w:tcPr>
          <w:p w14:paraId="53471877" w14:textId="77777777" w:rsidR="00787B6C" w:rsidRPr="00E14EE9" w:rsidRDefault="00690563">
            <w:pPr>
              <w:rPr>
                <w:lang w:val="it-CH"/>
              </w:rPr>
            </w:pPr>
            <w:r w:rsidRPr="00E14EE9">
              <w:rPr>
                <w:b/>
                <w:color w:val="FFFFFF"/>
                <w:sz w:val="25"/>
                <w:lang w:val="it-CH"/>
              </w:rPr>
              <w:t>GEOLOGIA, RESURSELE ȘI TIMPUL GEOLOGIC</w:t>
            </w:r>
            <w:r w:rsidRPr="00E14EE9">
              <w:rPr>
                <w:lang w:val="it-CH"/>
              </w:rPr>
              <w:br/>
            </w:r>
            <w:r w:rsidRPr="00E14EE9">
              <w:rPr>
                <w:color w:val="DFE8EA"/>
                <w:sz w:val="16"/>
                <w:lang w:val="it-CH"/>
              </w:rPr>
              <w:t>Un domeniu nou explicit la clasa a IX-a, care leagă dinamica internă, resursele, riscurile și istoria Pământului.</w:t>
            </w:r>
          </w:p>
        </w:tc>
      </w:tr>
    </w:tbl>
    <w:p w14:paraId="4D53D135"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322"/>
        <w:gridCol w:w="3385"/>
        <w:gridCol w:w="2883"/>
      </w:tblGrid>
      <w:tr w:rsidR="00690563" w14:paraId="0BAF3AF7" w14:textId="77777777" w:rsidTr="00690563">
        <w:trPr>
          <w:jc w:val="center"/>
        </w:trPr>
        <w:tc>
          <w:tcPr>
            <w:tcW w:w="2041" w:type="pct"/>
            <w:shd w:val="clear" w:color="auto" w:fill="17324D"/>
            <w:tcMar>
              <w:top w:w="76" w:type="dxa"/>
              <w:left w:w="82" w:type="dxa"/>
              <w:bottom w:w="76" w:type="dxa"/>
              <w:right w:w="82" w:type="dxa"/>
            </w:tcMar>
          </w:tcPr>
          <w:p w14:paraId="238DBAA4" w14:textId="77777777" w:rsidR="00690563" w:rsidRDefault="00690563" w:rsidP="00690563">
            <w:pPr>
              <w:jc w:val="center"/>
            </w:pPr>
            <w:r>
              <w:rPr>
                <w:b/>
                <w:color w:val="FFFFFF"/>
                <w:sz w:val="14"/>
              </w:rPr>
              <w:t>FIR</w:t>
            </w:r>
          </w:p>
        </w:tc>
        <w:tc>
          <w:tcPr>
            <w:tcW w:w="1598" w:type="pct"/>
            <w:shd w:val="clear" w:color="auto" w:fill="2B6478"/>
            <w:tcMar>
              <w:top w:w="76" w:type="dxa"/>
              <w:left w:w="82" w:type="dxa"/>
              <w:bottom w:w="76" w:type="dxa"/>
              <w:right w:w="82" w:type="dxa"/>
            </w:tcMar>
          </w:tcPr>
          <w:p w14:paraId="0F3DFDFF" w14:textId="77777777" w:rsidR="00690563" w:rsidRDefault="00690563" w:rsidP="00690563">
            <w:pPr>
              <w:jc w:val="center"/>
            </w:pPr>
            <w:r>
              <w:rPr>
                <w:b/>
                <w:color w:val="FFFFFF"/>
                <w:sz w:val="14"/>
              </w:rPr>
              <w:t>ÎNTREBARE</w:t>
            </w:r>
          </w:p>
        </w:tc>
        <w:tc>
          <w:tcPr>
            <w:tcW w:w="1361" w:type="pct"/>
            <w:shd w:val="clear" w:color="auto" w:fill="3E755A"/>
            <w:tcMar>
              <w:top w:w="76" w:type="dxa"/>
              <w:left w:w="82" w:type="dxa"/>
              <w:bottom w:w="76" w:type="dxa"/>
              <w:right w:w="82" w:type="dxa"/>
            </w:tcMar>
          </w:tcPr>
          <w:p w14:paraId="5845E000" w14:textId="77777777" w:rsidR="00690563" w:rsidRDefault="00690563" w:rsidP="00690563">
            <w:pPr>
              <w:jc w:val="center"/>
            </w:pPr>
            <w:r>
              <w:rPr>
                <w:b/>
                <w:color w:val="FFFFFF"/>
                <w:sz w:val="14"/>
              </w:rPr>
              <w:t>PRODUS</w:t>
            </w:r>
          </w:p>
        </w:tc>
      </w:tr>
      <w:tr w:rsidR="00690563" w14:paraId="5C74A6C2" w14:textId="77777777" w:rsidTr="00690563">
        <w:trPr>
          <w:jc w:val="center"/>
        </w:trPr>
        <w:tc>
          <w:tcPr>
            <w:tcW w:w="2041" w:type="pct"/>
            <w:shd w:val="clear" w:color="auto" w:fill="F8FAFA"/>
            <w:tcMar>
              <w:top w:w="68" w:type="dxa"/>
              <w:left w:w="78" w:type="dxa"/>
              <w:bottom w:w="68" w:type="dxa"/>
              <w:right w:w="78" w:type="dxa"/>
            </w:tcMar>
          </w:tcPr>
          <w:p w14:paraId="5C75DCD6" w14:textId="77777777" w:rsidR="00690563" w:rsidRDefault="00690563" w:rsidP="00690563">
            <w:proofErr w:type="spellStart"/>
            <w:r>
              <w:rPr>
                <w:color w:val="263238"/>
                <w:sz w:val="15"/>
              </w:rPr>
              <w:t>structura</w:t>
            </w:r>
            <w:proofErr w:type="spellEnd"/>
            <w:r>
              <w:rPr>
                <w:color w:val="263238"/>
                <w:sz w:val="15"/>
              </w:rPr>
              <w:t xml:space="preserve"> </w:t>
            </w:r>
            <w:proofErr w:type="spellStart"/>
            <w:r>
              <w:rPr>
                <w:color w:val="263238"/>
                <w:sz w:val="15"/>
              </w:rPr>
              <w:t>internă</w:t>
            </w:r>
            <w:proofErr w:type="spellEnd"/>
          </w:p>
        </w:tc>
        <w:tc>
          <w:tcPr>
            <w:tcW w:w="1598" w:type="pct"/>
            <w:shd w:val="clear" w:color="auto" w:fill="F8FAFA"/>
            <w:tcMar>
              <w:top w:w="68" w:type="dxa"/>
              <w:left w:w="78" w:type="dxa"/>
              <w:bottom w:w="68" w:type="dxa"/>
              <w:right w:w="78" w:type="dxa"/>
            </w:tcMar>
          </w:tcPr>
          <w:p w14:paraId="30A5E60B" w14:textId="77777777" w:rsidR="00690563" w:rsidRPr="00E14EE9" w:rsidRDefault="00690563" w:rsidP="00690563">
            <w:pPr>
              <w:rPr>
                <w:lang w:val="it-CH"/>
              </w:rPr>
            </w:pPr>
            <w:r w:rsidRPr="00E14EE9">
              <w:rPr>
                <w:color w:val="263238"/>
                <w:sz w:val="15"/>
                <w:lang w:val="it-CH"/>
              </w:rPr>
              <w:t>Ce dovezi indirecte ne permit să înțelegem interiorul Terrei?</w:t>
            </w:r>
          </w:p>
        </w:tc>
        <w:tc>
          <w:tcPr>
            <w:tcW w:w="1361" w:type="pct"/>
            <w:shd w:val="clear" w:color="auto" w:fill="F8FAFA"/>
            <w:tcMar>
              <w:top w:w="68" w:type="dxa"/>
              <w:left w:w="78" w:type="dxa"/>
              <w:bottom w:w="68" w:type="dxa"/>
              <w:right w:w="78" w:type="dxa"/>
            </w:tcMar>
          </w:tcPr>
          <w:p w14:paraId="677707D7" w14:textId="77777777" w:rsidR="00690563" w:rsidRDefault="00690563" w:rsidP="00690563">
            <w:proofErr w:type="spellStart"/>
            <w:r>
              <w:rPr>
                <w:color w:val="263238"/>
                <w:sz w:val="15"/>
              </w:rPr>
              <w:t>schemă</w:t>
            </w:r>
            <w:proofErr w:type="spellEnd"/>
            <w:r>
              <w:rPr>
                <w:color w:val="263238"/>
                <w:sz w:val="15"/>
              </w:rPr>
              <w:t xml:space="preserve"> </w:t>
            </w:r>
            <w:proofErr w:type="spellStart"/>
            <w:r>
              <w:rPr>
                <w:color w:val="263238"/>
                <w:sz w:val="15"/>
              </w:rPr>
              <w:t>explicativă</w:t>
            </w:r>
            <w:proofErr w:type="spellEnd"/>
          </w:p>
        </w:tc>
      </w:tr>
      <w:tr w:rsidR="00690563" w14:paraId="323C1A9C" w14:textId="77777777" w:rsidTr="00690563">
        <w:trPr>
          <w:jc w:val="center"/>
        </w:trPr>
        <w:tc>
          <w:tcPr>
            <w:tcW w:w="2041" w:type="pct"/>
            <w:tcMar>
              <w:top w:w="68" w:type="dxa"/>
              <w:left w:w="78" w:type="dxa"/>
              <w:bottom w:w="68" w:type="dxa"/>
              <w:right w:w="78" w:type="dxa"/>
            </w:tcMar>
          </w:tcPr>
          <w:p w14:paraId="022E50A6" w14:textId="77777777" w:rsidR="00690563" w:rsidRDefault="00690563" w:rsidP="00690563">
            <w:proofErr w:type="spellStart"/>
            <w:r>
              <w:rPr>
                <w:color w:val="263238"/>
                <w:sz w:val="15"/>
              </w:rPr>
              <w:t>minerale</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roci</w:t>
            </w:r>
            <w:proofErr w:type="spellEnd"/>
          </w:p>
        </w:tc>
        <w:tc>
          <w:tcPr>
            <w:tcW w:w="1598" w:type="pct"/>
            <w:tcMar>
              <w:top w:w="68" w:type="dxa"/>
              <w:left w:w="78" w:type="dxa"/>
              <w:bottom w:w="68" w:type="dxa"/>
              <w:right w:w="78" w:type="dxa"/>
            </w:tcMar>
          </w:tcPr>
          <w:p w14:paraId="45D8A08F" w14:textId="77777777" w:rsidR="00690563" w:rsidRPr="00E14EE9" w:rsidRDefault="00690563" w:rsidP="00690563">
            <w:pPr>
              <w:rPr>
                <w:lang w:val="it-CH"/>
              </w:rPr>
            </w:pPr>
            <w:r w:rsidRPr="00E14EE9">
              <w:rPr>
                <w:color w:val="263238"/>
                <w:sz w:val="15"/>
                <w:lang w:val="it-CH"/>
              </w:rPr>
              <w:t>Cum se leagă proprietățile de utilizare și resursă?</w:t>
            </w:r>
          </w:p>
        </w:tc>
        <w:tc>
          <w:tcPr>
            <w:tcW w:w="1361" w:type="pct"/>
            <w:tcMar>
              <w:top w:w="68" w:type="dxa"/>
              <w:left w:w="78" w:type="dxa"/>
              <w:bottom w:w="68" w:type="dxa"/>
              <w:right w:w="78" w:type="dxa"/>
            </w:tcMar>
          </w:tcPr>
          <w:p w14:paraId="229466E5" w14:textId="77777777" w:rsidR="00690563" w:rsidRDefault="00690563" w:rsidP="00690563">
            <w:proofErr w:type="spellStart"/>
            <w:r>
              <w:rPr>
                <w:color w:val="263238"/>
                <w:sz w:val="15"/>
              </w:rPr>
              <w:t>fișă</w:t>
            </w:r>
            <w:proofErr w:type="spellEnd"/>
            <w:r>
              <w:rPr>
                <w:color w:val="263238"/>
                <w:sz w:val="15"/>
              </w:rPr>
              <w:t xml:space="preserve"> </w:t>
            </w:r>
            <w:proofErr w:type="spellStart"/>
            <w:r>
              <w:rPr>
                <w:color w:val="263238"/>
                <w:sz w:val="15"/>
              </w:rPr>
              <w:t>comparativă</w:t>
            </w:r>
            <w:proofErr w:type="spellEnd"/>
          </w:p>
        </w:tc>
      </w:tr>
      <w:tr w:rsidR="00690563" w14:paraId="405B866B" w14:textId="77777777" w:rsidTr="00690563">
        <w:trPr>
          <w:jc w:val="center"/>
        </w:trPr>
        <w:tc>
          <w:tcPr>
            <w:tcW w:w="2041" w:type="pct"/>
            <w:shd w:val="clear" w:color="auto" w:fill="F8FAFA"/>
            <w:tcMar>
              <w:top w:w="68" w:type="dxa"/>
              <w:left w:w="78" w:type="dxa"/>
              <w:bottom w:w="68" w:type="dxa"/>
              <w:right w:w="78" w:type="dxa"/>
            </w:tcMar>
          </w:tcPr>
          <w:p w14:paraId="46D5AE16" w14:textId="77777777" w:rsidR="00690563" w:rsidRDefault="00690563" w:rsidP="00690563">
            <w:proofErr w:type="spellStart"/>
            <w:r>
              <w:rPr>
                <w:color w:val="263238"/>
                <w:sz w:val="15"/>
              </w:rPr>
              <w:t>dinamica</w:t>
            </w:r>
            <w:proofErr w:type="spellEnd"/>
            <w:r>
              <w:rPr>
                <w:color w:val="263238"/>
                <w:sz w:val="15"/>
              </w:rPr>
              <w:t xml:space="preserve"> </w:t>
            </w:r>
            <w:proofErr w:type="spellStart"/>
            <w:r>
              <w:rPr>
                <w:color w:val="263238"/>
                <w:sz w:val="15"/>
              </w:rPr>
              <w:t>internă</w:t>
            </w:r>
            <w:proofErr w:type="spellEnd"/>
          </w:p>
        </w:tc>
        <w:tc>
          <w:tcPr>
            <w:tcW w:w="1598" w:type="pct"/>
            <w:shd w:val="clear" w:color="auto" w:fill="F8FAFA"/>
            <w:tcMar>
              <w:top w:w="68" w:type="dxa"/>
              <w:left w:w="78" w:type="dxa"/>
              <w:bottom w:w="68" w:type="dxa"/>
              <w:right w:w="78" w:type="dxa"/>
            </w:tcMar>
          </w:tcPr>
          <w:p w14:paraId="0E844C8D" w14:textId="77777777" w:rsidR="00690563" w:rsidRPr="00E14EE9" w:rsidRDefault="00690563" w:rsidP="00690563">
            <w:pPr>
              <w:rPr>
                <w:lang w:val="it-CH"/>
              </w:rPr>
            </w:pPr>
            <w:r w:rsidRPr="00E14EE9">
              <w:rPr>
                <w:color w:val="263238"/>
                <w:sz w:val="15"/>
                <w:lang w:val="it-CH"/>
              </w:rPr>
              <w:t>Cum produc mișcările plăcilor fenomene la suprafață?</w:t>
            </w:r>
          </w:p>
        </w:tc>
        <w:tc>
          <w:tcPr>
            <w:tcW w:w="1361" w:type="pct"/>
            <w:shd w:val="clear" w:color="auto" w:fill="F8FAFA"/>
            <w:tcMar>
              <w:top w:w="68" w:type="dxa"/>
              <w:left w:w="78" w:type="dxa"/>
              <w:bottom w:w="68" w:type="dxa"/>
              <w:right w:w="78" w:type="dxa"/>
            </w:tcMar>
          </w:tcPr>
          <w:p w14:paraId="04796670" w14:textId="77777777" w:rsidR="00690563" w:rsidRDefault="00690563" w:rsidP="00690563">
            <w:proofErr w:type="spellStart"/>
            <w:r>
              <w:rPr>
                <w:color w:val="263238"/>
                <w:sz w:val="15"/>
              </w:rPr>
              <w:t>hartă</w:t>
            </w:r>
            <w:proofErr w:type="spellEnd"/>
            <w:r>
              <w:rPr>
                <w:color w:val="263238"/>
                <w:sz w:val="15"/>
              </w:rPr>
              <w:t xml:space="preserve"> + </w:t>
            </w:r>
            <w:proofErr w:type="spellStart"/>
            <w:r>
              <w:rPr>
                <w:color w:val="263238"/>
                <w:sz w:val="15"/>
              </w:rPr>
              <w:t>cauză</w:t>
            </w:r>
            <w:proofErr w:type="spellEnd"/>
            <w:r>
              <w:rPr>
                <w:color w:val="263238"/>
                <w:sz w:val="15"/>
              </w:rPr>
              <w:t>–</w:t>
            </w:r>
            <w:proofErr w:type="spellStart"/>
            <w:r>
              <w:rPr>
                <w:color w:val="263238"/>
                <w:sz w:val="15"/>
              </w:rPr>
              <w:t>efect</w:t>
            </w:r>
            <w:proofErr w:type="spellEnd"/>
          </w:p>
        </w:tc>
      </w:tr>
      <w:tr w:rsidR="00690563" w14:paraId="7E7CF089" w14:textId="77777777" w:rsidTr="00690563">
        <w:trPr>
          <w:jc w:val="center"/>
        </w:trPr>
        <w:tc>
          <w:tcPr>
            <w:tcW w:w="2041" w:type="pct"/>
            <w:tcMar>
              <w:top w:w="68" w:type="dxa"/>
              <w:left w:w="78" w:type="dxa"/>
              <w:bottom w:w="68" w:type="dxa"/>
              <w:right w:w="78" w:type="dxa"/>
            </w:tcMar>
          </w:tcPr>
          <w:p w14:paraId="12408566" w14:textId="77777777" w:rsidR="00690563" w:rsidRDefault="00690563" w:rsidP="00690563">
            <w:proofErr w:type="spellStart"/>
            <w:r>
              <w:rPr>
                <w:color w:val="263238"/>
                <w:sz w:val="15"/>
              </w:rPr>
              <w:t>timp</w:t>
            </w:r>
            <w:proofErr w:type="spellEnd"/>
            <w:r>
              <w:rPr>
                <w:color w:val="263238"/>
                <w:sz w:val="15"/>
              </w:rPr>
              <w:t xml:space="preserve"> geologic</w:t>
            </w:r>
          </w:p>
        </w:tc>
        <w:tc>
          <w:tcPr>
            <w:tcW w:w="1598" w:type="pct"/>
            <w:tcMar>
              <w:top w:w="68" w:type="dxa"/>
              <w:left w:w="78" w:type="dxa"/>
              <w:bottom w:w="68" w:type="dxa"/>
              <w:right w:w="78" w:type="dxa"/>
            </w:tcMar>
          </w:tcPr>
          <w:p w14:paraId="504A5B51" w14:textId="77777777" w:rsidR="00690563" w:rsidRPr="00E14EE9" w:rsidRDefault="00690563" w:rsidP="00690563">
            <w:pPr>
              <w:rPr>
                <w:lang w:val="it-CH"/>
              </w:rPr>
            </w:pPr>
            <w:r w:rsidRPr="00E14EE9">
              <w:rPr>
                <w:color w:val="263238"/>
                <w:sz w:val="15"/>
                <w:lang w:val="it-CH"/>
              </w:rPr>
              <w:t>Cum știm ordinea și durata evenimentelor?</w:t>
            </w:r>
          </w:p>
        </w:tc>
        <w:tc>
          <w:tcPr>
            <w:tcW w:w="1361" w:type="pct"/>
            <w:tcMar>
              <w:top w:w="68" w:type="dxa"/>
              <w:left w:w="78" w:type="dxa"/>
              <w:bottom w:w="68" w:type="dxa"/>
              <w:right w:w="78" w:type="dxa"/>
            </w:tcMar>
          </w:tcPr>
          <w:p w14:paraId="4F9E1448" w14:textId="77777777" w:rsidR="00690563" w:rsidRDefault="00690563" w:rsidP="00690563">
            <w:proofErr w:type="spellStart"/>
            <w:r>
              <w:rPr>
                <w:color w:val="263238"/>
                <w:sz w:val="15"/>
              </w:rPr>
              <w:t>axă</w:t>
            </w:r>
            <w:proofErr w:type="spellEnd"/>
            <w:r>
              <w:rPr>
                <w:color w:val="263238"/>
                <w:sz w:val="15"/>
              </w:rPr>
              <w:t xml:space="preserve"> </w:t>
            </w:r>
            <w:proofErr w:type="spellStart"/>
            <w:r>
              <w:rPr>
                <w:color w:val="263238"/>
                <w:sz w:val="15"/>
              </w:rPr>
              <w:t>simplificată</w:t>
            </w:r>
            <w:proofErr w:type="spellEnd"/>
          </w:p>
        </w:tc>
      </w:tr>
      <w:tr w:rsidR="00690563" w14:paraId="00A536F3" w14:textId="77777777" w:rsidTr="00690563">
        <w:trPr>
          <w:jc w:val="center"/>
        </w:trPr>
        <w:tc>
          <w:tcPr>
            <w:tcW w:w="2041" w:type="pct"/>
            <w:shd w:val="clear" w:color="auto" w:fill="F8FAFA"/>
            <w:tcMar>
              <w:top w:w="68" w:type="dxa"/>
              <w:left w:w="78" w:type="dxa"/>
              <w:bottom w:w="68" w:type="dxa"/>
              <w:right w:w="78" w:type="dxa"/>
            </w:tcMar>
          </w:tcPr>
          <w:p w14:paraId="1A24A491" w14:textId="77777777" w:rsidR="00690563" w:rsidRDefault="00690563" w:rsidP="00690563">
            <w:proofErr w:type="spellStart"/>
            <w:r>
              <w:rPr>
                <w:color w:val="263238"/>
                <w:sz w:val="15"/>
              </w:rPr>
              <w:t>resurse</w:t>
            </w:r>
            <w:proofErr w:type="spellEnd"/>
          </w:p>
        </w:tc>
        <w:tc>
          <w:tcPr>
            <w:tcW w:w="1598" w:type="pct"/>
            <w:shd w:val="clear" w:color="auto" w:fill="F8FAFA"/>
            <w:tcMar>
              <w:top w:w="68" w:type="dxa"/>
              <w:left w:w="78" w:type="dxa"/>
              <w:bottom w:w="68" w:type="dxa"/>
              <w:right w:w="78" w:type="dxa"/>
            </w:tcMar>
          </w:tcPr>
          <w:p w14:paraId="0ACA1EA1" w14:textId="77777777" w:rsidR="00690563" w:rsidRPr="00E14EE9" w:rsidRDefault="00690563" w:rsidP="00690563">
            <w:pPr>
              <w:rPr>
                <w:lang w:val="it-CH"/>
              </w:rPr>
            </w:pPr>
            <w:r w:rsidRPr="00E14EE9">
              <w:rPr>
                <w:color w:val="263238"/>
                <w:sz w:val="15"/>
                <w:lang w:val="it-CH"/>
              </w:rPr>
              <w:t>Ce oportunități și costuri teritoriale are exploatarea?</w:t>
            </w:r>
          </w:p>
        </w:tc>
        <w:tc>
          <w:tcPr>
            <w:tcW w:w="1361" w:type="pct"/>
            <w:shd w:val="clear" w:color="auto" w:fill="F8FAFA"/>
            <w:tcMar>
              <w:top w:w="68" w:type="dxa"/>
              <w:left w:w="78" w:type="dxa"/>
              <w:bottom w:w="68" w:type="dxa"/>
              <w:right w:w="78" w:type="dxa"/>
            </w:tcMar>
          </w:tcPr>
          <w:p w14:paraId="0705B2B3" w14:textId="77777777" w:rsidR="00690563" w:rsidRDefault="00690563" w:rsidP="00690563">
            <w:proofErr w:type="spellStart"/>
            <w:r>
              <w:rPr>
                <w:color w:val="263238"/>
                <w:sz w:val="15"/>
              </w:rPr>
              <w:t>studiu</w:t>
            </w:r>
            <w:proofErr w:type="spellEnd"/>
            <w:r>
              <w:rPr>
                <w:color w:val="263238"/>
                <w:sz w:val="15"/>
              </w:rPr>
              <w:t xml:space="preserve"> de </w:t>
            </w:r>
            <w:proofErr w:type="spellStart"/>
            <w:r>
              <w:rPr>
                <w:color w:val="263238"/>
                <w:sz w:val="15"/>
              </w:rPr>
              <w:t>caz</w:t>
            </w:r>
            <w:proofErr w:type="spellEnd"/>
          </w:p>
        </w:tc>
      </w:tr>
      <w:tr w:rsidR="00690563" w14:paraId="4214F4F6" w14:textId="77777777" w:rsidTr="00690563">
        <w:trPr>
          <w:jc w:val="center"/>
        </w:trPr>
        <w:tc>
          <w:tcPr>
            <w:tcW w:w="2041" w:type="pct"/>
            <w:tcMar>
              <w:top w:w="68" w:type="dxa"/>
              <w:left w:w="78" w:type="dxa"/>
              <w:bottom w:w="68" w:type="dxa"/>
              <w:right w:w="78" w:type="dxa"/>
            </w:tcMar>
          </w:tcPr>
          <w:p w14:paraId="5D39CB69" w14:textId="77777777" w:rsidR="00690563" w:rsidRDefault="00690563" w:rsidP="00690563">
            <w:proofErr w:type="spellStart"/>
            <w:r>
              <w:rPr>
                <w:color w:val="263238"/>
                <w:sz w:val="15"/>
              </w:rPr>
              <w:t>hazarduri</w:t>
            </w:r>
            <w:proofErr w:type="spellEnd"/>
          </w:p>
        </w:tc>
        <w:tc>
          <w:tcPr>
            <w:tcW w:w="1598" w:type="pct"/>
            <w:tcMar>
              <w:top w:w="68" w:type="dxa"/>
              <w:left w:w="78" w:type="dxa"/>
              <w:bottom w:w="68" w:type="dxa"/>
              <w:right w:w="78" w:type="dxa"/>
            </w:tcMar>
          </w:tcPr>
          <w:p w14:paraId="0D3D71C3" w14:textId="77777777" w:rsidR="00690563" w:rsidRPr="00E14EE9" w:rsidRDefault="00690563" w:rsidP="00690563">
            <w:pPr>
              <w:rPr>
                <w:lang w:val="it-CH"/>
              </w:rPr>
            </w:pPr>
            <w:r w:rsidRPr="00E14EE9">
              <w:rPr>
                <w:color w:val="263238"/>
                <w:sz w:val="15"/>
                <w:lang w:val="it-CH"/>
              </w:rPr>
              <w:t>De ce aceeași magnitudine nu produce aceleași pierderi?</w:t>
            </w:r>
          </w:p>
        </w:tc>
        <w:tc>
          <w:tcPr>
            <w:tcW w:w="1361" w:type="pct"/>
            <w:tcMar>
              <w:top w:w="68" w:type="dxa"/>
              <w:left w:w="78" w:type="dxa"/>
              <w:bottom w:w="68" w:type="dxa"/>
              <w:right w:w="78" w:type="dxa"/>
            </w:tcMar>
          </w:tcPr>
          <w:p w14:paraId="0941F306" w14:textId="77777777" w:rsidR="00690563" w:rsidRDefault="00690563" w:rsidP="00690563">
            <w:proofErr w:type="spellStart"/>
            <w:r>
              <w:rPr>
                <w:color w:val="263238"/>
                <w:sz w:val="15"/>
              </w:rPr>
              <w:t>analiză</w:t>
            </w:r>
            <w:proofErr w:type="spellEnd"/>
            <w:r>
              <w:rPr>
                <w:color w:val="263238"/>
                <w:sz w:val="15"/>
              </w:rPr>
              <w:t xml:space="preserve"> </w:t>
            </w:r>
            <w:proofErr w:type="spellStart"/>
            <w:r>
              <w:rPr>
                <w:color w:val="263238"/>
                <w:sz w:val="15"/>
              </w:rPr>
              <w:t>risc</w:t>
            </w:r>
            <w:proofErr w:type="spellEnd"/>
            <w:r>
              <w:rPr>
                <w:color w:val="263238"/>
                <w:sz w:val="15"/>
              </w:rPr>
              <w:t>–</w:t>
            </w:r>
            <w:proofErr w:type="spellStart"/>
            <w:r>
              <w:rPr>
                <w:color w:val="263238"/>
                <w:sz w:val="15"/>
              </w:rPr>
              <w:t>vulnerabilitate</w:t>
            </w:r>
            <w:proofErr w:type="spellEnd"/>
          </w:p>
        </w:tc>
      </w:tr>
    </w:tbl>
    <w:p w14:paraId="39065BA8" w14:textId="77777777" w:rsidR="00690563" w:rsidRDefault="00690563"/>
    <w:tbl>
      <w:tblPr>
        <w:tblW w:w="5000" w:type="pct"/>
        <w:jc w:val="center"/>
        <w:tblLook w:val="04A0" w:firstRow="1" w:lastRow="0" w:firstColumn="1" w:lastColumn="0" w:noHBand="0" w:noVBand="1"/>
      </w:tblPr>
      <w:tblGrid>
        <w:gridCol w:w="4352"/>
        <w:gridCol w:w="6309"/>
      </w:tblGrid>
      <w:tr w:rsidR="00690563" w:rsidRPr="00E14EE9" w14:paraId="27074CDB" w14:textId="77777777" w:rsidTr="00690563">
        <w:trPr>
          <w:jc w:val="center"/>
        </w:trPr>
        <w:tc>
          <w:tcPr>
            <w:tcW w:w="2037" w:type="pct"/>
            <w:shd w:val="clear" w:color="auto" w:fill="B58A45"/>
            <w:tcMar>
              <w:top w:w="105" w:type="dxa"/>
              <w:left w:w="105" w:type="dxa"/>
              <w:bottom w:w="105" w:type="dxa"/>
              <w:right w:w="105" w:type="dxa"/>
            </w:tcMar>
          </w:tcPr>
          <w:p w14:paraId="43F71126" w14:textId="77777777" w:rsidR="00690563" w:rsidRDefault="00690563" w:rsidP="00690563">
            <w:pPr>
              <w:jc w:val="center"/>
            </w:pPr>
            <w:r>
              <w:rPr>
                <w:b/>
                <w:color w:val="FFFFFF"/>
                <w:sz w:val="15"/>
              </w:rPr>
              <w:t>INTERDISCIPLINARITATE</w:t>
            </w:r>
          </w:p>
        </w:tc>
        <w:tc>
          <w:tcPr>
            <w:tcW w:w="2954" w:type="pct"/>
            <w:shd w:val="clear" w:color="auto" w:fill="F7F2E7"/>
            <w:tcMar>
              <w:top w:w="105" w:type="dxa"/>
              <w:left w:w="130" w:type="dxa"/>
              <w:bottom w:w="105" w:type="dxa"/>
              <w:right w:w="130" w:type="dxa"/>
            </w:tcMar>
          </w:tcPr>
          <w:p w14:paraId="7859C5D4" w14:textId="51C31DA6" w:rsidR="00690563" w:rsidRPr="00E14EE9" w:rsidRDefault="0098342F" w:rsidP="00690563">
            <w:pPr>
              <w:rPr>
                <w:lang w:val="it-CH"/>
              </w:rPr>
            </w:pPr>
            <w:r w:rsidRPr="00E14EE9">
              <w:rPr>
                <w:color w:val="263238"/>
                <w:sz w:val="17"/>
                <w:lang w:val="it-CH"/>
              </w:rPr>
              <w:t>C</w:t>
            </w:r>
            <w:r w:rsidR="00690563" w:rsidRPr="00E14EE9">
              <w:rPr>
                <w:color w:val="263238"/>
                <w:sz w:val="17"/>
                <w:lang w:val="it-CH"/>
              </w:rPr>
              <w:t xml:space="preserve">onexiunile cu fizica, chimia și istoria științei sunt </w:t>
            </w:r>
            <w:r w:rsidRPr="00E14EE9">
              <w:rPr>
                <w:color w:val="263238"/>
                <w:sz w:val="17"/>
                <w:lang w:val="it-CH"/>
              </w:rPr>
              <w:t>evidente</w:t>
            </w:r>
            <w:r w:rsidR="00690563" w:rsidRPr="00E14EE9">
              <w:rPr>
                <w:color w:val="263238"/>
                <w:sz w:val="17"/>
                <w:lang w:val="it-CH"/>
              </w:rPr>
              <w:t xml:space="preserve">: ele ajută la explicarea structurii </w:t>
            </w:r>
            <w:r w:rsidRPr="00E14EE9">
              <w:rPr>
                <w:color w:val="263238"/>
                <w:sz w:val="17"/>
                <w:lang w:val="it-CH"/>
              </w:rPr>
              <w:t xml:space="preserve">interne a </w:t>
            </w:r>
            <w:r w:rsidR="00690563" w:rsidRPr="00E14EE9">
              <w:rPr>
                <w:color w:val="263238"/>
                <w:sz w:val="17"/>
                <w:lang w:val="it-CH"/>
              </w:rPr>
              <w:t xml:space="preserve">Terrei, </w:t>
            </w:r>
            <w:r w:rsidRPr="00E14EE9">
              <w:rPr>
                <w:color w:val="263238"/>
                <w:sz w:val="17"/>
                <w:lang w:val="it-CH"/>
              </w:rPr>
              <w:t xml:space="preserve">a </w:t>
            </w:r>
            <w:r w:rsidR="00690563" w:rsidRPr="00E14EE9">
              <w:rPr>
                <w:color w:val="263238"/>
                <w:sz w:val="17"/>
                <w:lang w:val="it-CH"/>
              </w:rPr>
              <w:t xml:space="preserve">proprietăților materialelor și </w:t>
            </w:r>
            <w:r w:rsidRPr="00E14EE9">
              <w:rPr>
                <w:color w:val="263238"/>
                <w:sz w:val="17"/>
                <w:lang w:val="it-CH"/>
              </w:rPr>
              <w:t xml:space="preserve">a </w:t>
            </w:r>
            <w:r w:rsidR="00690563" w:rsidRPr="00E14EE9">
              <w:rPr>
                <w:color w:val="263238"/>
                <w:sz w:val="17"/>
                <w:lang w:val="it-CH"/>
              </w:rPr>
              <w:t>timpului geologic.</w:t>
            </w:r>
          </w:p>
        </w:tc>
      </w:tr>
    </w:tbl>
    <w:p w14:paraId="5E1C2454" w14:textId="77777777" w:rsidR="00787B6C" w:rsidRPr="00E14EE9" w:rsidRDefault="00690563">
      <w:pPr>
        <w:rPr>
          <w:lang w:val="it-CH"/>
        </w:rPr>
      </w:pPr>
      <w:r w:rsidRPr="00E14EE9">
        <w:rPr>
          <w:lang w:val="it-CH"/>
        </w:rPr>
        <w:br w:type="page"/>
      </w:r>
    </w:p>
    <w:tbl>
      <w:tblPr>
        <w:tblW w:w="0" w:type="auto"/>
        <w:jc w:val="center"/>
        <w:tblLayout w:type="fixed"/>
        <w:tblLook w:val="04A0" w:firstRow="1" w:lastRow="0" w:firstColumn="1" w:lastColumn="0" w:noHBand="0" w:noVBand="1"/>
      </w:tblPr>
      <w:tblGrid>
        <w:gridCol w:w="5213"/>
        <w:gridCol w:w="5213"/>
      </w:tblGrid>
      <w:tr w:rsidR="00787B6C" w:rsidRPr="00E14EE9" w14:paraId="5E11B1C5" w14:textId="77777777">
        <w:trPr>
          <w:jc w:val="center"/>
        </w:trPr>
        <w:tc>
          <w:tcPr>
            <w:tcW w:w="5213" w:type="dxa"/>
            <w:shd w:val="clear" w:color="auto" w:fill="2B6478"/>
            <w:tcMar>
              <w:top w:w="145" w:type="dxa"/>
              <w:left w:w="110" w:type="dxa"/>
              <w:bottom w:w="145" w:type="dxa"/>
              <w:right w:w="110" w:type="dxa"/>
            </w:tcMar>
          </w:tcPr>
          <w:p w14:paraId="78AAA23F" w14:textId="77777777" w:rsidR="00787B6C" w:rsidRDefault="00690563">
            <w:pPr>
              <w:jc w:val="center"/>
            </w:pPr>
            <w:r>
              <w:rPr>
                <w:b/>
                <w:color w:val="FFFFFF"/>
                <w:sz w:val="30"/>
              </w:rPr>
              <w:lastRenderedPageBreak/>
              <w:t>12</w:t>
            </w:r>
          </w:p>
        </w:tc>
        <w:tc>
          <w:tcPr>
            <w:tcW w:w="5213" w:type="dxa"/>
            <w:shd w:val="clear" w:color="auto" w:fill="17324D"/>
            <w:tcMar>
              <w:top w:w="120" w:type="dxa"/>
              <w:left w:w="145" w:type="dxa"/>
              <w:bottom w:w="120" w:type="dxa"/>
              <w:right w:w="145" w:type="dxa"/>
            </w:tcMar>
          </w:tcPr>
          <w:p w14:paraId="451F5521" w14:textId="77777777" w:rsidR="00787B6C" w:rsidRPr="00E14EE9" w:rsidRDefault="00690563">
            <w:pPr>
              <w:rPr>
                <w:lang w:val="it-CH"/>
              </w:rPr>
            </w:pPr>
            <w:r w:rsidRPr="00E14EE9">
              <w:rPr>
                <w:b/>
                <w:color w:val="FFFFFF"/>
                <w:sz w:val="25"/>
                <w:lang w:val="it-CH"/>
              </w:rPr>
              <w:t>HAZARD, EXPUNERE, VULNERABILITATE, RISC</w:t>
            </w:r>
            <w:r w:rsidRPr="00E14EE9">
              <w:rPr>
                <w:lang w:val="it-CH"/>
              </w:rPr>
              <w:br/>
            </w:r>
            <w:r w:rsidRPr="00E14EE9">
              <w:rPr>
                <w:color w:val="DFE8EA"/>
                <w:sz w:val="16"/>
                <w:lang w:val="it-CH"/>
              </w:rPr>
              <w:t>Pentru a înțelege dezastrele, fenomenul natural nu este suficient.</w:t>
            </w:r>
          </w:p>
        </w:tc>
      </w:tr>
    </w:tbl>
    <w:p w14:paraId="67DDCA26" w14:textId="77777777" w:rsidR="00690563" w:rsidRPr="00E14EE9" w:rsidRDefault="00690563">
      <w:pPr>
        <w:rPr>
          <w:lang w:val="it-CH"/>
        </w:rPr>
      </w:pPr>
    </w:p>
    <w:p w14:paraId="42A1101C" w14:textId="77777777" w:rsidR="00787B6C" w:rsidRDefault="00690563" w:rsidP="00690563">
      <w:pPr>
        <w:jc w:val="center"/>
      </w:pPr>
      <w:r>
        <w:rPr>
          <w:noProof/>
        </w:rPr>
        <w:drawing>
          <wp:inline distT="0" distB="0" distL="0" distR="0" wp14:anchorId="3473FE96" wp14:editId="60FA9828">
            <wp:extent cx="6012000" cy="2484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_geografie_risk.png"/>
                    <pic:cNvPicPr/>
                  </pic:nvPicPr>
                  <pic:blipFill>
                    <a:blip r:embed="rId9"/>
                    <a:stretch>
                      <a:fillRect/>
                    </a:stretch>
                  </pic:blipFill>
                  <pic:spPr>
                    <a:xfrm>
                      <a:off x="0" y="0"/>
                      <a:ext cx="6012000" cy="2484960"/>
                    </a:xfrm>
                    <a:prstGeom prst="rect">
                      <a:avLst/>
                    </a:prstGeom>
                  </pic:spPr>
                </pic:pic>
              </a:graphicData>
            </a:graphic>
          </wp:inline>
        </w:drawing>
      </w:r>
    </w:p>
    <w:p w14:paraId="37F3E920" w14:textId="77777777" w:rsidR="00690563" w:rsidRDefault="00690563" w:rsidP="00690563">
      <w:pPr>
        <w:jc w:val="center"/>
      </w:pPr>
    </w:p>
    <w:tbl>
      <w:tblPr>
        <w:tblW w:w="0" w:type="auto"/>
        <w:jc w:val="center"/>
        <w:tblLayout w:type="fixed"/>
        <w:tblLook w:val="04A0" w:firstRow="1" w:lastRow="0" w:firstColumn="1" w:lastColumn="0" w:noHBand="0" w:noVBand="1"/>
      </w:tblPr>
      <w:tblGrid>
        <w:gridCol w:w="5213"/>
        <w:gridCol w:w="5213"/>
      </w:tblGrid>
      <w:tr w:rsidR="00787B6C" w14:paraId="2D76B325" w14:textId="77777777">
        <w:trPr>
          <w:jc w:val="center"/>
        </w:trPr>
        <w:tc>
          <w:tcPr>
            <w:tcW w:w="5213" w:type="dxa"/>
            <w:shd w:val="clear" w:color="auto" w:fill="2B6478"/>
            <w:tcMar>
              <w:top w:w="105" w:type="dxa"/>
              <w:left w:w="105" w:type="dxa"/>
              <w:bottom w:w="105" w:type="dxa"/>
              <w:right w:w="105" w:type="dxa"/>
            </w:tcMar>
          </w:tcPr>
          <w:p w14:paraId="23433A22" w14:textId="77777777" w:rsidR="00787B6C" w:rsidRDefault="00690563">
            <w:pPr>
              <w:jc w:val="center"/>
            </w:pPr>
            <w:r>
              <w:rPr>
                <w:b/>
                <w:color w:val="FFFFFF"/>
                <w:sz w:val="15"/>
              </w:rPr>
              <w:t>SE SCHIMBĂ ACCENTUL</w:t>
            </w:r>
          </w:p>
        </w:tc>
        <w:tc>
          <w:tcPr>
            <w:tcW w:w="5213" w:type="dxa"/>
            <w:shd w:val="clear" w:color="auto" w:fill="EEF4F6"/>
            <w:tcMar>
              <w:top w:w="105" w:type="dxa"/>
              <w:left w:w="130" w:type="dxa"/>
              <w:bottom w:w="105" w:type="dxa"/>
              <w:right w:w="130" w:type="dxa"/>
            </w:tcMar>
          </w:tcPr>
          <w:p w14:paraId="6519E518" w14:textId="77777777" w:rsidR="00787B6C" w:rsidRDefault="00690563">
            <w:proofErr w:type="spellStart"/>
            <w:r>
              <w:rPr>
                <w:color w:val="263238"/>
                <w:sz w:val="17"/>
              </w:rPr>
              <w:t>Învățarea</w:t>
            </w:r>
            <w:proofErr w:type="spellEnd"/>
            <w:r>
              <w:rPr>
                <w:color w:val="263238"/>
                <w:sz w:val="17"/>
              </w:rPr>
              <w:t xml:space="preserve"> </w:t>
            </w:r>
            <w:proofErr w:type="spellStart"/>
            <w:r>
              <w:rPr>
                <w:color w:val="263238"/>
                <w:sz w:val="17"/>
              </w:rPr>
              <w:t>despre</w:t>
            </w:r>
            <w:proofErr w:type="spellEnd"/>
            <w:r>
              <w:rPr>
                <w:color w:val="263238"/>
                <w:sz w:val="17"/>
              </w:rPr>
              <w:t xml:space="preserve"> </w:t>
            </w:r>
            <w:proofErr w:type="spellStart"/>
            <w:r>
              <w:rPr>
                <w:color w:val="263238"/>
                <w:sz w:val="17"/>
              </w:rPr>
              <w:t>cutremure</w:t>
            </w:r>
            <w:proofErr w:type="spellEnd"/>
            <w:r>
              <w:rPr>
                <w:color w:val="263238"/>
                <w:sz w:val="17"/>
              </w:rPr>
              <w:t xml:space="preserve">, </w:t>
            </w:r>
            <w:proofErr w:type="spellStart"/>
            <w:r>
              <w:rPr>
                <w:color w:val="263238"/>
                <w:sz w:val="17"/>
              </w:rPr>
              <w:t>vulcani</w:t>
            </w:r>
            <w:proofErr w:type="spellEnd"/>
            <w:r>
              <w:rPr>
                <w:color w:val="263238"/>
                <w:sz w:val="17"/>
              </w:rPr>
              <w:t xml:space="preserve">, </w:t>
            </w:r>
            <w:proofErr w:type="spellStart"/>
            <w:r>
              <w:rPr>
                <w:color w:val="263238"/>
                <w:sz w:val="17"/>
              </w:rPr>
              <w:t>inundații</w:t>
            </w:r>
            <w:proofErr w:type="spellEnd"/>
            <w:r>
              <w:rPr>
                <w:color w:val="263238"/>
                <w:sz w:val="17"/>
              </w:rPr>
              <w:t xml:space="preserve"> </w:t>
            </w:r>
            <w:proofErr w:type="spellStart"/>
            <w:r>
              <w:rPr>
                <w:color w:val="263238"/>
                <w:sz w:val="17"/>
              </w:rPr>
              <w:t>sau</w:t>
            </w:r>
            <w:proofErr w:type="spellEnd"/>
            <w:r>
              <w:rPr>
                <w:color w:val="263238"/>
                <w:sz w:val="17"/>
              </w:rPr>
              <w:t xml:space="preserve"> </w:t>
            </w:r>
            <w:proofErr w:type="spellStart"/>
            <w:r>
              <w:rPr>
                <w:color w:val="263238"/>
                <w:sz w:val="17"/>
              </w:rPr>
              <w:t>secetă</w:t>
            </w:r>
            <w:proofErr w:type="spellEnd"/>
            <w:r>
              <w:rPr>
                <w:color w:val="263238"/>
                <w:sz w:val="17"/>
              </w:rPr>
              <w:t xml:space="preserve"> </w:t>
            </w:r>
            <w:proofErr w:type="spellStart"/>
            <w:r>
              <w:rPr>
                <w:color w:val="263238"/>
                <w:sz w:val="17"/>
              </w:rPr>
              <w:t>devine</w:t>
            </w:r>
            <w:proofErr w:type="spellEnd"/>
            <w:r>
              <w:rPr>
                <w:color w:val="263238"/>
                <w:sz w:val="17"/>
              </w:rPr>
              <w:t xml:space="preserve"> </w:t>
            </w:r>
            <w:proofErr w:type="spellStart"/>
            <w:r>
              <w:rPr>
                <w:color w:val="263238"/>
                <w:sz w:val="17"/>
              </w:rPr>
              <w:t>mai</w:t>
            </w:r>
            <w:proofErr w:type="spellEnd"/>
            <w:r>
              <w:rPr>
                <w:color w:val="263238"/>
                <w:sz w:val="17"/>
              </w:rPr>
              <w:t xml:space="preserve"> </w:t>
            </w:r>
            <w:proofErr w:type="spellStart"/>
            <w:r>
              <w:rPr>
                <w:color w:val="263238"/>
                <w:sz w:val="17"/>
              </w:rPr>
              <w:t>relevantă</w:t>
            </w:r>
            <w:proofErr w:type="spellEnd"/>
            <w:r>
              <w:rPr>
                <w:color w:val="263238"/>
                <w:sz w:val="17"/>
              </w:rPr>
              <w:t xml:space="preserve"> </w:t>
            </w:r>
            <w:proofErr w:type="spellStart"/>
            <w:r>
              <w:rPr>
                <w:color w:val="263238"/>
                <w:sz w:val="17"/>
              </w:rPr>
              <w:t>când</w:t>
            </w:r>
            <w:proofErr w:type="spellEnd"/>
            <w:r>
              <w:rPr>
                <w:color w:val="263238"/>
                <w:sz w:val="17"/>
              </w:rPr>
              <w:t xml:space="preserve"> </w:t>
            </w:r>
            <w:proofErr w:type="spellStart"/>
            <w:r>
              <w:rPr>
                <w:color w:val="263238"/>
                <w:sz w:val="17"/>
              </w:rPr>
              <w:t>elevul</w:t>
            </w:r>
            <w:proofErr w:type="spellEnd"/>
            <w:r>
              <w:rPr>
                <w:color w:val="263238"/>
                <w:sz w:val="17"/>
              </w:rPr>
              <w:t xml:space="preserve"> </w:t>
            </w:r>
            <w:proofErr w:type="spellStart"/>
            <w:r>
              <w:rPr>
                <w:color w:val="263238"/>
                <w:sz w:val="17"/>
              </w:rPr>
              <w:t>compară</w:t>
            </w:r>
            <w:proofErr w:type="spellEnd"/>
            <w:r>
              <w:rPr>
                <w:color w:val="263238"/>
                <w:sz w:val="17"/>
              </w:rPr>
              <w:t xml:space="preserve"> </w:t>
            </w:r>
            <w:proofErr w:type="spellStart"/>
            <w:r>
              <w:rPr>
                <w:color w:val="263238"/>
                <w:sz w:val="17"/>
              </w:rPr>
              <w:t>două</w:t>
            </w:r>
            <w:proofErr w:type="spellEnd"/>
            <w:r>
              <w:rPr>
                <w:color w:val="263238"/>
                <w:sz w:val="17"/>
              </w:rPr>
              <w:t xml:space="preserve"> </w:t>
            </w:r>
            <w:proofErr w:type="spellStart"/>
            <w:r>
              <w:rPr>
                <w:color w:val="263238"/>
                <w:sz w:val="17"/>
              </w:rPr>
              <w:t>comunități</w:t>
            </w:r>
            <w:proofErr w:type="spellEnd"/>
            <w:r>
              <w:rPr>
                <w:color w:val="263238"/>
                <w:sz w:val="17"/>
              </w:rPr>
              <w:t xml:space="preserve"> </w:t>
            </w:r>
            <w:proofErr w:type="spellStart"/>
            <w:r>
              <w:rPr>
                <w:color w:val="263238"/>
                <w:sz w:val="17"/>
              </w:rPr>
              <w:t>expuse</w:t>
            </w:r>
            <w:proofErr w:type="spellEnd"/>
            <w:r>
              <w:rPr>
                <w:color w:val="263238"/>
                <w:sz w:val="17"/>
              </w:rPr>
              <w:t xml:space="preserve"> </w:t>
            </w:r>
            <w:proofErr w:type="spellStart"/>
            <w:r>
              <w:rPr>
                <w:color w:val="263238"/>
                <w:sz w:val="17"/>
              </w:rPr>
              <w:t>și</w:t>
            </w:r>
            <w:proofErr w:type="spellEnd"/>
            <w:r>
              <w:rPr>
                <w:color w:val="263238"/>
                <w:sz w:val="17"/>
              </w:rPr>
              <w:t xml:space="preserve"> </w:t>
            </w:r>
            <w:proofErr w:type="spellStart"/>
            <w:r>
              <w:rPr>
                <w:color w:val="263238"/>
                <w:sz w:val="17"/>
              </w:rPr>
              <w:t>explică</w:t>
            </w:r>
            <w:proofErr w:type="spellEnd"/>
            <w:r>
              <w:rPr>
                <w:color w:val="263238"/>
                <w:sz w:val="17"/>
              </w:rPr>
              <w:t xml:space="preserve"> de </w:t>
            </w:r>
            <w:proofErr w:type="spellStart"/>
            <w:r>
              <w:rPr>
                <w:color w:val="263238"/>
                <w:sz w:val="17"/>
              </w:rPr>
              <w:t>ce</w:t>
            </w:r>
            <w:proofErr w:type="spellEnd"/>
            <w:r>
              <w:rPr>
                <w:color w:val="263238"/>
                <w:sz w:val="17"/>
              </w:rPr>
              <w:t xml:space="preserve"> </w:t>
            </w:r>
            <w:proofErr w:type="spellStart"/>
            <w:r>
              <w:rPr>
                <w:color w:val="263238"/>
                <w:sz w:val="17"/>
              </w:rPr>
              <w:t>consecințele</w:t>
            </w:r>
            <w:proofErr w:type="spellEnd"/>
            <w:r>
              <w:rPr>
                <w:color w:val="263238"/>
                <w:sz w:val="17"/>
              </w:rPr>
              <w:t xml:space="preserve"> pot fi </w:t>
            </w:r>
            <w:proofErr w:type="spellStart"/>
            <w:r>
              <w:rPr>
                <w:color w:val="263238"/>
                <w:sz w:val="17"/>
              </w:rPr>
              <w:t>diferite</w:t>
            </w:r>
            <w:proofErr w:type="spellEnd"/>
            <w:r>
              <w:rPr>
                <w:color w:val="263238"/>
                <w:sz w:val="17"/>
              </w:rPr>
              <w:t>.</w:t>
            </w:r>
          </w:p>
        </w:tc>
      </w:tr>
    </w:tbl>
    <w:p w14:paraId="3DC35BB9" w14:textId="77777777" w:rsidR="00787B6C" w:rsidRDefault="00690563">
      <w:r>
        <w:br w:type="page"/>
      </w:r>
    </w:p>
    <w:tbl>
      <w:tblPr>
        <w:tblW w:w="5000" w:type="pct"/>
        <w:jc w:val="center"/>
        <w:tblLook w:val="04A0" w:firstRow="1" w:lastRow="0" w:firstColumn="1" w:lastColumn="0" w:noHBand="0" w:noVBand="1"/>
      </w:tblPr>
      <w:tblGrid>
        <w:gridCol w:w="4343"/>
        <w:gridCol w:w="6338"/>
      </w:tblGrid>
      <w:tr w:rsidR="00787B6C" w:rsidRPr="00E14EE9" w14:paraId="7E0D5C31" w14:textId="77777777" w:rsidTr="00690563">
        <w:trPr>
          <w:jc w:val="center"/>
        </w:trPr>
        <w:tc>
          <w:tcPr>
            <w:tcW w:w="2033" w:type="pct"/>
            <w:shd w:val="clear" w:color="auto" w:fill="2B6478"/>
            <w:tcMar>
              <w:top w:w="145" w:type="dxa"/>
              <w:left w:w="110" w:type="dxa"/>
              <w:bottom w:w="145" w:type="dxa"/>
              <w:right w:w="110" w:type="dxa"/>
            </w:tcMar>
          </w:tcPr>
          <w:p w14:paraId="0AA2946A" w14:textId="77777777" w:rsidR="00787B6C" w:rsidRDefault="00690563">
            <w:pPr>
              <w:jc w:val="center"/>
            </w:pPr>
            <w:r>
              <w:rPr>
                <w:b/>
                <w:color w:val="FFFFFF"/>
                <w:sz w:val="30"/>
              </w:rPr>
              <w:lastRenderedPageBreak/>
              <w:t>13</w:t>
            </w:r>
          </w:p>
        </w:tc>
        <w:tc>
          <w:tcPr>
            <w:tcW w:w="2967" w:type="pct"/>
            <w:shd w:val="clear" w:color="auto" w:fill="17324D"/>
            <w:tcMar>
              <w:top w:w="120" w:type="dxa"/>
              <w:left w:w="145" w:type="dxa"/>
              <w:bottom w:w="120" w:type="dxa"/>
              <w:right w:w="145" w:type="dxa"/>
            </w:tcMar>
          </w:tcPr>
          <w:p w14:paraId="1A244F92" w14:textId="3CBC4E5B" w:rsidR="00787B6C" w:rsidRPr="00E14EE9" w:rsidRDefault="00690563">
            <w:pPr>
              <w:rPr>
                <w:lang w:val="it-CH"/>
              </w:rPr>
            </w:pPr>
            <w:r w:rsidRPr="00E14EE9">
              <w:rPr>
                <w:b/>
                <w:color w:val="FFFFFF"/>
                <w:sz w:val="25"/>
                <w:lang w:val="it-CH"/>
              </w:rPr>
              <w:t>RELIEFUL: PROCES</w:t>
            </w:r>
            <w:r w:rsidR="007E6BE4" w:rsidRPr="00E14EE9">
              <w:rPr>
                <w:b/>
                <w:color w:val="FFFFFF"/>
                <w:sz w:val="25"/>
                <w:lang w:val="it-CH"/>
              </w:rPr>
              <w:t>E</w:t>
            </w:r>
            <w:r w:rsidRPr="00E14EE9">
              <w:rPr>
                <w:b/>
                <w:color w:val="FFFFFF"/>
                <w:sz w:val="25"/>
                <w:lang w:val="it-CH"/>
              </w:rPr>
              <w:t>, FAVORABILITATE, RESTRICTIVITATE</w:t>
            </w:r>
            <w:r w:rsidRPr="00E14EE9">
              <w:rPr>
                <w:lang w:val="it-CH"/>
              </w:rPr>
              <w:br/>
            </w:r>
            <w:r w:rsidRPr="00E14EE9">
              <w:rPr>
                <w:color w:val="DFE8EA"/>
                <w:sz w:val="16"/>
                <w:lang w:val="it-CH"/>
              </w:rPr>
              <w:t>Relieful nu este doar formă; este rezultat al proceselor și condiție pentru locuire, infrastructură și risc.</w:t>
            </w:r>
          </w:p>
        </w:tc>
      </w:tr>
    </w:tbl>
    <w:p w14:paraId="6196C0EE"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325"/>
        <w:gridCol w:w="3385"/>
        <w:gridCol w:w="2880"/>
      </w:tblGrid>
      <w:tr w:rsidR="00690563" w14:paraId="04C29C89" w14:textId="77777777" w:rsidTr="00690563">
        <w:trPr>
          <w:jc w:val="center"/>
        </w:trPr>
        <w:tc>
          <w:tcPr>
            <w:tcW w:w="2042" w:type="pct"/>
            <w:shd w:val="clear" w:color="auto" w:fill="66757F"/>
            <w:tcMar>
              <w:top w:w="76" w:type="dxa"/>
              <w:left w:w="82" w:type="dxa"/>
              <w:bottom w:w="76" w:type="dxa"/>
              <w:right w:w="82" w:type="dxa"/>
            </w:tcMar>
          </w:tcPr>
          <w:p w14:paraId="6F74517C" w14:textId="77777777" w:rsidR="00690563" w:rsidRDefault="00690563" w:rsidP="00690563">
            <w:pPr>
              <w:jc w:val="center"/>
            </w:pPr>
            <w:r>
              <w:rPr>
                <w:b/>
                <w:color w:val="FFFFFF"/>
                <w:sz w:val="14"/>
              </w:rPr>
              <w:t>ÎN LOC DE…</w:t>
            </w:r>
          </w:p>
        </w:tc>
        <w:tc>
          <w:tcPr>
            <w:tcW w:w="1598" w:type="pct"/>
            <w:shd w:val="clear" w:color="auto" w:fill="3E755A"/>
            <w:tcMar>
              <w:top w:w="76" w:type="dxa"/>
              <w:left w:w="82" w:type="dxa"/>
              <w:bottom w:w="76" w:type="dxa"/>
              <w:right w:w="82" w:type="dxa"/>
            </w:tcMar>
          </w:tcPr>
          <w:p w14:paraId="5C66F8E2" w14:textId="77777777" w:rsidR="00690563" w:rsidRDefault="00690563" w:rsidP="00690563">
            <w:pPr>
              <w:jc w:val="center"/>
            </w:pPr>
            <w:r>
              <w:rPr>
                <w:b/>
                <w:color w:val="FFFFFF"/>
                <w:sz w:val="14"/>
              </w:rPr>
              <w:t>PROPUN…</w:t>
            </w:r>
          </w:p>
        </w:tc>
        <w:tc>
          <w:tcPr>
            <w:tcW w:w="1360" w:type="pct"/>
            <w:shd w:val="clear" w:color="auto" w:fill="2B6478"/>
            <w:tcMar>
              <w:top w:w="76" w:type="dxa"/>
              <w:left w:w="82" w:type="dxa"/>
              <w:bottom w:w="76" w:type="dxa"/>
              <w:right w:w="82" w:type="dxa"/>
            </w:tcMar>
          </w:tcPr>
          <w:p w14:paraId="7566D33C" w14:textId="77777777" w:rsidR="00690563" w:rsidRDefault="00690563" w:rsidP="00690563">
            <w:pPr>
              <w:jc w:val="center"/>
            </w:pPr>
            <w:r>
              <w:rPr>
                <w:b/>
                <w:color w:val="FFFFFF"/>
                <w:sz w:val="14"/>
              </w:rPr>
              <w:t>DOVADĂ</w:t>
            </w:r>
          </w:p>
        </w:tc>
      </w:tr>
      <w:tr w:rsidR="00690563" w14:paraId="0D399369" w14:textId="77777777" w:rsidTr="00690563">
        <w:trPr>
          <w:jc w:val="center"/>
        </w:trPr>
        <w:tc>
          <w:tcPr>
            <w:tcW w:w="2042" w:type="pct"/>
            <w:shd w:val="clear" w:color="auto" w:fill="F8FAFA"/>
            <w:tcMar>
              <w:top w:w="68" w:type="dxa"/>
              <w:left w:w="78" w:type="dxa"/>
              <w:bottom w:w="68" w:type="dxa"/>
              <w:right w:w="78" w:type="dxa"/>
            </w:tcMar>
          </w:tcPr>
          <w:p w14:paraId="38FBF170" w14:textId="77777777" w:rsidR="00690563" w:rsidRDefault="00690563" w:rsidP="00690563">
            <w:proofErr w:type="spellStart"/>
            <w:r>
              <w:rPr>
                <w:color w:val="263238"/>
                <w:sz w:val="15"/>
              </w:rPr>
              <w:t>lista</w:t>
            </w:r>
            <w:proofErr w:type="spellEnd"/>
            <w:r>
              <w:rPr>
                <w:color w:val="263238"/>
                <w:sz w:val="15"/>
              </w:rPr>
              <w:t xml:space="preserve"> </w:t>
            </w:r>
            <w:proofErr w:type="spellStart"/>
            <w:r>
              <w:rPr>
                <w:color w:val="263238"/>
                <w:sz w:val="15"/>
              </w:rPr>
              <w:t>formelor</w:t>
            </w:r>
            <w:proofErr w:type="spellEnd"/>
            <w:r>
              <w:rPr>
                <w:color w:val="263238"/>
                <w:sz w:val="15"/>
              </w:rPr>
              <w:t xml:space="preserve"> de relief</w:t>
            </w:r>
          </w:p>
        </w:tc>
        <w:tc>
          <w:tcPr>
            <w:tcW w:w="1598" w:type="pct"/>
            <w:shd w:val="clear" w:color="auto" w:fill="F8FAFA"/>
            <w:tcMar>
              <w:top w:w="68" w:type="dxa"/>
              <w:left w:w="78" w:type="dxa"/>
              <w:bottom w:w="68" w:type="dxa"/>
              <w:right w:w="78" w:type="dxa"/>
            </w:tcMar>
          </w:tcPr>
          <w:p w14:paraId="346A1BF9" w14:textId="77777777" w:rsidR="00690563" w:rsidRDefault="00690563" w:rsidP="00690563">
            <w:proofErr w:type="spellStart"/>
            <w:r>
              <w:rPr>
                <w:color w:val="263238"/>
                <w:sz w:val="15"/>
              </w:rPr>
              <w:t>relație</w:t>
            </w:r>
            <w:proofErr w:type="spellEnd"/>
            <w:r>
              <w:rPr>
                <w:color w:val="263238"/>
                <w:sz w:val="15"/>
              </w:rPr>
              <w:t xml:space="preserve"> </w:t>
            </w:r>
            <w:proofErr w:type="spellStart"/>
            <w:r>
              <w:rPr>
                <w:color w:val="263238"/>
                <w:sz w:val="15"/>
              </w:rPr>
              <w:t>proces</w:t>
            </w:r>
            <w:proofErr w:type="spellEnd"/>
            <w:r>
              <w:rPr>
                <w:color w:val="263238"/>
                <w:sz w:val="15"/>
              </w:rPr>
              <w:t>–</w:t>
            </w:r>
            <w:proofErr w:type="spellStart"/>
            <w:r>
              <w:rPr>
                <w:color w:val="263238"/>
                <w:sz w:val="15"/>
              </w:rPr>
              <w:t>formă</w:t>
            </w:r>
            <w:proofErr w:type="spellEnd"/>
            <w:r>
              <w:rPr>
                <w:color w:val="263238"/>
                <w:sz w:val="15"/>
              </w:rPr>
              <w:t>–</w:t>
            </w:r>
            <w:proofErr w:type="spellStart"/>
            <w:r>
              <w:rPr>
                <w:color w:val="263238"/>
                <w:sz w:val="15"/>
              </w:rPr>
              <w:t>substrat</w:t>
            </w:r>
            <w:proofErr w:type="spellEnd"/>
            <w:r>
              <w:rPr>
                <w:color w:val="263238"/>
                <w:sz w:val="15"/>
              </w:rPr>
              <w:t>–</w:t>
            </w:r>
            <w:proofErr w:type="spellStart"/>
            <w:r>
              <w:rPr>
                <w:color w:val="263238"/>
                <w:sz w:val="15"/>
              </w:rPr>
              <w:t>climă</w:t>
            </w:r>
            <w:proofErr w:type="spellEnd"/>
          </w:p>
        </w:tc>
        <w:tc>
          <w:tcPr>
            <w:tcW w:w="1360" w:type="pct"/>
            <w:shd w:val="clear" w:color="auto" w:fill="F8FAFA"/>
            <w:tcMar>
              <w:top w:w="68" w:type="dxa"/>
              <w:left w:w="78" w:type="dxa"/>
              <w:bottom w:w="68" w:type="dxa"/>
              <w:right w:w="78" w:type="dxa"/>
            </w:tcMar>
          </w:tcPr>
          <w:p w14:paraId="65BFE178" w14:textId="77777777" w:rsidR="00690563" w:rsidRDefault="00690563" w:rsidP="00690563">
            <w:proofErr w:type="spellStart"/>
            <w:r>
              <w:rPr>
                <w:color w:val="263238"/>
                <w:sz w:val="15"/>
              </w:rPr>
              <w:t>schemă</w:t>
            </w:r>
            <w:proofErr w:type="spellEnd"/>
            <w:r>
              <w:rPr>
                <w:color w:val="263238"/>
                <w:sz w:val="15"/>
              </w:rPr>
              <w:t xml:space="preserve"> </w:t>
            </w:r>
            <w:proofErr w:type="spellStart"/>
            <w:r>
              <w:rPr>
                <w:color w:val="263238"/>
                <w:sz w:val="15"/>
              </w:rPr>
              <w:t>cauzală</w:t>
            </w:r>
            <w:proofErr w:type="spellEnd"/>
          </w:p>
        </w:tc>
      </w:tr>
      <w:tr w:rsidR="00690563" w14:paraId="59D033DB" w14:textId="77777777" w:rsidTr="00690563">
        <w:trPr>
          <w:jc w:val="center"/>
        </w:trPr>
        <w:tc>
          <w:tcPr>
            <w:tcW w:w="2042" w:type="pct"/>
            <w:tcMar>
              <w:top w:w="68" w:type="dxa"/>
              <w:left w:w="78" w:type="dxa"/>
              <w:bottom w:w="68" w:type="dxa"/>
              <w:right w:w="78" w:type="dxa"/>
            </w:tcMar>
          </w:tcPr>
          <w:p w14:paraId="74D8DC50" w14:textId="77777777" w:rsidR="00690563" w:rsidRDefault="00690563" w:rsidP="00690563">
            <w:proofErr w:type="spellStart"/>
            <w:r>
              <w:rPr>
                <w:color w:val="263238"/>
                <w:sz w:val="15"/>
              </w:rPr>
              <w:t>tipuri</w:t>
            </w:r>
            <w:proofErr w:type="spellEnd"/>
            <w:r>
              <w:rPr>
                <w:color w:val="263238"/>
                <w:sz w:val="15"/>
              </w:rPr>
              <w:t xml:space="preserve"> </w:t>
            </w:r>
            <w:proofErr w:type="spellStart"/>
            <w:r>
              <w:rPr>
                <w:color w:val="263238"/>
                <w:sz w:val="15"/>
              </w:rPr>
              <w:t>învățate</w:t>
            </w:r>
            <w:proofErr w:type="spellEnd"/>
            <w:r>
              <w:rPr>
                <w:color w:val="263238"/>
                <w:sz w:val="15"/>
              </w:rPr>
              <w:t xml:space="preserve"> </w:t>
            </w:r>
            <w:proofErr w:type="spellStart"/>
            <w:r>
              <w:rPr>
                <w:color w:val="263238"/>
                <w:sz w:val="15"/>
              </w:rPr>
              <w:t>izolat</w:t>
            </w:r>
            <w:proofErr w:type="spellEnd"/>
          </w:p>
        </w:tc>
        <w:tc>
          <w:tcPr>
            <w:tcW w:w="1598" w:type="pct"/>
            <w:tcMar>
              <w:top w:w="68" w:type="dxa"/>
              <w:left w:w="78" w:type="dxa"/>
              <w:bottom w:w="68" w:type="dxa"/>
              <w:right w:w="78" w:type="dxa"/>
            </w:tcMar>
          </w:tcPr>
          <w:p w14:paraId="3E88D99B" w14:textId="77777777" w:rsidR="00690563" w:rsidRPr="00E14EE9" w:rsidRDefault="00690563" w:rsidP="00690563">
            <w:pPr>
              <w:rPr>
                <w:lang w:val="it-CH"/>
              </w:rPr>
            </w:pPr>
            <w:r w:rsidRPr="00E14EE9">
              <w:rPr>
                <w:color w:val="263238"/>
                <w:sz w:val="15"/>
                <w:lang w:val="it-CH"/>
              </w:rPr>
              <w:t>compararea tipurilor reprezentative pe criterii</w:t>
            </w:r>
          </w:p>
        </w:tc>
        <w:tc>
          <w:tcPr>
            <w:tcW w:w="1360" w:type="pct"/>
            <w:tcMar>
              <w:top w:w="68" w:type="dxa"/>
              <w:left w:w="78" w:type="dxa"/>
              <w:bottom w:w="68" w:type="dxa"/>
              <w:right w:w="78" w:type="dxa"/>
            </w:tcMar>
          </w:tcPr>
          <w:p w14:paraId="2310E28E" w14:textId="77777777" w:rsidR="00690563" w:rsidRDefault="00690563" w:rsidP="00690563">
            <w:proofErr w:type="spellStart"/>
            <w:r>
              <w:rPr>
                <w:color w:val="263238"/>
                <w:sz w:val="15"/>
              </w:rPr>
              <w:t>tabel</w:t>
            </w:r>
            <w:proofErr w:type="spellEnd"/>
            <w:r>
              <w:rPr>
                <w:color w:val="263238"/>
                <w:sz w:val="15"/>
              </w:rPr>
              <w:t xml:space="preserve"> / </w:t>
            </w:r>
            <w:proofErr w:type="spellStart"/>
            <w:r>
              <w:rPr>
                <w:color w:val="263238"/>
                <w:sz w:val="15"/>
              </w:rPr>
              <w:t>profil</w:t>
            </w:r>
            <w:proofErr w:type="spellEnd"/>
          </w:p>
        </w:tc>
      </w:tr>
      <w:tr w:rsidR="00690563" w14:paraId="79E8B56A" w14:textId="77777777" w:rsidTr="00690563">
        <w:trPr>
          <w:jc w:val="center"/>
        </w:trPr>
        <w:tc>
          <w:tcPr>
            <w:tcW w:w="2042" w:type="pct"/>
            <w:shd w:val="clear" w:color="auto" w:fill="F8FAFA"/>
            <w:tcMar>
              <w:top w:w="68" w:type="dxa"/>
              <w:left w:w="78" w:type="dxa"/>
              <w:bottom w:w="68" w:type="dxa"/>
              <w:right w:w="78" w:type="dxa"/>
            </w:tcMar>
          </w:tcPr>
          <w:p w14:paraId="23624355" w14:textId="77777777" w:rsidR="00690563" w:rsidRDefault="00690563" w:rsidP="00690563">
            <w:proofErr w:type="spellStart"/>
            <w:r>
              <w:rPr>
                <w:color w:val="263238"/>
                <w:sz w:val="15"/>
              </w:rPr>
              <w:t>orizont</w:t>
            </w:r>
            <w:proofErr w:type="spellEnd"/>
            <w:r>
              <w:rPr>
                <w:color w:val="263238"/>
                <w:sz w:val="15"/>
              </w:rPr>
              <w:t xml:space="preserve"> local «la final»</w:t>
            </w:r>
          </w:p>
        </w:tc>
        <w:tc>
          <w:tcPr>
            <w:tcW w:w="1598" w:type="pct"/>
            <w:shd w:val="clear" w:color="auto" w:fill="F8FAFA"/>
            <w:tcMar>
              <w:top w:w="68" w:type="dxa"/>
              <w:left w:w="78" w:type="dxa"/>
              <w:bottom w:w="68" w:type="dxa"/>
              <w:right w:w="78" w:type="dxa"/>
            </w:tcMar>
          </w:tcPr>
          <w:p w14:paraId="0BBDE781" w14:textId="46C3B36A" w:rsidR="00690563" w:rsidRDefault="0029230B" w:rsidP="00690563">
            <w:proofErr w:type="spellStart"/>
            <w:r>
              <w:rPr>
                <w:color w:val="263238"/>
                <w:sz w:val="15"/>
              </w:rPr>
              <w:t>studiu</w:t>
            </w:r>
            <w:proofErr w:type="spellEnd"/>
            <w:r>
              <w:rPr>
                <w:color w:val="263238"/>
                <w:sz w:val="15"/>
              </w:rPr>
              <w:t xml:space="preserve"> de </w:t>
            </w:r>
            <w:proofErr w:type="spellStart"/>
            <w:r>
              <w:rPr>
                <w:color w:val="263238"/>
                <w:sz w:val="15"/>
              </w:rPr>
              <w:t>caz</w:t>
            </w:r>
            <w:proofErr w:type="spellEnd"/>
            <w:r w:rsidR="00690563">
              <w:rPr>
                <w:color w:val="263238"/>
                <w:sz w:val="15"/>
              </w:rPr>
              <w:t xml:space="preserve"> </w:t>
            </w:r>
            <w:proofErr w:type="spellStart"/>
            <w:r w:rsidR="00690563">
              <w:rPr>
                <w:color w:val="263238"/>
                <w:sz w:val="15"/>
              </w:rPr>
              <w:t>introdus</w:t>
            </w:r>
            <w:proofErr w:type="spellEnd"/>
            <w:r w:rsidR="00690563">
              <w:rPr>
                <w:color w:val="263238"/>
                <w:sz w:val="15"/>
              </w:rPr>
              <w:t xml:space="preserve"> ca </w:t>
            </w:r>
            <w:proofErr w:type="spellStart"/>
            <w:r w:rsidR="00690563">
              <w:rPr>
                <w:color w:val="263238"/>
                <w:sz w:val="15"/>
              </w:rPr>
              <w:t>reper</w:t>
            </w:r>
            <w:proofErr w:type="spellEnd"/>
            <w:r w:rsidR="00690563">
              <w:rPr>
                <w:color w:val="263238"/>
                <w:sz w:val="15"/>
              </w:rPr>
              <w:t xml:space="preserve"> pe tot </w:t>
            </w:r>
            <w:proofErr w:type="spellStart"/>
            <w:r w:rsidR="00690563">
              <w:rPr>
                <w:color w:val="263238"/>
                <w:sz w:val="15"/>
              </w:rPr>
              <w:t>parcursul</w:t>
            </w:r>
            <w:proofErr w:type="spellEnd"/>
            <w:r w:rsidR="00690563">
              <w:rPr>
                <w:color w:val="263238"/>
                <w:sz w:val="15"/>
              </w:rPr>
              <w:t xml:space="preserve"> </w:t>
            </w:r>
            <w:proofErr w:type="spellStart"/>
            <w:r w:rsidR="00690563">
              <w:rPr>
                <w:color w:val="263238"/>
                <w:sz w:val="15"/>
              </w:rPr>
              <w:t>unității</w:t>
            </w:r>
            <w:proofErr w:type="spellEnd"/>
            <w:r>
              <w:rPr>
                <w:color w:val="263238"/>
                <w:sz w:val="15"/>
              </w:rPr>
              <w:t xml:space="preserve"> de </w:t>
            </w:r>
            <w:proofErr w:type="spellStart"/>
            <w:r>
              <w:rPr>
                <w:color w:val="263238"/>
                <w:sz w:val="15"/>
              </w:rPr>
              <w:t>învățare</w:t>
            </w:r>
            <w:proofErr w:type="spellEnd"/>
          </w:p>
        </w:tc>
        <w:tc>
          <w:tcPr>
            <w:tcW w:w="1360" w:type="pct"/>
            <w:shd w:val="clear" w:color="auto" w:fill="F8FAFA"/>
            <w:tcMar>
              <w:top w:w="68" w:type="dxa"/>
              <w:left w:w="78" w:type="dxa"/>
              <w:bottom w:w="68" w:type="dxa"/>
              <w:right w:w="78" w:type="dxa"/>
            </w:tcMar>
          </w:tcPr>
          <w:p w14:paraId="0F66E841" w14:textId="77777777" w:rsidR="00690563" w:rsidRDefault="00690563" w:rsidP="00690563">
            <w:proofErr w:type="spellStart"/>
            <w:r>
              <w:rPr>
                <w:color w:val="263238"/>
                <w:sz w:val="15"/>
              </w:rPr>
              <w:t>fișă</w:t>
            </w:r>
            <w:proofErr w:type="spellEnd"/>
            <w:r>
              <w:rPr>
                <w:color w:val="263238"/>
                <w:sz w:val="15"/>
              </w:rPr>
              <w:t xml:space="preserve"> </w:t>
            </w:r>
            <w:proofErr w:type="spellStart"/>
            <w:r>
              <w:rPr>
                <w:color w:val="263238"/>
                <w:sz w:val="15"/>
              </w:rPr>
              <w:t>teren</w:t>
            </w:r>
            <w:proofErr w:type="spellEnd"/>
            <w:r>
              <w:rPr>
                <w:color w:val="263238"/>
                <w:sz w:val="15"/>
              </w:rPr>
              <w:t xml:space="preserve"> / imagine</w:t>
            </w:r>
          </w:p>
        </w:tc>
      </w:tr>
      <w:tr w:rsidR="00690563" w14:paraId="49ABBC28" w14:textId="77777777" w:rsidTr="00690563">
        <w:trPr>
          <w:jc w:val="center"/>
        </w:trPr>
        <w:tc>
          <w:tcPr>
            <w:tcW w:w="2042" w:type="pct"/>
            <w:tcMar>
              <w:top w:w="68" w:type="dxa"/>
              <w:left w:w="78" w:type="dxa"/>
              <w:bottom w:w="68" w:type="dxa"/>
              <w:right w:w="78" w:type="dxa"/>
            </w:tcMar>
          </w:tcPr>
          <w:p w14:paraId="6F849F5D" w14:textId="3156B5B4" w:rsidR="00690563" w:rsidRDefault="00690563" w:rsidP="00690563">
            <w:proofErr w:type="spellStart"/>
            <w:r>
              <w:rPr>
                <w:color w:val="263238"/>
                <w:sz w:val="15"/>
              </w:rPr>
              <w:t>favorabilitate</w:t>
            </w:r>
            <w:proofErr w:type="spellEnd"/>
            <w:r>
              <w:rPr>
                <w:color w:val="263238"/>
                <w:sz w:val="15"/>
              </w:rPr>
              <w:t xml:space="preserve"> </w:t>
            </w:r>
            <w:r w:rsidR="00224BD2">
              <w:rPr>
                <w:color w:val="263238"/>
                <w:sz w:val="15"/>
              </w:rPr>
              <w:t xml:space="preserve">/ </w:t>
            </w:r>
            <w:proofErr w:type="spellStart"/>
            <w:r w:rsidR="00224BD2">
              <w:rPr>
                <w:color w:val="263238"/>
                <w:sz w:val="15"/>
              </w:rPr>
              <w:t>restrictivitate</w:t>
            </w:r>
            <w:proofErr w:type="spellEnd"/>
          </w:p>
        </w:tc>
        <w:tc>
          <w:tcPr>
            <w:tcW w:w="1598" w:type="pct"/>
            <w:tcMar>
              <w:top w:w="68" w:type="dxa"/>
              <w:left w:w="78" w:type="dxa"/>
              <w:bottom w:w="68" w:type="dxa"/>
              <w:right w:w="78" w:type="dxa"/>
            </w:tcMar>
          </w:tcPr>
          <w:p w14:paraId="4DE2965D" w14:textId="77777777" w:rsidR="00690563" w:rsidRPr="00E14EE9" w:rsidRDefault="00690563" w:rsidP="00690563">
            <w:pPr>
              <w:rPr>
                <w:lang w:val="it-CH"/>
              </w:rPr>
            </w:pPr>
            <w:r w:rsidRPr="00E14EE9">
              <w:rPr>
                <w:color w:val="263238"/>
                <w:sz w:val="15"/>
                <w:lang w:val="it-CH"/>
              </w:rPr>
              <w:t>criterii: pantă, accesibilitate, risc, resurse</w:t>
            </w:r>
          </w:p>
        </w:tc>
        <w:tc>
          <w:tcPr>
            <w:tcW w:w="1360" w:type="pct"/>
            <w:tcMar>
              <w:top w:w="68" w:type="dxa"/>
              <w:left w:w="78" w:type="dxa"/>
              <w:bottom w:w="68" w:type="dxa"/>
              <w:right w:w="78" w:type="dxa"/>
            </w:tcMar>
          </w:tcPr>
          <w:p w14:paraId="08AF5710" w14:textId="01D18963" w:rsidR="00690563" w:rsidRDefault="007265C8" w:rsidP="00690563">
            <w:proofErr w:type="spellStart"/>
            <w:r>
              <w:rPr>
                <w:color w:val="263238"/>
                <w:sz w:val="15"/>
              </w:rPr>
              <w:t>tipuri</w:t>
            </w:r>
            <w:proofErr w:type="spellEnd"/>
            <w:r w:rsidR="00690563">
              <w:rPr>
                <w:color w:val="263238"/>
                <w:sz w:val="15"/>
              </w:rPr>
              <w:t xml:space="preserve"> de </w:t>
            </w:r>
            <w:proofErr w:type="spellStart"/>
            <w:r w:rsidR="00690563">
              <w:rPr>
                <w:color w:val="263238"/>
                <w:sz w:val="15"/>
              </w:rPr>
              <w:t>criterii</w:t>
            </w:r>
            <w:proofErr w:type="spellEnd"/>
            <w:r>
              <w:rPr>
                <w:color w:val="263238"/>
                <w:sz w:val="15"/>
              </w:rPr>
              <w:t xml:space="preserve"> / </w:t>
            </w:r>
            <w:proofErr w:type="spellStart"/>
            <w:r>
              <w:rPr>
                <w:color w:val="263238"/>
                <w:sz w:val="15"/>
              </w:rPr>
              <w:t>clasificare</w:t>
            </w:r>
            <w:proofErr w:type="spellEnd"/>
          </w:p>
        </w:tc>
      </w:tr>
      <w:tr w:rsidR="00690563" w14:paraId="31449ADC" w14:textId="77777777" w:rsidTr="00690563">
        <w:trPr>
          <w:jc w:val="center"/>
        </w:trPr>
        <w:tc>
          <w:tcPr>
            <w:tcW w:w="2042" w:type="pct"/>
            <w:shd w:val="clear" w:color="auto" w:fill="F8FAFA"/>
            <w:tcMar>
              <w:top w:w="68" w:type="dxa"/>
              <w:left w:w="78" w:type="dxa"/>
              <w:bottom w:w="68" w:type="dxa"/>
              <w:right w:w="78" w:type="dxa"/>
            </w:tcMar>
          </w:tcPr>
          <w:p w14:paraId="5C5E1EF9" w14:textId="77777777" w:rsidR="00690563" w:rsidRDefault="00690563" w:rsidP="00690563">
            <w:r>
              <w:rPr>
                <w:color w:val="263238"/>
                <w:sz w:val="15"/>
              </w:rPr>
              <w:t xml:space="preserve">relief </w:t>
            </w:r>
            <w:proofErr w:type="spellStart"/>
            <w:r>
              <w:rPr>
                <w:color w:val="263238"/>
                <w:sz w:val="15"/>
              </w:rPr>
              <w:t>antropic</w:t>
            </w:r>
            <w:proofErr w:type="spellEnd"/>
            <w:r>
              <w:rPr>
                <w:color w:val="263238"/>
                <w:sz w:val="15"/>
              </w:rPr>
              <w:t xml:space="preserve"> ca </w:t>
            </w:r>
            <w:proofErr w:type="spellStart"/>
            <w:r>
              <w:rPr>
                <w:color w:val="263238"/>
                <w:sz w:val="15"/>
              </w:rPr>
              <w:t>anexă</w:t>
            </w:r>
            <w:proofErr w:type="spellEnd"/>
          </w:p>
        </w:tc>
        <w:tc>
          <w:tcPr>
            <w:tcW w:w="1598" w:type="pct"/>
            <w:shd w:val="clear" w:color="auto" w:fill="F8FAFA"/>
            <w:tcMar>
              <w:top w:w="68" w:type="dxa"/>
              <w:left w:w="78" w:type="dxa"/>
              <w:bottom w:w="68" w:type="dxa"/>
              <w:right w:w="78" w:type="dxa"/>
            </w:tcMar>
          </w:tcPr>
          <w:p w14:paraId="21D72B7F" w14:textId="77777777" w:rsidR="00690563" w:rsidRPr="00E14EE9" w:rsidRDefault="00690563" w:rsidP="00690563">
            <w:pPr>
              <w:rPr>
                <w:lang w:val="it-CH"/>
              </w:rPr>
            </w:pPr>
            <w:r w:rsidRPr="00E14EE9">
              <w:rPr>
                <w:color w:val="263238"/>
                <w:sz w:val="15"/>
                <w:lang w:val="it-CH"/>
              </w:rPr>
              <w:t>analiza unei transformări produse de activitate umană</w:t>
            </w:r>
          </w:p>
        </w:tc>
        <w:tc>
          <w:tcPr>
            <w:tcW w:w="1360" w:type="pct"/>
            <w:shd w:val="clear" w:color="auto" w:fill="F8FAFA"/>
            <w:tcMar>
              <w:top w:w="68" w:type="dxa"/>
              <w:left w:w="78" w:type="dxa"/>
              <w:bottom w:w="68" w:type="dxa"/>
              <w:right w:w="78" w:type="dxa"/>
            </w:tcMar>
          </w:tcPr>
          <w:p w14:paraId="56AC7656" w14:textId="77777777" w:rsidR="00690563" w:rsidRDefault="00690563" w:rsidP="00690563">
            <w:proofErr w:type="spellStart"/>
            <w:r>
              <w:rPr>
                <w:color w:val="263238"/>
                <w:sz w:val="15"/>
              </w:rPr>
              <w:t>imagini</w:t>
            </w:r>
            <w:proofErr w:type="spellEnd"/>
            <w:r>
              <w:rPr>
                <w:color w:val="263238"/>
                <w:sz w:val="15"/>
              </w:rPr>
              <w:t xml:space="preserve"> </w:t>
            </w:r>
            <w:proofErr w:type="spellStart"/>
            <w:r>
              <w:rPr>
                <w:color w:val="263238"/>
                <w:sz w:val="15"/>
              </w:rPr>
              <w:t>în</w:t>
            </w:r>
            <w:proofErr w:type="spellEnd"/>
            <w:r>
              <w:rPr>
                <w:color w:val="263238"/>
                <w:sz w:val="15"/>
              </w:rPr>
              <w:t xml:space="preserve"> </w:t>
            </w:r>
            <w:proofErr w:type="spellStart"/>
            <w:r>
              <w:rPr>
                <w:color w:val="263238"/>
                <w:sz w:val="15"/>
              </w:rPr>
              <w:t>timp</w:t>
            </w:r>
            <w:proofErr w:type="spellEnd"/>
            <w:r>
              <w:rPr>
                <w:color w:val="263238"/>
                <w:sz w:val="15"/>
              </w:rPr>
              <w:t xml:space="preserve"> / </w:t>
            </w:r>
            <w:proofErr w:type="spellStart"/>
            <w:r>
              <w:rPr>
                <w:color w:val="263238"/>
                <w:sz w:val="15"/>
              </w:rPr>
              <w:t>studiu</w:t>
            </w:r>
            <w:proofErr w:type="spellEnd"/>
            <w:r>
              <w:rPr>
                <w:color w:val="263238"/>
                <w:sz w:val="15"/>
              </w:rPr>
              <w:t xml:space="preserve"> de </w:t>
            </w:r>
            <w:proofErr w:type="spellStart"/>
            <w:r>
              <w:rPr>
                <w:color w:val="263238"/>
                <w:sz w:val="15"/>
              </w:rPr>
              <w:t>caz</w:t>
            </w:r>
            <w:proofErr w:type="spellEnd"/>
          </w:p>
        </w:tc>
      </w:tr>
    </w:tbl>
    <w:p w14:paraId="2FF5A6B1" w14:textId="77777777" w:rsidR="00690563" w:rsidRDefault="00690563"/>
    <w:tbl>
      <w:tblPr>
        <w:tblW w:w="5000" w:type="pct"/>
        <w:jc w:val="center"/>
        <w:tblLook w:val="04A0" w:firstRow="1" w:lastRow="0" w:firstColumn="1" w:lastColumn="0" w:noHBand="0" w:noVBand="1"/>
      </w:tblPr>
      <w:tblGrid>
        <w:gridCol w:w="4354"/>
        <w:gridCol w:w="6307"/>
      </w:tblGrid>
      <w:tr w:rsidR="00690563" w:rsidRPr="00E14EE9" w14:paraId="44F9D7CF" w14:textId="77777777" w:rsidTr="00690563">
        <w:trPr>
          <w:jc w:val="center"/>
        </w:trPr>
        <w:tc>
          <w:tcPr>
            <w:tcW w:w="2033" w:type="pct"/>
            <w:shd w:val="clear" w:color="auto" w:fill="17324D"/>
            <w:tcMar>
              <w:top w:w="105" w:type="dxa"/>
              <w:left w:w="105" w:type="dxa"/>
              <w:bottom w:w="105" w:type="dxa"/>
              <w:right w:w="105" w:type="dxa"/>
            </w:tcMar>
          </w:tcPr>
          <w:p w14:paraId="7E0893B0" w14:textId="77777777" w:rsidR="00690563" w:rsidRPr="00E14EE9" w:rsidRDefault="00690563" w:rsidP="00690563">
            <w:pPr>
              <w:jc w:val="center"/>
              <w:rPr>
                <w:lang w:val="it-CH"/>
              </w:rPr>
            </w:pPr>
            <w:r w:rsidRPr="00E14EE9">
              <w:rPr>
                <w:b/>
                <w:color w:val="FFFFFF"/>
                <w:sz w:val="15"/>
                <w:lang w:val="it-CH"/>
              </w:rPr>
              <w:t>DE LA PROGRAMĂ LA CLASĂ</w:t>
            </w:r>
          </w:p>
        </w:tc>
        <w:tc>
          <w:tcPr>
            <w:tcW w:w="2945" w:type="pct"/>
            <w:shd w:val="clear" w:color="auto" w:fill="F8FAFA"/>
            <w:tcMar>
              <w:top w:w="105" w:type="dxa"/>
              <w:left w:w="130" w:type="dxa"/>
              <w:bottom w:w="105" w:type="dxa"/>
              <w:right w:w="130" w:type="dxa"/>
            </w:tcMar>
          </w:tcPr>
          <w:p w14:paraId="2A16BA67" w14:textId="0344019F" w:rsidR="00690563" w:rsidRPr="00E14EE9" w:rsidRDefault="00690563" w:rsidP="00690563">
            <w:pPr>
              <w:rPr>
                <w:lang w:val="it-CH"/>
              </w:rPr>
            </w:pPr>
            <w:r w:rsidRPr="00E14EE9">
              <w:rPr>
                <w:color w:val="263238"/>
                <w:sz w:val="17"/>
                <w:lang w:val="it-CH"/>
              </w:rPr>
              <w:t xml:space="preserve">Aplicația practică privind relieful orizontului local poate </w:t>
            </w:r>
            <w:r w:rsidR="00A05647" w:rsidRPr="00E14EE9">
              <w:rPr>
                <w:color w:val="263238"/>
                <w:sz w:val="17"/>
                <w:lang w:val="it-CH"/>
              </w:rPr>
              <w:t>ridica / rezolva</w:t>
            </w:r>
            <w:r w:rsidRPr="00E14EE9">
              <w:rPr>
                <w:color w:val="263238"/>
                <w:sz w:val="17"/>
                <w:lang w:val="it-CH"/>
              </w:rPr>
              <w:t xml:space="preserve"> o problemă: «Unde ar fi mai potrivită extinderea unei zone construite și ce riscuri trebuie luate în calcul?»</w:t>
            </w:r>
          </w:p>
        </w:tc>
      </w:tr>
    </w:tbl>
    <w:p w14:paraId="3FD90A99"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471"/>
        <w:gridCol w:w="6210"/>
      </w:tblGrid>
      <w:tr w:rsidR="00787B6C" w:rsidRPr="00E14EE9" w14:paraId="7FE12A9A" w14:textId="77777777" w:rsidTr="00690563">
        <w:trPr>
          <w:jc w:val="center"/>
        </w:trPr>
        <w:tc>
          <w:tcPr>
            <w:tcW w:w="2093" w:type="pct"/>
            <w:shd w:val="clear" w:color="auto" w:fill="2B6478"/>
            <w:tcMar>
              <w:top w:w="145" w:type="dxa"/>
              <w:left w:w="110" w:type="dxa"/>
              <w:bottom w:w="145" w:type="dxa"/>
              <w:right w:w="110" w:type="dxa"/>
            </w:tcMar>
          </w:tcPr>
          <w:p w14:paraId="047866BA" w14:textId="77777777" w:rsidR="00787B6C" w:rsidRDefault="00690563">
            <w:pPr>
              <w:jc w:val="center"/>
            </w:pPr>
            <w:r>
              <w:rPr>
                <w:b/>
                <w:color w:val="FFFFFF"/>
                <w:sz w:val="30"/>
              </w:rPr>
              <w:lastRenderedPageBreak/>
              <w:t>14</w:t>
            </w:r>
          </w:p>
        </w:tc>
        <w:tc>
          <w:tcPr>
            <w:tcW w:w="2907" w:type="pct"/>
            <w:shd w:val="clear" w:color="auto" w:fill="17324D"/>
            <w:tcMar>
              <w:top w:w="120" w:type="dxa"/>
              <w:left w:w="145" w:type="dxa"/>
              <w:bottom w:w="120" w:type="dxa"/>
              <w:right w:w="145" w:type="dxa"/>
            </w:tcMar>
          </w:tcPr>
          <w:p w14:paraId="1A09AA91" w14:textId="77777777" w:rsidR="00787B6C" w:rsidRPr="00E14EE9" w:rsidRDefault="00690563">
            <w:pPr>
              <w:rPr>
                <w:lang w:val="it-CH"/>
              </w:rPr>
            </w:pPr>
            <w:r w:rsidRPr="00E14EE9">
              <w:rPr>
                <w:b/>
                <w:color w:val="FFFFFF"/>
                <w:sz w:val="25"/>
                <w:lang w:val="it-CH"/>
              </w:rPr>
              <w:t>ATMOSFERA: DE LA VREME LA SCHIMBARE CLIMATICĂ</w:t>
            </w:r>
            <w:r w:rsidRPr="00E14EE9">
              <w:rPr>
                <w:lang w:val="it-CH"/>
              </w:rPr>
              <w:br/>
            </w:r>
            <w:r w:rsidRPr="00E14EE9">
              <w:rPr>
                <w:color w:val="DFE8EA"/>
                <w:sz w:val="16"/>
                <w:lang w:val="it-CH"/>
              </w:rPr>
              <w:t>Datele și seriile temporale sunt esențiale pentru a separa evenimentul meteorologic de tendința climatică.</w:t>
            </w:r>
          </w:p>
        </w:tc>
      </w:tr>
    </w:tbl>
    <w:p w14:paraId="7C2C6368"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439"/>
        <w:gridCol w:w="2961"/>
        <w:gridCol w:w="3190"/>
      </w:tblGrid>
      <w:tr w:rsidR="00690563" w14:paraId="426B3FED" w14:textId="77777777" w:rsidTr="00690563">
        <w:trPr>
          <w:jc w:val="center"/>
        </w:trPr>
        <w:tc>
          <w:tcPr>
            <w:tcW w:w="2096" w:type="pct"/>
            <w:shd w:val="clear" w:color="auto" w:fill="17324D"/>
            <w:tcMar>
              <w:top w:w="76" w:type="dxa"/>
              <w:left w:w="82" w:type="dxa"/>
              <w:bottom w:w="76" w:type="dxa"/>
              <w:right w:w="82" w:type="dxa"/>
            </w:tcMar>
          </w:tcPr>
          <w:p w14:paraId="4DEE8A96" w14:textId="77777777" w:rsidR="00690563" w:rsidRDefault="00690563" w:rsidP="00690563">
            <w:pPr>
              <w:jc w:val="center"/>
            </w:pPr>
            <w:r>
              <w:rPr>
                <w:b/>
                <w:color w:val="FFFFFF"/>
                <w:sz w:val="14"/>
              </w:rPr>
              <w:t>CONCEPT</w:t>
            </w:r>
          </w:p>
        </w:tc>
        <w:tc>
          <w:tcPr>
            <w:tcW w:w="1398" w:type="pct"/>
            <w:shd w:val="clear" w:color="auto" w:fill="66757F"/>
            <w:tcMar>
              <w:top w:w="76" w:type="dxa"/>
              <w:left w:w="82" w:type="dxa"/>
              <w:bottom w:w="76" w:type="dxa"/>
              <w:right w:w="82" w:type="dxa"/>
            </w:tcMar>
          </w:tcPr>
          <w:p w14:paraId="5347756E" w14:textId="77777777" w:rsidR="00690563" w:rsidRDefault="00690563" w:rsidP="00690563">
            <w:pPr>
              <w:jc w:val="center"/>
            </w:pPr>
            <w:r>
              <w:rPr>
                <w:b/>
                <w:color w:val="FFFFFF"/>
                <w:sz w:val="14"/>
              </w:rPr>
              <w:t>CE NU ESTE SUFICIENT</w:t>
            </w:r>
          </w:p>
        </w:tc>
        <w:tc>
          <w:tcPr>
            <w:tcW w:w="1506" w:type="pct"/>
            <w:shd w:val="clear" w:color="auto" w:fill="3E755A"/>
            <w:tcMar>
              <w:top w:w="76" w:type="dxa"/>
              <w:left w:w="82" w:type="dxa"/>
              <w:bottom w:w="76" w:type="dxa"/>
              <w:right w:w="82" w:type="dxa"/>
            </w:tcMar>
          </w:tcPr>
          <w:p w14:paraId="7770EE19" w14:textId="77777777" w:rsidR="00690563" w:rsidRDefault="00690563" w:rsidP="00690563">
            <w:pPr>
              <w:jc w:val="center"/>
            </w:pPr>
            <w:r>
              <w:rPr>
                <w:b/>
                <w:color w:val="FFFFFF"/>
                <w:sz w:val="14"/>
              </w:rPr>
              <w:t>CE CEREM ÎN PLUS</w:t>
            </w:r>
          </w:p>
        </w:tc>
      </w:tr>
      <w:tr w:rsidR="00690563" w:rsidRPr="00E14EE9" w14:paraId="526EF4F8" w14:textId="77777777" w:rsidTr="00690563">
        <w:trPr>
          <w:jc w:val="center"/>
        </w:trPr>
        <w:tc>
          <w:tcPr>
            <w:tcW w:w="2096" w:type="pct"/>
            <w:shd w:val="clear" w:color="auto" w:fill="F8FAFA"/>
            <w:tcMar>
              <w:top w:w="68" w:type="dxa"/>
              <w:left w:w="78" w:type="dxa"/>
              <w:bottom w:w="68" w:type="dxa"/>
              <w:right w:w="78" w:type="dxa"/>
            </w:tcMar>
          </w:tcPr>
          <w:p w14:paraId="278030E7" w14:textId="77777777" w:rsidR="00690563" w:rsidRDefault="00690563" w:rsidP="00690563">
            <w:proofErr w:type="spellStart"/>
            <w:r>
              <w:rPr>
                <w:color w:val="263238"/>
                <w:sz w:val="15"/>
              </w:rPr>
              <w:t>vreme</w:t>
            </w:r>
            <w:proofErr w:type="spellEnd"/>
          </w:p>
        </w:tc>
        <w:tc>
          <w:tcPr>
            <w:tcW w:w="1398" w:type="pct"/>
            <w:shd w:val="clear" w:color="auto" w:fill="F8FAFA"/>
            <w:tcMar>
              <w:top w:w="68" w:type="dxa"/>
              <w:left w:w="78" w:type="dxa"/>
              <w:bottom w:w="68" w:type="dxa"/>
              <w:right w:w="78" w:type="dxa"/>
            </w:tcMar>
          </w:tcPr>
          <w:p w14:paraId="7BE0E488" w14:textId="77777777" w:rsidR="00690563" w:rsidRDefault="00690563" w:rsidP="00690563">
            <w:r>
              <w:rPr>
                <w:color w:val="263238"/>
                <w:sz w:val="15"/>
              </w:rPr>
              <w:t>«</w:t>
            </w:r>
            <w:proofErr w:type="spellStart"/>
            <w:r>
              <w:rPr>
                <w:color w:val="263238"/>
                <w:sz w:val="15"/>
              </w:rPr>
              <w:t>astăzi</w:t>
            </w:r>
            <w:proofErr w:type="spellEnd"/>
            <w:r>
              <w:rPr>
                <w:color w:val="263238"/>
                <w:sz w:val="15"/>
              </w:rPr>
              <w:t xml:space="preserve"> </w:t>
            </w:r>
            <w:proofErr w:type="spellStart"/>
            <w:r>
              <w:rPr>
                <w:color w:val="263238"/>
                <w:sz w:val="15"/>
              </w:rPr>
              <w:t>este</w:t>
            </w:r>
            <w:proofErr w:type="spellEnd"/>
            <w:r>
              <w:rPr>
                <w:color w:val="263238"/>
                <w:sz w:val="15"/>
              </w:rPr>
              <w:t xml:space="preserve"> frig»</w:t>
            </w:r>
          </w:p>
        </w:tc>
        <w:tc>
          <w:tcPr>
            <w:tcW w:w="1506" w:type="pct"/>
            <w:shd w:val="clear" w:color="auto" w:fill="F8FAFA"/>
            <w:tcMar>
              <w:top w:w="68" w:type="dxa"/>
              <w:left w:w="78" w:type="dxa"/>
              <w:bottom w:w="68" w:type="dxa"/>
              <w:right w:w="78" w:type="dxa"/>
            </w:tcMar>
          </w:tcPr>
          <w:p w14:paraId="7DAC34B5" w14:textId="44F7D096" w:rsidR="00690563" w:rsidRPr="00E14EE9" w:rsidRDefault="00690563" w:rsidP="00690563">
            <w:pPr>
              <w:rPr>
                <w:lang w:val="it-CH"/>
              </w:rPr>
            </w:pPr>
            <w:r w:rsidRPr="00E14EE9">
              <w:rPr>
                <w:color w:val="263238"/>
                <w:sz w:val="15"/>
                <w:lang w:val="it-CH"/>
              </w:rPr>
              <w:t>localizare, valori</w:t>
            </w:r>
            <w:r w:rsidR="00D863B0" w:rsidRPr="00E14EE9">
              <w:rPr>
                <w:color w:val="263238"/>
                <w:sz w:val="15"/>
                <w:lang w:val="it-CH"/>
              </w:rPr>
              <w:t>/date climatice</w:t>
            </w:r>
            <w:r w:rsidRPr="00E14EE9">
              <w:rPr>
                <w:color w:val="263238"/>
                <w:sz w:val="15"/>
                <w:lang w:val="it-CH"/>
              </w:rPr>
              <w:t>, situație sinoptică, interval temporal</w:t>
            </w:r>
          </w:p>
        </w:tc>
      </w:tr>
      <w:tr w:rsidR="00690563" w:rsidRPr="00E14EE9" w14:paraId="5E522B1F" w14:textId="77777777" w:rsidTr="00690563">
        <w:trPr>
          <w:jc w:val="center"/>
        </w:trPr>
        <w:tc>
          <w:tcPr>
            <w:tcW w:w="2096" w:type="pct"/>
            <w:tcMar>
              <w:top w:w="68" w:type="dxa"/>
              <w:left w:w="78" w:type="dxa"/>
              <w:bottom w:w="68" w:type="dxa"/>
              <w:right w:w="78" w:type="dxa"/>
            </w:tcMar>
          </w:tcPr>
          <w:p w14:paraId="05B8B99F" w14:textId="77777777" w:rsidR="00690563" w:rsidRDefault="00690563" w:rsidP="00690563">
            <w:proofErr w:type="spellStart"/>
            <w:r>
              <w:rPr>
                <w:color w:val="263238"/>
                <w:sz w:val="15"/>
              </w:rPr>
              <w:t>climă</w:t>
            </w:r>
            <w:proofErr w:type="spellEnd"/>
          </w:p>
        </w:tc>
        <w:tc>
          <w:tcPr>
            <w:tcW w:w="1398" w:type="pct"/>
            <w:tcMar>
              <w:top w:w="68" w:type="dxa"/>
              <w:left w:w="78" w:type="dxa"/>
              <w:bottom w:w="68" w:type="dxa"/>
              <w:right w:w="78" w:type="dxa"/>
            </w:tcMar>
          </w:tcPr>
          <w:p w14:paraId="1AB5AEFA" w14:textId="69367DCD" w:rsidR="00690563" w:rsidRDefault="00690563" w:rsidP="00690563">
            <w:proofErr w:type="spellStart"/>
            <w:r>
              <w:rPr>
                <w:color w:val="263238"/>
                <w:sz w:val="15"/>
              </w:rPr>
              <w:t>lista</w:t>
            </w:r>
            <w:proofErr w:type="spellEnd"/>
            <w:r>
              <w:rPr>
                <w:color w:val="263238"/>
                <w:sz w:val="15"/>
              </w:rPr>
              <w:t xml:space="preserve"> </w:t>
            </w:r>
            <w:proofErr w:type="spellStart"/>
            <w:r>
              <w:rPr>
                <w:color w:val="263238"/>
                <w:sz w:val="15"/>
              </w:rPr>
              <w:t>tipurilor</w:t>
            </w:r>
            <w:proofErr w:type="spellEnd"/>
            <w:r w:rsidR="00BD48CC">
              <w:rPr>
                <w:color w:val="263238"/>
                <w:sz w:val="15"/>
              </w:rPr>
              <w:t xml:space="preserve"> de </w:t>
            </w:r>
            <w:proofErr w:type="spellStart"/>
            <w:r w:rsidR="00BD48CC">
              <w:rPr>
                <w:color w:val="263238"/>
                <w:sz w:val="15"/>
              </w:rPr>
              <w:t>climă</w:t>
            </w:r>
            <w:proofErr w:type="spellEnd"/>
          </w:p>
        </w:tc>
        <w:tc>
          <w:tcPr>
            <w:tcW w:w="1506" w:type="pct"/>
            <w:tcMar>
              <w:top w:w="68" w:type="dxa"/>
              <w:left w:w="78" w:type="dxa"/>
              <w:bottom w:w="68" w:type="dxa"/>
              <w:right w:w="78" w:type="dxa"/>
            </w:tcMar>
          </w:tcPr>
          <w:p w14:paraId="470678B9" w14:textId="07C8BF02" w:rsidR="00690563" w:rsidRPr="00E14EE9" w:rsidRDefault="00690563" w:rsidP="00690563">
            <w:pPr>
              <w:rPr>
                <w:lang w:val="it-CH"/>
              </w:rPr>
            </w:pPr>
            <w:r w:rsidRPr="00E14EE9">
              <w:rPr>
                <w:color w:val="263238"/>
                <w:sz w:val="15"/>
                <w:lang w:val="it-CH"/>
              </w:rPr>
              <w:t xml:space="preserve">factori genetici + distribuție + date </w:t>
            </w:r>
            <w:r w:rsidR="00BD48CC" w:rsidRPr="00E14EE9">
              <w:rPr>
                <w:color w:val="263238"/>
                <w:sz w:val="15"/>
                <w:lang w:val="it-CH"/>
              </w:rPr>
              <w:t xml:space="preserve">climatice </w:t>
            </w:r>
            <w:r w:rsidRPr="00E14EE9">
              <w:rPr>
                <w:color w:val="263238"/>
                <w:sz w:val="15"/>
                <w:lang w:val="it-CH"/>
              </w:rPr>
              <w:t>reprezentative</w:t>
            </w:r>
          </w:p>
        </w:tc>
      </w:tr>
      <w:tr w:rsidR="00690563" w:rsidRPr="00E14EE9" w14:paraId="3EDC1EDD" w14:textId="77777777" w:rsidTr="00690563">
        <w:trPr>
          <w:jc w:val="center"/>
        </w:trPr>
        <w:tc>
          <w:tcPr>
            <w:tcW w:w="2096" w:type="pct"/>
            <w:shd w:val="clear" w:color="auto" w:fill="F8FAFA"/>
            <w:tcMar>
              <w:top w:w="68" w:type="dxa"/>
              <w:left w:w="78" w:type="dxa"/>
              <w:bottom w:w="68" w:type="dxa"/>
              <w:right w:w="78" w:type="dxa"/>
            </w:tcMar>
          </w:tcPr>
          <w:p w14:paraId="114D1CE8" w14:textId="77777777" w:rsidR="00690563" w:rsidRDefault="00690563" w:rsidP="00690563">
            <w:proofErr w:type="spellStart"/>
            <w:r>
              <w:rPr>
                <w:color w:val="263238"/>
                <w:sz w:val="15"/>
              </w:rPr>
              <w:t>schimbare</w:t>
            </w:r>
            <w:proofErr w:type="spellEnd"/>
            <w:r>
              <w:rPr>
                <w:color w:val="263238"/>
                <w:sz w:val="15"/>
              </w:rPr>
              <w:t xml:space="preserve"> </w:t>
            </w:r>
            <w:proofErr w:type="spellStart"/>
            <w:r>
              <w:rPr>
                <w:color w:val="263238"/>
                <w:sz w:val="15"/>
              </w:rPr>
              <w:t>climatică</w:t>
            </w:r>
            <w:proofErr w:type="spellEnd"/>
          </w:p>
        </w:tc>
        <w:tc>
          <w:tcPr>
            <w:tcW w:w="1398" w:type="pct"/>
            <w:shd w:val="clear" w:color="auto" w:fill="F8FAFA"/>
            <w:tcMar>
              <w:top w:w="68" w:type="dxa"/>
              <w:left w:w="78" w:type="dxa"/>
              <w:bottom w:w="68" w:type="dxa"/>
              <w:right w:w="78" w:type="dxa"/>
            </w:tcMar>
          </w:tcPr>
          <w:p w14:paraId="565A9F2F" w14:textId="2C7A339C" w:rsidR="00690563" w:rsidRDefault="00690563" w:rsidP="00690563">
            <w:r>
              <w:rPr>
                <w:color w:val="263238"/>
                <w:sz w:val="15"/>
              </w:rPr>
              <w:t xml:space="preserve">un </w:t>
            </w:r>
            <w:proofErr w:type="spellStart"/>
            <w:r w:rsidR="0081027A">
              <w:rPr>
                <w:color w:val="263238"/>
                <w:sz w:val="15"/>
              </w:rPr>
              <w:t>fenomen</w:t>
            </w:r>
            <w:proofErr w:type="spellEnd"/>
            <w:r w:rsidR="0081027A">
              <w:rPr>
                <w:color w:val="263238"/>
                <w:sz w:val="15"/>
              </w:rPr>
              <w:t xml:space="preserve"> </w:t>
            </w:r>
            <w:proofErr w:type="spellStart"/>
            <w:r w:rsidR="0081027A">
              <w:rPr>
                <w:color w:val="263238"/>
                <w:sz w:val="15"/>
              </w:rPr>
              <w:t>geografic</w:t>
            </w:r>
            <w:proofErr w:type="spellEnd"/>
            <w:r>
              <w:rPr>
                <w:color w:val="263238"/>
                <w:sz w:val="15"/>
              </w:rPr>
              <w:t xml:space="preserve"> </w:t>
            </w:r>
            <w:proofErr w:type="spellStart"/>
            <w:r>
              <w:rPr>
                <w:color w:val="263238"/>
                <w:sz w:val="15"/>
              </w:rPr>
              <w:t>extrem</w:t>
            </w:r>
            <w:proofErr w:type="spellEnd"/>
          </w:p>
        </w:tc>
        <w:tc>
          <w:tcPr>
            <w:tcW w:w="1506" w:type="pct"/>
            <w:shd w:val="clear" w:color="auto" w:fill="F8FAFA"/>
            <w:tcMar>
              <w:top w:w="68" w:type="dxa"/>
              <w:left w:w="78" w:type="dxa"/>
              <w:bottom w:w="68" w:type="dxa"/>
              <w:right w:w="78" w:type="dxa"/>
            </w:tcMar>
          </w:tcPr>
          <w:p w14:paraId="6D99C309" w14:textId="77777777" w:rsidR="00690563" w:rsidRPr="00E14EE9" w:rsidRDefault="00690563" w:rsidP="00690563">
            <w:pPr>
              <w:rPr>
                <w:lang w:val="it-CH"/>
              </w:rPr>
            </w:pPr>
            <w:r w:rsidRPr="00E14EE9">
              <w:rPr>
                <w:color w:val="263238"/>
                <w:sz w:val="15"/>
                <w:lang w:val="it-CH"/>
              </w:rPr>
              <w:t>tendințe pe perioade adecvate + surse + incertitudini</w:t>
            </w:r>
          </w:p>
        </w:tc>
      </w:tr>
      <w:tr w:rsidR="00690563" w14:paraId="1792DCC6" w14:textId="77777777" w:rsidTr="00690563">
        <w:trPr>
          <w:jc w:val="center"/>
        </w:trPr>
        <w:tc>
          <w:tcPr>
            <w:tcW w:w="2096" w:type="pct"/>
            <w:tcMar>
              <w:top w:w="68" w:type="dxa"/>
              <w:left w:w="78" w:type="dxa"/>
              <w:bottom w:w="68" w:type="dxa"/>
              <w:right w:w="78" w:type="dxa"/>
            </w:tcMar>
          </w:tcPr>
          <w:p w14:paraId="1D98E206" w14:textId="77777777" w:rsidR="00690563" w:rsidRDefault="00690563" w:rsidP="00690563">
            <w:r>
              <w:rPr>
                <w:color w:val="263238"/>
                <w:sz w:val="15"/>
              </w:rPr>
              <w:t>hazard climatic</w:t>
            </w:r>
          </w:p>
        </w:tc>
        <w:tc>
          <w:tcPr>
            <w:tcW w:w="1398" w:type="pct"/>
            <w:tcMar>
              <w:top w:w="68" w:type="dxa"/>
              <w:left w:w="78" w:type="dxa"/>
              <w:bottom w:w="68" w:type="dxa"/>
              <w:right w:w="78" w:type="dxa"/>
            </w:tcMar>
          </w:tcPr>
          <w:p w14:paraId="0D23BC93" w14:textId="77777777" w:rsidR="00690563" w:rsidRDefault="00690563" w:rsidP="00690563">
            <w:proofErr w:type="spellStart"/>
            <w:r>
              <w:rPr>
                <w:color w:val="263238"/>
                <w:sz w:val="15"/>
              </w:rPr>
              <w:t>fenomen</w:t>
            </w:r>
            <w:proofErr w:type="spellEnd"/>
            <w:r>
              <w:rPr>
                <w:color w:val="263238"/>
                <w:sz w:val="15"/>
              </w:rPr>
              <w:t xml:space="preserve"> </w:t>
            </w:r>
            <w:proofErr w:type="spellStart"/>
            <w:r>
              <w:rPr>
                <w:color w:val="263238"/>
                <w:sz w:val="15"/>
              </w:rPr>
              <w:t>spectaculos</w:t>
            </w:r>
            <w:proofErr w:type="spellEnd"/>
          </w:p>
        </w:tc>
        <w:tc>
          <w:tcPr>
            <w:tcW w:w="1506" w:type="pct"/>
            <w:tcMar>
              <w:top w:w="68" w:type="dxa"/>
              <w:left w:w="78" w:type="dxa"/>
              <w:bottom w:w="68" w:type="dxa"/>
              <w:right w:w="78" w:type="dxa"/>
            </w:tcMar>
          </w:tcPr>
          <w:p w14:paraId="2F061651" w14:textId="77777777" w:rsidR="00690563" w:rsidRDefault="00690563" w:rsidP="00690563">
            <w:proofErr w:type="spellStart"/>
            <w:r>
              <w:rPr>
                <w:color w:val="263238"/>
                <w:sz w:val="15"/>
              </w:rPr>
              <w:t>frecvență</w:t>
            </w:r>
            <w:proofErr w:type="spellEnd"/>
            <w:r>
              <w:rPr>
                <w:color w:val="263238"/>
                <w:sz w:val="15"/>
              </w:rPr>
              <w:t xml:space="preserve">, </w:t>
            </w:r>
            <w:proofErr w:type="spellStart"/>
            <w:r>
              <w:rPr>
                <w:color w:val="263238"/>
                <w:sz w:val="15"/>
              </w:rPr>
              <w:t>intensitate</w:t>
            </w:r>
            <w:proofErr w:type="spellEnd"/>
            <w:r>
              <w:rPr>
                <w:color w:val="263238"/>
                <w:sz w:val="15"/>
              </w:rPr>
              <w:t xml:space="preserve">, </w:t>
            </w:r>
            <w:proofErr w:type="spellStart"/>
            <w:r>
              <w:rPr>
                <w:color w:val="263238"/>
                <w:sz w:val="15"/>
              </w:rPr>
              <w:t>expunere</w:t>
            </w:r>
            <w:proofErr w:type="spellEnd"/>
            <w:r>
              <w:rPr>
                <w:color w:val="263238"/>
                <w:sz w:val="15"/>
              </w:rPr>
              <w:t xml:space="preserve">, </w:t>
            </w:r>
            <w:proofErr w:type="spellStart"/>
            <w:r>
              <w:rPr>
                <w:color w:val="263238"/>
                <w:sz w:val="15"/>
              </w:rPr>
              <w:t>vulnerabilitate</w:t>
            </w:r>
            <w:proofErr w:type="spellEnd"/>
          </w:p>
        </w:tc>
      </w:tr>
      <w:tr w:rsidR="00690563" w:rsidRPr="00E14EE9" w14:paraId="633B25C6" w14:textId="77777777" w:rsidTr="00690563">
        <w:trPr>
          <w:jc w:val="center"/>
        </w:trPr>
        <w:tc>
          <w:tcPr>
            <w:tcW w:w="2096" w:type="pct"/>
            <w:shd w:val="clear" w:color="auto" w:fill="F8FAFA"/>
            <w:tcMar>
              <w:top w:w="68" w:type="dxa"/>
              <w:left w:w="78" w:type="dxa"/>
              <w:bottom w:w="68" w:type="dxa"/>
              <w:right w:w="78" w:type="dxa"/>
            </w:tcMar>
          </w:tcPr>
          <w:p w14:paraId="782C4602" w14:textId="77777777" w:rsidR="00690563" w:rsidRDefault="00690563" w:rsidP="00690563">
            <w:proofErr w:type="spellStart"/>
            <w:r>
              <w:rPr>
                <w:color w:val="263238"/>
                <w:sz w:val="15"/>
              </w:rPr>
              <w:t>prognoză</w:t>
            </w:r>
            <w:proofErr w:type="spellEnd"/>
          </w:p>
        </w:tc>
        <w:tc>
          <w:tcPr>
            <w:tcW w:w="1398" w:type="pct"/>
            <w:shd w:val="clear" w:color="auto" w:fill="F8FAFA"/>
            <w:tcMar>
              <w:top w:w="68" w:type="dxa"/>
              <w:left w:w="78" w:type="dxa"/>
              <w:bottom w:w="68" w:type="dxa"/>
              <w:right w:w="78" w:type="dxa"/>
            </w:tcMar>
          </w:tcPr>
          <w:p w14:paraId="5586AFC3" w14:textId="63F4FFCB" w:rsidR="00690563" w:rsidRDefault="00690563" w:rsidP="00690563">
            <w:proofErr w:type="spellStart"/>
            <w:r>
              <w:rPr>
                <w:color w:val="263238"/>
                <w:sz w:val="15"/>
              </w:rPr>
              <w:t>citirea</w:t>
            </w:r>
            <w:proofErr w:type="spellEnd"/>
            <w:r>
              <w:rPr>
                <w:color w:val="263238"/>
                <w:sz w:val="15"/>
              </w:rPr>
              <w:t xml:space="preserve"> </w:t>
            </w:r>
            <w:proofErr w:type="spellStart"/>
            <w:r w:rsidR="0081027A">
              <w:rPr>
                <w:color w:val="263238"/>
                <w:sz w:val="15"/>
              </w:rPr>
              <w:t>semnelor</w:t>
            </w:r>
            <w:proofErr w:type="spellEnd"/>
            <w:r w:rsidR="0081027A">
              <w:rPr>
                <w:color w:val="263238"/>
                <w:sz w:val="15"/>
              </w:rPr>
              <w:t xml:space="preserve"> </w:t>
            </w:r>
            <w:proofErr w:type="spellStart"/>
            <w:r w:rsidR="0081027A">
              <w:rPr>
                <w:color w:val="263238"/>
                <w:sz w:val="15"/>
              </w:rPr>
              <w:t>convenționale</w:t>
            </w:r>
            <w:proofErr w:type="spellEnd"/>
          </w:p>
        </w:tc>
        <w:tc>
          <w:tcPr>
            <w:tcW w:w="1506" w:type="pct"/>
            <w:shd w:val="clear" w:color="auto" w:fill="F8FAFA"/>
            <w:tcMar>
              <w:top w:w="68" w:type="dxa"/>
              <w:left w:w="78" w:type="dxa"/>
              <w:bottom w:w="68" w:type="dxa"/>
              <w:right w:w="78" w:type="dxa"/>
            </w:tcMar>
          </w:tcPr>
          <w:p w14:paraId="2B11C18E" w14:textId="77777777" w:rsidR="00690563" w:rsidRPr="00E14EE9" w:rsidRDefault="00690563" w:rsidP="00690563">
            <w:pPr>
              <w:rPr>
                <w:lang w:val="it-CH"/>
              </w:rPr>
            </w:pPr>
            <w:r w:rsidRPr="00E14EE9">
              <w:rPr>
                <w:color w:val="263238"/>
                <w:sz w:val="15"/>
                <w:lang w:val="it-CH"/>
              </w:rPr>
              <w:t>interpretarea hărții, intervalului și probabilității</w:t>
            </w:r>
          </w:p>
        </w:tc>
      </w:tr>
    </w:tbl>
    <w:p w14:paraId="6F24F7D1" w14:textId="77777777" w:rsidR="00690563" w:rsidRPr="00E14EE9" w:rsidRDefault="00690563">
      <w:pPr>
        <w:rPr>
          <w:lang w:val="it-CH"/>
        </w:rPr>
      </w:pPr>
    </w:p>
    <w:tbl>
      <w:tblPr>
        <w:tblW w:w="5000" w:type="pct"/>
        <w:jc w:val="center"/>
        <w:tblLook w:val="04A0" w:firstRow="1" w:lastRow="0" w:firstColumn="1" w:lastColumn="0" w:noHBand="0" w:noVBand="1"/>
      </w:tblPr>
      <w:tblGrid>
        <w:gridCol w:w="4471"/>
        <w:gridCol w:w="6190"/>
      </w:tblGrid>
      <w:tr w:rsidR="00690563" w:rsidRPr="00E14EE9" w14:paraId="313B585D" w14:textId="77777777" w:rsidTr="00690563">
        <w:trPr>
          <w:jc w:val="center"/>
        </w:trPr>
        <w:tc>
          <w:tcPr>
            <w:tcW w:w="2093" w:type="pct"/>
            <w:shd w:val="clear" w:color="auto" w:fill="2B6478"/>
            <w:tcMar>
              <w:top w:w="105" w:type="dxa"/>
              <w:left w:w="105" w:type="dxa"/>
              <w:bottom w:w="105" w:type="dxa"/>
              <w:right w:w="105" w:type="dxa"/>
            </w:tcMar>
          </w:tcPr>
          <w:p w14:paraId="7843F36D" w14:textId="77777777" w:rsidR="00690563" w:rsidRDefault="00690563" w:rsidP="00690563">
            <w:pPr>
              <w:jc w:val="center"/>
            </w:pPr>
            <w:r>
              <w:rPr>
                <w:b/>
                <w:color w:val="FFFFFF"/>
                <w:sz w:val="15"/>
              </w:rPr>
              <w:t>CHEIE</w:t>
            </w:r>
          </w:p>
        </w:tc>
        <w:tc>
          <w:tcPr>
            <w:tcW w:w="2898" w:type="pct"/>
            <w:shd w:val="clear" w:color="auto" w:fill="EEF4F6"/>
            <w:tcMar>
              <w:top w:w="105" w:type="dxa"/>
              <w:left w:w="130" w:type="dxa"/>
              <w:bottom w:w="105" w:type="dxa"/>
              <w:right w:w="130" w:type="dxa"/>
            </w:tcMar>
          </w:tcPr>
          <w:p w14:paraId="61DE8904" w14:textId="230B8D04" w:rsidR="00690563" w:rsidRPr="00E14EE9" w:rsidRDefault="00690563" w:rsidP="00690563">
            <w:pPr>
              <w:rPr>
                <w:lang w:val="it-CH"/>
              </w:rPr>
            </w:pPr>
            <w:r w:rsidRPr="00E14EE9">
              <w:rPr>
                <w:color w:val="263238"/>
                <w:sz w:val="17"/>
                <w:lang w:val="it-CH"/>
              </w:rPr>
              <w:t xml:space="preserve">Un grafic climatic bun este o reprezentare </w:t>
            </w:r>
            <w:r w:rsidR="00395C71" w:rsidRPr="00E14EE9">
              <w:rPr>
                <w:color w:val="263238"/>
                <w:sz w:val="17"/>
                <w:lang w:val="it-CH"/>
              </w:rPr>
              <w:t>prin</w:t>
            </w:r>
            <w:r w:rsidRPr="00E14EE9">
              <w:rPr>
                <w:color w:val="263238"/>
                <w:sz w:val="17"/>
                <w:lang w:val="it-CH"/>
              </w:rPr>
              <w:t xml:space="preserve"> care elevul extrag</w:t>
            </w:r>
            <w:r w:rsidR="00395C71" w:rsidRPr="00E14EE9">
              <w:rPr>
                <w:color w:val="263238"/>
                <w:sz w:val="17"/>
                <w:lang w:val="it-CH"/>
              </w:rPr>
              <w:t>e informații</w:t>
            </w:r>
            <w:r w:rsidRPr="00E14EE9">
              <w:rPr>
                <w:color w:val="263238"/>
                <w:sz w:val="17"/>
                <w:lang w:val="it-CH"/>
              </w:rPr>
              <w:t>,</w:t>
            </w:r>
            <w:r w:rsidR="00395C71" w:rsidRPr="00E14EE9">
              <w:rPr>
                <w:color w:val="263238"/>
                <w:sz w:val="17"/>
                <w:lang w:val="it-CH"/>
              </w:rPr>
              <w:t xml:space="preserve"> le </w:t>
            </w:r>
            <w:r w:rsidRPr="00E14EE9">
              <w:rPr>
                <w:color w:val="263238"/>
                <w:sz w:val="17"/>
                <w:lang w:val="it-CH"/>
              </w:rPr>
              <w:t>compar</w:t>
            </w:r>
            <w:r w:rsidR="00395C71" w:rsidRPr="00E14EE9">
              <w:rPr>
                <w:color w:val="263238"/>
                <w:sz w:val="17"/>
                <w:lang w:val="it-CH"/>
              </w:rPr>
              <w:t>ă</w:t>
            </w:r>
            <w:r w:rsidRPr="00E14EE9">
              <w:rPr>
                <w:color w:val="263238"/>
                <w:sz w:val="17"/>
                <w:lang w:val="it-CH"/>
              </w:rPr>
              <w:t xml:space="preserve"> și să </w:t>
            </w:r>
            <w:r w:rsidR="00395C71" w:rsidRPr="00E14EE9">
              <w:rPr>
                <w:color w:val="263238"/>
                <w:sz w:val="17"/>
                <w:lang w:val="it-CH"/>
              </w:rPr>
              <w:t>formulează</w:t>
            </w:r>
            <w:r w:rsidRPr="00E14EE9">
              <w:rPr>
                <w:color w:val="263238"/>
                <w:sz w:val="17"/>
                <w:lang w:val="it-CH"/>
              </w:rPr>
              <w:t xml:space="preserve"> concluzii.</w:t>
            </w:r>
          </w:p>
        </w:tc>
      </w:tr>
    </w:tbl>
    <w:p w14:paraId="4CB9AF91"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670"/>
        <w:gridCol w:w="6011"/>
      </w:tblGrid>
      <w:tr w:rsidR="00787B6C" w:rsidRPr="00E14EE9" w14:paraId="711B82DB" w14:textId="77777777" w:rsidTr="00690563">
        <w:trPr>
          <w:jc w:val="center"/>
        </w:trPr>
        <w:tc>
          <w:tcPr>
            <w:tcW w:w="2186" w:type="pct"/>
            <w:shd w:val="clear" w:color="auto" w:fill="2B6478"/>
            <w:tcMar>
              <w:top w:w="145" w:type="dxa"/>
              <w:left w:w="110" w:type="dxa"/>
              <w:bottom w:w="145" w:type="dxa"/>
              <w:right w:w="110" w:type="dxa"/>
            </w:tcMar>
          </w:tcPr>
          <w:p w14:paraId="0A9127F8" w14:textId="77777777" w:rsidR="00787B6C" w:rsidRDefault="00690563">
            <w:pPr>
              <w:jc w:val="center"/>
            </w:pPr>
            <w:r>
              <w:rPr>
                <w:b/>
                <w:color w:val="FFFFFF"/>
                <w:sz w:val="30"/>
              </w:rPr>
              <w:lastRenderedPageBreak/>
              <w:t>15</w:t>
            </w:r>
          </w:p>
        </w:tc>
        <w:tc>
          <w:tcPr>
            <w:tcW w:w="2814" w:type="pct"/>
            <w:shd w:val="clear" w:color="auto" w:fill="17324D"/>
            <w:tcMar>
              <w:top w:w="120" w:type="dxa"/>
              <w:left w:w="145" w:type="dxa"/>
              <w:bottom w:w="120" w:type="dxa"/>
              <w:right w:w="145" w:type="dxa"/>
            </w:tcMar>
          </w:tcPr>
          <w:p w14:paraId="7DB703D8" w14:textId="77777777" w:rsidR="00787B6C" w:rsidRPr="00E14EE9" w:rsidRDefault="00690563">
            <w:pPr>
              <w:rPr>
                <w:lang w:val="it-CH"/>
              </w:rPr>
            </w:pPr>
            <w:r w:rsidRPr="00E14EE9">
              <w:rPr>
                <w:b/>
                <w:color w:val="FFFFFF"/>
                <w:sz w:val="25"/>
                <w:lang w:val="it-CH"/>
              </w:rPr>
              <w:t>HIDROSFERA: RESURSĂ, DINAMICĂ, RISC</w:t>
            </w:r>
            <w:r w:rsidRPr="00E14EE9">
              <w:rPr>
                <w:lang w:val="it-CH"/>
              </w:rPr>
              <w:br/>
            </w:r>
            <w:r w:rsidRPr="00E14EE9">
              <w:rPr>
                <w:color w:val="DFE8EA"/>
                <w:sz w:val="16"/>
                <w:lang w:val="it-CH"/>
              </w:rPr>
              <w:t>Apa este simultan componentă a sistemului planetar, resursă, factor de organizare a spațiului și sursă de risc.</w:t>
            </w:r>
          </w:p>
        </w:tc>
      </w:tr>
    </w:tbl>
    <w:p w14:paraId="47780278"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638"/>
        <w:gridCol w:w="5952"/>
      </w:tblGrid>
      <w:tr w:rsidR="00690563" w14:paraId="2FBE5F28" w14:textId="77777777" w:rsidTr="00690563">
        <w:trPr>
          <w:jc w:val="center"/>
        </w:trPr>
        <w:tc>
          <w:tcPr>
            <w:tcW w:w="2190" w:type="pct"/>
            <w:shd w:val="clear" w:color="auto" w:fill="2B6478"/>
            <w:tcMar>
              <w:top w:w="76" w:type="dxa"/>
              <w:left w:w="82" w:type="dxa"/>
              <w:bottom w:w="76" w:type="dxa"/>
              <w:right w:w="82" w:type="dxa"/>
            </w:tcMar>
          </w:tcPr>
          <w:p w14:paraId="6203999F" w14:textId="77777777" w:rsidR="00690563" w:rsidRDefault="00690563" w:rsidP="00690563">
            <w:pPr>
              <w:jc w:val="center"/>
            </w:pPr>
            <w:r>
              <w:rPr>
                <w:b/>
                <w:color w:val="FFFFFF"/>
                <w:sz w:val="14"/>
              </w:rPr>
              <w:t>PERSPECTIVĂ</w:t>
            </w:r>
          </w:p>
        </w:tc>
        <w:tc>
          <w:tcPr>
            <w:tcW w:w="2810" w:type="pct"/>
            <w:shd w:val="clear" w:color="auto" w:fill="3E755A"/>
            <w:tcMar>
              <w:top w:w="76" w:type="dxa"/>
              <w:left w:w="82" w:type="dxa"/>
              <w:bottom w:w="76" w:type="dxa"/>
              <w:right w:w="82" w:type="dxa"/>
            </w:tcMar>
          </w:tcPr>
          <w:p w14:paraId="3F295568" w14:textId="77777777" w:rsidR="00690563" w:rsidRDefault="00690563" w:rsidP="00690563">
            <w:pPr>
              <w:jc w:val="center"/>
            </w:pPr>
            <w:r>
              <w:rPr>
                <w:b/>
                <w:color w:val="FFFFFF"/>
                <w:sz w:val="14"/>
              </w:rPr>
              <w:t>ÎNTREBARE</w:t>
            </w:r>
          </w:p>
        </w:tc>
      </w:tr>
      <w:tr w:rsidR="00690563" w14:paraId="5AC2CE0A" w14:textId="77777777" w:rsidTr="00690563">
        <w:trPr>
          <w:jc w:val="center"/>
        </w:trPr>
        <w:tc>
          <w:tcPr>
            <w:tcW w:w="2190" w:type="pct"/>
            <w:shd w:val="clear" w:color="auto" w:fill="F8FAFA"/>
            <w:tcMar>
              <w:top w:w="68" w:type="dxa"/>
              <w:left w:w="78" w:type="dxa"/>
              <w:bottom w:w="68" w:type="dxa"/>
              <w:right w:w="78" w:type="dxa"/>
            </w:tcMar>
          </w:tcPr>
          <w:p w14:paraId="35555C58" w14:textId="77777777" w:rsidR="00690563" w:rsidRDefault="00690563" w:rsidP="00690563">
            <w:proofErr w:type="spellStart"/>
            <w:r>
              <w:rPr>
                <w:color w:val="263238"/>
                <w:sz w:val="16"/>
              </w:rPr>
              <w:t>sistem</w:t>
            </w:r>
            <w:proofErr w:type="spellEnd"/>
          </w:p>
        </w:tc>
        <w:tc>
          <w:tcPr>
            <w:tcW w:w="2810" w:type="pct"/>
            <w:shd w:val="clear" w:color="auto" w:fill="F8FAFA"/>
            <w:tcMar>
              <w:top w:w="68" w:type="dxa"/>
              <w:left w:w="78" w:type="dxa"/>
              <w:bottom w:w="68" w:type="dxa"/>
              <w:right w:w="78" w:type="dxa"/>
            </w:tcMar>
          </w:tcPr>
          <w:p w14:paraId="26C47B81" w14:textId="77777777" w:rsidR="00690563" w:rsidRDefault="00690563" w:rsidP="00690563">
            <w:r>
              <w:rPr>
                <w:color w:val="263238"/>
                <w:sz w:val="16"/>
              </w:rPr>
              <w:t xml:space="preserve">Cum se </w:t>
            </w:r>
            <w:proofErr w:type="spellStart"/>
            <w:r>
              <w:rPr>
                <w:color w:val="263238"/>
                <w:sz w:val="16"/>
              </w:rPr>
              <w:t>leagă</w:t>
            </w:r>
            <w:proofErr w:type="spellEnd"/>
            <w:r>
              <w:rPr>
                <w:color w:val="263238"/>
                <w:sz w:val="16"/>
              </w:rPr>
              <w:t xml:space="preserve"> </w:t>
            </w:r>
            <w:proofErr w:type="spellStart"/>
            <w:r>
              <w:rPr>
                <w:color w:val="263238"/>
                <w:sz w:val="16"/>
              </w:rPr>
              <w:t>Oceanul</w:t>
            </w:r>
            <w:proofErr w:type="spellEnd"/>
            <w:r>
              <w:rPr>
                <w:color w:val="263238"/>
                <w:sz w:val="16"/>
              </w:rPr>
              <w:t xml:space="preserve"> </w:t>
            </w:r>
            <w:proofErr w:type="spellStart"/>
            <w:r>
              <w:rPr>
                <w:color w:val="263238"/>
                <w:sz w:val="16"/>
              </w:rPr>
              <w:t>Planetar</w:t>
            </w:r>
            <w:proofErr w:type="spellEnd"/>
            <w:r>
              <w:rPr>
                <w:color w:val="263238"/>
                <w:sz w:val="16"/>
              </w:rPr>
              <w:t xml:space="preserve"> de </w:t>
            </w:r>
            <w:proofErr w:type="spellStart"/>
            <w:r>
              <w:rPr>
                <w:color w:val="263238"/>
                <w:sz w:val="16"/>
              </w:rPr>
              <w:t>atmosferă</w:t>
            </w:r>
            <w:proofErr w:type="spellEnd"/>
            <w:r>
              <w:rPr>
                <w:color w:val="263238"/>
                <w:sz w:val="16"/>
              </w:rPr>
              <w:t xml:space="preserve">, relief </w:t>
            </w:r>
            <w:proofErr w:type="spellStart"/>
            <w:r>
              <w:rPr>
                <w:color w:val="263238"/>
                <w:sz w:val="16"/>
              </w:rPr>
              <w:t>și</w:t>
            </w:r>
            <w:proofErr w:type="spellEnd"/>
            <w:r>
              <w:rPr>
                <w:color w:val="263238"/>
                <w:sz w:val="16"/>
              </w:rPr>
              <w:t xml:space="preserve"> </w:t>
            </w:r>
            <w:proofErr w:type="spellStart"/>
            <w:r>
              <w:rPr>
                <w:color w:val="263238"/>
                <w:sz w:val="16"/>
              </w:rPr>
              <w:t>climă</w:t>
            </w:r>
            <w:proofErr w:type="spellEnd"/>
            <w:r>
              <w:rPr>
                <w:color w:val="263238"/>
                <w:sz w:val="16"/>
              </w:rPr>
              <w:t>?</w:t>
            </w:r>
          </w:p>
        </w:tc>
      </w:tr>
      <w:tr w:rsidR="00690563" w:rsidRPr="00E14EE9" w14:paraId="533EB5BD" w14:textId="77777777" w:rsidTr="00690563">
        <w:trPr>
          <w:jc w:val="center"/>
        </w:trPr>
        <w:tc>
          <w:tcPr>
            <w:tcW w:w="2190" w:type="pct"/>
            <w:tcMar>
              <w:top w:w="68" w:type="dxa"/>
              <w:left w:w="78" w:type="dxa"/>
              <w:bottom w:w="68" w:type="dxa"/>
              <w:right w:w="78" w:type="dxa"/>
            </w:tcMar>
          </w:tcPr>
          <w:p w14:paraId="7E674F17" w14:textId="77777777" w:rsidR="00690563" w:rsidRDefault="00690563" w:rsidP="00690563">
            <w:proofErr w:type="spellStart"/>
            <w:r>
              <w:rPr>
                <w:color w:val="263238"/>
                <w:sz w:val="16"/>
              </w:rPr>
              <w:t>resursă</w:t>
            </w:r>
            <w:proofErr w:type="spellEnd"/>
          </w:p>
        </w:tc>
        <w:tc>
          <w:tcPr>
            <w:tcW w:w="2810" w:type="pct"/>
            <w:tcMar>
              <w:top w:w="68" w:type="dxa"/>
              <w:left w:w="78" w:type="dxa"/>
              <w:bottom w:w="68" w:type="dxa"/>
              <w:right w:w="78" w:type="dxa"/>
            </w:tcMar>
          </w:tcPr>
          <w:p w14:paraId="5C52100D" w14:textId="77777777" w:rsidR="00690563" w:rsidRPr="00E14EE9" w:rsidRDefault="00690563" w:rsidP="00690563">
            <w:pPr>
              <w:rPr>
                <w:lang w:val="it-CH"/>
              </w:rPr>
            </w:pPr>
            <w:r w:rsidRPr="00E14EE9">
              <w:rPr>
                <w:color w:val="263238"/>
                <w:sz w:val="16"/>
                <w:lang w:val="it-CH"/>
              </w:rPr>
              <w:t>Unde este disponibilă apa și cine o utilizează?</w:t>
            </w:r>
          </w:p>
        </w:tc>
      </w:tr>
      <w:tr w:rsidR="00690563" w:rsidRPr="00E14EE9" w14:paraId="7F900E8A" w14:textId="77777777" w:rsidTr="00690563">
        <w:trPr>
          <w:jc w:val="center"/>
        </w:trPr>
        <w:tc>
          <w:tcPr>
            <w:tcW w:w="2190" w:type="pct"/>
            <w:shd w:val="clear" w:color="auto" w:fill="F8FAFA"/>
            <w:tcMar>
              <w:top w:w="68" w:type="dxa"/>
              <w:left w:w="78" w:type="dxa"/>
              <w:bottom w:w="68" w:type="dxa"/>
              <w:right w:w="78" w:type="dxa"/>
            </w:tcMar>
          </w:tcPr>
          <w:p w14:paraId="27CEE688" w14:textId="77777777" w:rsidR="00690563" w:rsidRDefault="00690563" w:rsidP="00690563">
            <w:proofErr w:type="spellStart"/>
            <w:r>
              <w:rPr>
                <w:color w:val="263238"/>
                <w:sz w:val="16"/>
              </w:rPr>
              <w:t>dinamică</w:t>
            </w:r>
            <w:proofErr w:type="spellEnd"/>
          </w:p>
        </w:tc>
        <w:tc>
          <w:tcPr>
            <w:tcW w:w="2810" w:type="pct"/>
            <w:shd w:val="clear" w:color="auto" w:fill="F8FAFA"/>
            <w:tcMar>
              <w:top w:w="68" w:type="dxa"/>
              <w:left w:w="78" w:type="dxa"/>
              <w:bottom w:w="68" w:type="dxa"/>
              <w:right w:w="78" w:type="dxa"/>
            </w:tcMar>
          </w:tcPr>
          <w:p w14:paraId="476EC533" w14:textId="77777777" w:rsidR="00690563" w:rsidRPr="00E14EE9" w:rsidRDefault="00690563" w:rsidP="00690563">
            <w:pPr>
              <w:rPr>
                <w:lang w:val="it-CH"/>
              </w:rPr>
            </w:pPr>
            <w:r w:rsidRPr="00E14EE9">
              <w:rPr>
                <w:color w:val="263238"/>
                <w:sz w:val="16"/>
                <w:lang w:val="it-CH"/>
              </w:rPr>
              <w:t>Cum variază debitele/nivelurile și de ce?</w:t>
            </w:r>
          </w:p>
        </w:tc>
      </w:tr>
      <w:tr w:rsidR="00690563" w:rsidRPr="00E14EE9" w14:paraId="4E346613" w14:textId="77777777" w:rsidTr="00690563">
        <w:trPr>
          <w:jc w:val="center"/>
        </w:trPr>
        <w:tc>
          <w:tcPr>
            <w:tcW w:w="2190" w:type="pct"/>
            <w:tcMar>
              <w:top w:w="68" w:type="dxa"/>
              <w:left w:w="78" w:type="dxa"/>
              <w:bottom w:w="68" w:type="dxa"/>
              <w:right w:w="78" w:type="dxa"/>
            </w:tcMar>
          </w:tcPr>
          <w:p w14:paraId="548ABC3E" w14:textId="77777777" w:rsidR="00690563" w:rsidRDefault="00690563" w:rsidP="00690563">
            <w:r>
              <w:rPr>
                <w:color w:val="263238"/>
                <w:sz w:val="16"/>
              </w:rPr>
              <w:t>management</w:t>
            </w:r>
          </w:p>
        </w:tc>
        <w:tc>
          <w:tcPr>
            <w:tcW w:w="2810" w:type="pct"/>
            <w:tcMar>
              <w:top w:w="68" w:type="dxa"/>
              <w:left w:w="78" w:type="dxa"/>
              <w:bottom w:w="68" w:type="dxa"/>
              <w:right w:w="78" w:type="dxa"/>
            </w:tcMar>
          </w:tcPr>
          <w:p w14:paraId="696476F4" w14:textId="77777777" w:rsidR="00690563" w:rsidRPr="00E14EE9" w:rsidRDefault="00690563" w:rsidP="00690563">
            <w:pPr>
              <w:rPr>
                <w:lang w:val="it-CH"/>
              </w:rPr>
            </w:pPr>
            <w:r w:rsidRPr="00E14EE9">
              <w:rPr>
                <w:color w:val="263238"/>
                <w:sz w:val="16"/>
                <w:lang w:val="it-CH"/>
              </w:rPr>
              <w:t>Cum se împacă necesarul uman cu sustenabilitatea?</w:t>
            </w:r>
          </w:p>
        </w:tc>
      </w:tr>
      <w:tr w:rsidR="00690563" w:rsidRPr="00E14EE9" w14:paraId="4DF37E18" w14:textId="77777777" w:rsidTr="00690563">
        <w:trPr>
          <w:jc w:val="center"/>
        </w:trPr>
        <w:tc>
          <w:tcPr>
            <w:tcW w:w="2190" w:type="pct"/>
            <w:shd w:val="clear" w:color="auto" w:fill="F8FAFA"/>
            <w:tcMar>
              <w:top w:w="68" w:type="dxa"/>
              <w:left w:w="78" w:type="dxa"/>
              <w:bottom w:w="68" w:type="dxa"/>
              <w:right w:w="78" w:type="dxa"/>
            </w:tcMar>
          </w:tcPr>
          <w:p w14:paraId="4B3CD545" w14:textId="77777777" w:rsidR="00690563" w:rsidRDefault="00690563" w:rsidP="00690563">
            <w:r>
              <w:rPr>
                <w:color w:val="263238"/>
                <w:sz w:val="16"/>
              </w:rPr>
              <w:t>hazard</w:t>
            </w:r>
          </w:p>
        </w:tc>
        <w:tc>
          <w:tcPr>
            <w:tcW w:w="2810" w:type="pct"/>
            <w:shd w:val="clear" w:color="auto" w:fill="F8FAFA"/>
            <w:tcMar>
              <w:top w:w="68" w:type="dxa"/>
              <w:left w:w="78" w:type="dxa"/>
              <w:bottom w:w="68" w:type="dxa"/>
              <w:right w:w="78" w:type="dxa"/>
            </w:tcMar>
          </w:tcPr>
          <w:p w14:paraId="77CEA742" w14:textId="77777777" w:rsidR="00690563" w:rsidRPr="00E14EE9" w:rsidRDefault="00690563" w:rsidP="00690563">
            <w:pPr>
              <w:rPr>
                <w:lang w:val="it-CH"/>
              </w:rPr>
            </w:pPr>
            <w:r w:rsidRPr="00E14EE9">
              <w:rPr>
                <w:color w:val="263238"/>
                <w:sz w:val="16"/>
                <w:lang w:val="it-CH"/>
              </w:rPr>
              <w:t>Cum transformăm o inundație într-o analiză de risc?</w:t>
            </w:r>
          </w:p>
        </w:tc>
      </w:tr>
      <w:tr w:rsidR="00690563" w14:paraId="4D03F328" w14:textId="77777777" w:rsidTr="00690563">
        <w:trPr>
          <w:jc w:val="center"/>
        </w:trPr>
        <w:tc>
          <w:tcPr>
            <w:tcW w:w="2190" w:type="pct"/>
            <w:tcMar>
              <w:top w:w="68" w:type="dxa"/>
              <w:left w:w="78" w:type="dxa"/>
              <w:bottom w:w="68" w:type="dxa"/>
              <w:right w:w="78" w:type="dxa"/>
            </w:tcMar>
          </w:tcPr>
          <w:p w14:paraId="113946F2" w14:textId="77777777" w:rsidR="00690563" w:rsidRDefault="00690563" w:rsidP="00690563">
            <w:proofErr w:type="spellStart"/>
            <w:r>
              <w:rPr>
                <w:color w:val="263238"/>
                <w:sz w:val="16"/>
              </w:rPr>
              <w:t>scară</w:t>
            </w:r>
            <w:proofErr w:type="spellEnd"/>
          </w:p>
        </w:tc>
        <w:tc>
          <w:tcPr>
            <w:tcW w:w="2810" w:type="pct"/>
            <w:tcMar>
              <w:top w:w="68" w:type="dxa"/>
              <w:left w:w="78" w:type="dxa"/>
              <w:bottom w:w="68" w:type="dxa"/>
              <w:right w:w="78" w:type="dxa"/>
            </w:tcMar>
          </w:tcPr>
          <w:p w14:paraId="5D637ECA" w14:textId="77777777" w:rsidR="00690563" w:rsidRDefault="00690563" w:rsidP="00690563">
            <w:r>
              <w:rPr>
                <w:color w:val="263238"/>
                <w:sz w:val="16"/>
              </w:rPr>
              <w:t xml:space="preserve">Ce </w:t>
            </w:r>
            <w:proofErr w:type="spellStart"/>
            <w:r>
              <w:rPr>
                <w:color w:val="263238"/>
                <w:sz w:val="16"/>
              </w:rPr>
              <w:t>este</w:t>
            </w:r>
            <w:proofErr w:type="spellEnd"/>
            <w:r>
              <w:rPr>
                <w:color w:val="263238"/>
                <w:sz w:val="16"/>
              </w:rPr>
              <w:t xml:space="preserve"> </w:t>
            </w:r>
            <w:proofErr w:type="spellStart"/>
            <w:r>
              <w:rPr>
                <w:color w:val="263238"/>
                <w:sz w:val="16"/>
              </w:rPr>
              <w:t>diferit</w:t>
            </w:r>
            <w:proofErr w:type="spellEnd"/>
            <w:r>
              <w:rPr>
                <w:color w:val="263238"/>
                <w:sz w:val="16"/>
              </w:rPr>
              <w:t xml:space="preserve"> local, regional </w:t>
            </w:r>
            <w:proofErr w:type="spellStart"/>
            <w:r>
              <w:rPr>
                <w:color w:val="263238"/>
                <w:sz w:val="16"/>
              </w:rPr>
              <w:t>și</w:t>
            </w:r>
            <w:proofErr w:type="spellEnd"/>
            <w:r>
              <w:rPr>
                <w:color w:val="263238"/>
                <w:sz w:val="16"/>
              </w:rPr>
              <w:t xml:space="preserve"> global?</w:t>
            </w:r>
          </w:p>
        </w:tc>
      </w:tr>
    </w:tbl>
    <w:p w14:paraId="2B943553" w14:textId="77777777" w:rsidR="00690563" w:rsidRDefault="00690563"/>
    <w:tbl>
      <w:tblPr>
        <w:tblW w:w="5000" w:type="pct"/>
        <w:jc w:val="center"/>
        <w:tblLook w:val="04A0" w:firstRow="1" w:lastRow="0" w:firstColumn="1" w:lastColumn="0" w:noHBand="0" w:noVBand="1"/>
      </w:tblPr>
      <w:tblGrid>
        <w:gridCol w:w="4670"/>
        <w:gridCol w:w="5991"/>
      </w:tblGrid>
      <w:tr w:rsidR="00690563" w:rsidRPr="00E14EE9" w14:paraId="7E38DC03" w14:textId="77777777" w:rsidTr="00690563">
        <w:trPr>
          <w:jc w:val="center"/>
        </w:trPr>
        <w:tc>
          <w:tcPr>
            <w:tcW w:w="2186" w:type="pct"/>
            <w:shd w:val="clear" w:color="auto" w:fill="B58A45"/>
            <w:tcMar>
              <w:top w:w="105" w:type="dxa"/>
              <w:left w:w="105" w:type="dxa"/>
              <w:bottom w:w="105" w:type="dxa"/>
              <w:right w:w="105" w:type="dxa"/>
            </w:tcMar>
          </w:tcPr>
          <w:p w14:paraId="6FCE8B4A" w14:textId="77777777" w:rsidR="00690563" w:rsidRDefault="00690563" w:rsidP="00690563">
            <w:pPr>
              <w:jc w:val="center"/>
            </w:pPr>
            <w:r>
              <w:rPr>
                <w:b/>
                <w:color w:val="FFFFFF"/>
                <w:sz w:val="15"/>
              </w:rPr>
              <w:t>INTERDISCIPLINARITATE</w:t>
            </w:r>
          </w:p>
        </w:tc>
        <w:tc>
          <w:tcPr>
            <w:tcW w:w="2805" w:type="pct"/>
            <w:shd w:val="clear" w:color="auto" w:fill="F7F2E7"/>
            <w:tcMar>
              <w:top w:w="105" w:type="dxa"/>
              <w:left w:w="130" w:type="dxa"/>
              <w:bottom w:w="105" w:type="dxa"/>
              <w:right w:w="130" w:type="dxa"/>
            </w:tcMar>
          </w:tcPr>
          <w:p w14:paraId="61C2836D" w14:textId="70A0BBB0" w:rsidR="00690563" w:rsidRPr="00E14EE9" w:rsidRDefault="00690563" w:rsidP="00690563">
            <w:pPr>
              <w:rPr>
                <w:lang w:val="it-CH"/>
              </w:rPr>
            </w:pPr>
            <w:r w:rsidRPr="00E14EE9">
              <w:rPr>
                <w:color w:val="263238"/>
                <w:sz w:val="17"/>
                <w:lang w:val="it-CH"/>
              </w:rPr>
              <w:t xml:space="preserve">Matematica este relevantă prin grafice și serii de date; chimia prin calitatea apei; biologia prin ecosisteme; educația socială prin acces și gestionare. Conexiunea are sens când toate contribuie la </w:t>
            </w:r>
            <w:r w:rsidR="00ED4BDB" w:rsidRPr="00E14EE9">
              <w:rPr>
                <w:color w:val="263238"/>
                <w:sz w:val="17"/>
                <w:lang w:val="it-CH"/>
              </w:rPr>
              <w:t xml:space="preserve">rezolvarea </w:t>
            </w:r>
            <w:r w:rsidRPr="00E14EE9">
              <w:rPr>
                <w:color w:val="263238"/>
                <w:sz w:val="17"/>
                <w:lang w:val="it-CH"/>
              </w:rPr>
              <w:t>ace</w:t>
            </w:r>
            <w:r w:rsidR="00ED4BDB" w:rsidRPr="00E14EE9">
              <w:rPr>
                <w:color w:val="263238"/>
                <w:sz w:val="17"/>
                <w:lang w:val="it-CH"/>
              </w:rPr>
              <w:t>l</w:t>
            </w:r>
            <w:r w:rsidRPr="00E14EE9">
              <w:rPr>
                <w:color w:val="263238"/>
                <w:sz w:val="17"/>
                <w:lang w:val="it-CH"/>
              </w:rPr>
              <w:t>e</w:t>
            </w:r>
            <w:r w:rsidR="00B526DD" w:rsidRPr="00E14EE9">
              <w:rPr>
                <w:color w:val="263238"/>
                <w:sz w:val="17"/>
                <w:lang w:val="it-CH"/>
              </w:rPr>
              <w:t>i</w:t>
            </w:r>
            <w:r w:rsidRPr="00E14EE9">
              <w:rPr>
                <w:color w:val="263238"/>
                <w:sz w:val="17"/>
                <w:lang w:val="it-CH"/>
              </w:rPr>
              <w:t>ași problem</w:t>
            </w:r>
            <w:r w:rsidR="00F23192" w:rsidRPr="00E14EE9">
              <w:rPr>
                <w:color w:val="263238"/>
                <w:sz w:val="17"/>
                <w:lang w:val="it-CH"/>
              </w:rPr>
              <w:t>e</w:t>
            </w:r>
            <w:r w:rsidRPr="00E14EE9">
              <w:rPr>
                <w:color w:val="263238"/>
                <w:sz w:val="17"/>
                <w:lang w:val="it-CH"/>
              </w:rPr>
              <w:t>.</w:t>
            </w:r>
          </w:p>
        </w:tc>
      </w:tr>
    </w:tbl>
    <w:p w14:paraId="665D631D"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783"/>
        <w:gridCol w:w="5898"/>
      </w:tblGrid>
      <w:tr w:rsidR="00787B6C" w:rsidRPr="00E14EE9" w14:paraId="5C047E30" w14:textId="77777777" w:rsidTr="00690563">
        <w:trPr>
          <w:jc w:val="center"/>
        </w:trPr>
        <w:tc>
          <w:tcPr>
            <w:tcW w:w="2239" w:type="pct"/>
            <w:shd w:val="clear" w:color="auto" w:fill="2B6478"/>
            <w:tcMar>
              <w:top w:w="145" w:type="dxa"/>
              <w:left w:w="110" w:type="dxa"/>
              <w:bottom w:w="145" w:type="dxa"/>
              <w:right w:w="110" w:type="dxa"/>
            </w:tcMar>
          </w:tcPr>
          <w:p w14:paraId="27B02B79" w14:textId="77777777" w:rsidR="00787B6C" w:rsidRDefault="00690563">
            <w:pPr>
              <w:jc w:val="center"/>
            </w:pPr>
            <w:r>
              <w:rPr>
                <w:b/>
                <w:color w:val="FFFFFF"/>
                <w:sz w:val="30"/>
              </w:rPr>
              <w:lastRenderedPageBreak/>
              <w:t>16</w:t>
            </w:r>
          </w:p>
        </w:tc>
        <w:tc>
          <w:tcPr>
            <w:tcW w:w="2761" w:type="pct"/>
            <w:shd w:val="clear" w:color="auto" w:fill="17324D"/>
            <w:tcMar>
              <w:top w:w="120" w:type="dxa"/>
              <w:left w:w="145" w:type="dxa"/>
              <w:bottom w:w="120" w:type="dxa"/>
              <w:right w:w="145" w:type="dxa"/>
            </w:tcMar>
          </w:tcPr>
          <w:p w14:paraId="2C8095ED" w14:textId="7755F09D" w:rsidR="00787B6C" w:rsidRPr="00E14EE9" w:rsidRDefault="00690563">
            <w:pPr>
              <w:rPr>
                <w:lang w:val="it-CH"/>
              </w:rPr>
            </w:pPr>
            <w:r w:rsidRPr="00E14EE9">
              <w:rPr>
                <w:b/>
                <w:color w:val="FFFFFF"/>
                <w:sz w:val="25"/>
                <w:lang w:val="it-CH"/>
              </w:rPr>
              <w:t>BIOSFERA, SOLURILE ȘI INTERDEPENDENȚA</w:t>
            </w:r>
            <w:r w:rsidR="00D94BE7" w:rsidRPr="00E14EE9">
              <w:rPr>
                <w:b/>
                <w:color w:val="FFFFFF"/>
                <w:sz w:val="25"/>
                <w:lang w:val="it-CH"/>
              </w:rPr>
              <w:t xml:space="preserve"> LOR</w:t>
            </w:r>
            <w:r w:rsidRPr="00E14EE9">
              <w:rPr>
                <w:lang w:val="it-CH"/>
              </w:rPr>
              <w:br/>
            </w:r>
            <w:r w:rsidRPr="00E14EE9">
              <w:rPr>
                <w:color w:val="DFE8EA"/>
                <w:sz w:val="16"/>
                <w:lang w:val="it-CH"/>
              </w:rPr>
              <w:t>Programa invită la tratarea integrată a biodiversității, solurilor, factorilor naturali și presiunilor antropice.</w:t>
            </w:r>
          </w:p>
        </w:tc>
      </w:tr>
    </w:tbl>
    <w:p w14:paraId="3369D027"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751"/>
        <w:gridCol w:w="5839"/>
      </w:tblGrid>
      <w:tr w:rsidR="00690563" w14:paraId="22CA1719" w14:textId="77777777" w:rsidTr="00690563">
        <w:trPr>
          <w:jc w:val="center"/>
        </w:trPr>
        <w:tc>
          <w:tcPr>
            <w:tcW w:w="2243" w:type="pct"/>
            <w:shd w:val="clear" w:color="auto" w:fill="17324D"/>
            <w:tcMar>
              <w:top w:w="76" w:type="dxa"/>
              <w:left w:w="82" w:type="dxa"/>
              <w:bottom w:w="76" w:type="dxa"/>
              <w:right w:w="82" w:type="dxa"/>
            </w:tcMar>
          </w:tcPr>
          <w:p w14:paraId="7D634467" w14:textId="77777777" w:rsidR="00690563" w:rsidRDefault="00690563" w:rsidP="00690563">
            <w:pPr>
              <w:jc w:val="center"/>
            </w:pPr>
            <w:r>
              <w:rPr>
                <w:b/>
                <w:color w:val="FFFFFF"/>
                <w:sz w:val="14"/>
              </w:rPr>
              <w:t>RELAȚIE</w:t>
            </w:r>
          </w:p>
        </w:tc>
        <w:tc>
          <w:tcPr>
            <w:tcW w:w="2757" w:type="pct"/>
            <w:shd w:val="clear" w:color="auto" w:fill="3E755A"/>
            <w:tcMar>
              <w:top w:w="76" w:type="dxa"/>
              <w:left w:w="82" w:type="dxa"/>
              <w:bottom w:w="76" w:type="dxa"/>
              <w:right w:w="82" w:type="dxa"/>
            </w:tcMar>
          </w:tcPr>
          <w:p w14:paraId="64441442" w14:textId="77777777" w:rsidR="00690563" w:rsidRDefault="00690563" w:rsidP="00690563">
            <w:pPr>
              <w:jc w:val="center"/>
            </w:pPr>
            <w:r>
              <w:rPr>
                <w:b/>
                <w:color w:val="FFFFFF"/>
                <w:sz w:val="14"/>
              </w:rPr>
              <w:t>SARCINĂ</w:t>
            </w:r>
          </w:p>
        </w:tc>
      </w:tr>
      <w:tr w:rsidR="00690563" w14:paraId="49768645" w14:textId="77777777" w:rsidTr="00690563">
        <w:trPr>
          <w:jc w:val="center"/>
        </w:trPr>
        <w:tc>
          <w:tcPr>
            <w:tcW w:w="2243" w:type="pct"/>
            <w:shd w:val="clear" w:color="auto" w:fill="F8FAFA"/>
            <w:tcMar>
              <w:top w:w="68" w:type="dxa"/>
              <w:left w:w="78" w:type="dxa"/>
              <w:bottom w:w="68" w:type="dxa"/>
              <w:right w:w="78" w:type="dxa"/>
            </w:tcMar>
          </w:tcPr>
          <w:p w14:paraId="3DE4DBDF" w14:textId="77777777" w:rsidR="00690563" w:rsidRDefault="00690563" w:rsidP="00690563">
            <w:proofErr w:type="spellStart"/>
            <w:r>
              <w:rPr>
                <w:color w:val="263238"/>
                <w:sz w:val="16"/>
              </w:rPr>
              <w:t>climă</w:t>
            </w:r>
            <w:proofErr w:type="spellEnd"/>
            <w:r>
              <w:rPr>
                <w:color w:val="263238"/>
                <w:sz w:val="16"/>
              </w:rPr>
              <w:t xml:space="preserve"> – </w:t>
            </w:r>
            <w:proofErr w:type="spellStart"/>
            <w:r>
              <w:rPr>
                <w:color w:val="263238"/>
                <w:sz w:val="16"/>
              </w:rPr>
              <w:t>biosferă</w:t>
            </w:r>
            <w:proofErr w:type="spellEnd"/>
          </w:p>
        </w:tc>
        <w:tc>
          <w:tcPr>
            <w:tcW w:w="2757" w:type="pct"/>
            <w:shd w:val="clear" w:color="auto" w:fill="F8FAFA"/>
            <w:tcMar>
              <w:top w:w="68" w:type="dxa"/>
              <w:left w:w="78" w:type="dxa"/>
              <w:bottom w:w="68" w:type="dxa"/>
              <w:right w:w="78" w:type="dxa"/>
            </w:tcMar>
          </w:tcPr>
          <w:p w14:paraId="0FD3BFEC" w14:textId="77777777" w:rsidR="00690563" w:rsidRDefault="00690563" w:rsidP="00690563">
            <w:proofErr w:type="spellStart"/>
            <w:r>
              <w:rPr>
                <w:color w:val="263238"/>
                <w:sz w:val="16"/>
              </w:rPr>
              <w:t>compară</w:t>
            </w:r>
            <w:proofErr w:type="spellEnd"/>
            <w:r>
              <w:rPr>
                <w:color w:val="263238"/>
                <w:sz w:val="16"/>
              </w:rPr>
              <w:t xml:space="preserve"> </w:t>
            </w:r>
            <w:proofErr w:type="spellStart"/>
            <w:r>
              <w:rPr>
                <w:color w:val="263238"/>
                <w:sz w:val="16"/>
              </w:rPr>
              <w:t>două</w:t>
            </w:r>
            <w:proofErr w:type="spellEnd"/>
            <w:r>
              <w:rPr>
                <w:color w:val="263238"/>
                <w:sz w:val="16"/>
              </w:rPr>
              <w:t xml:space="preserve"> </w:t>
            </w:r>
            <w:proofErr w:type="spellStart"/>
            <w:r>
              <w:rPr>
                <w:color w:val="263238"/>
                <w:sz w:val="16"/>
              </w:rPr>
              <w:t>hărți</w:t>
            </w:r>
            <w:proofErr w:type="spellEnd"/>
            <w:r>
              <w:rPr>
                <w:color w:val="263238"/>
                <w:sz w:val="16"/>
              </w:rPr>
              <w:t xml:space="preserve"> </w:t>
            </w:r>
            <w:proofErr w:type="spellStart"/>
            <w:r>
              <w:rPr>
                <w:color w:val="263238"/>
                <w:sz w:val="16"/>
              </w:rPr>
              <w:t>și</w:t>
            </w:r>
            <w:proofErr w:type="spellEnd"/>
            <w:r>
              <w:rPr>
                <w:color w:val="263238"/>
                <w:sz w:val="16"/>
              </w:rPr>
              <w:t xml:space="preserve"> </w:t>
            </w:r>
            <w:proofErr w:type="spellStart"/>
            <w:r>
              <w:rPr>
                <w:color w:val="263238"/>
                <w:sz w:val="16"/>
              </w:rPr>
              <w:t>explică</w:t>
            </w:r>
            <w:proofErr w:type="spellEnd"/>
            <w:r>
              <w:rPr>
                <w:color w:val="263238"/>
                <w:sz w:val="16"/>
              </w:rPr>
              <w:t xml:space="preserve"> </w:t>
            </w:r>
            <w:proofErr w:type="spellStart"/>
            <w:r>
              <w:rPr>
                <w:color w:val="263238"/>
                <w:sz w:val="16"/>
              </w:rPr>
              <w:t>distribuția</w:t>
            </w:r>
            <w:proofErr w:type="spellEnd"/>
            <w:r>
              <w:rPr>
                <w:color w:val="263238"/>
                <w:sz w:val="16"/>
              </w:rPr>
              <w:t xml:space="preserve"> </w:t>
            </w:r>
            <w:proofErr w:type="spellStart"/>
            <w:r>
              <w:rPr>
                <w:color w:val="263238"/>
                <w:sz w:val="16"/>
              </w:rPr>
              <w:t>biomurilor</w:t>
            </w:r>
            <w:proofErr w:type="spellEnd"/>
          </w:p>
        </w:tc>
      </w:tr>
      <w:tr w:rsidR="00690563" w:rsidRPr="00E14EE9" w14:paraId="3BA13186" w14:textId="77777777" w:rsidTr="00690563">
        <w:trPr>
          <w:jc w:val="center"/>
        </w:trPr>
        <w:tc>
          <w:tcPr>
            <w:tcW w:w="2243" w:type="pct"/>
            <w:tcMar>
              <w:top w:w="68" w:type="dxa"/>
              <w:left w:w="78" w:type="dxa"/>
              <w:bottom w:w="68" w:type="dxa"/>
              <w:right w:w="78" w:type="dxa"/>
            </w:tcMar>
          </w:tcPr>
          <w:p w14:paraId="6309CE1F" w14:textId="77777777" w:rsidR="00690563" w:rsidRDefault="00690563" w:rsidP="00690563">
            <w:r>
              <w:rPr>
                <w:color w:val="263238"/>
                <w:sz w:val="16"/>
              </w:rPr>
              <w:t>relief – sol</w:t>
            </w:r>
          </w:p>
        </w:tc>
        <w:tc>
          <w:tcPr>
            <w:tcW w:w="2757" w:type="pct"/>
            <w:tcMar>
              <w:top w:w="68" w:type="dxa"/>
              <w:left w:w="78" w:type="dxa"/>
              <w:bottom w:w="68" w:type="dxa"/>
              <w:right w:w="78" w:type="dxa"/>
            </w:tcMar>
          </w:tcPr>
          <w:p w14:paraId="0A3558ED" w14:textId="77777777" w:rsidR="00690563" w:rsidRPr="00E14EE9" w:rsidRDefault="00690563" w:rsidP="00690563">
            <w:pPr>
              <w:rPr>
                <w:lang w:val="it-CH"/>
              </w:rPr>
            </w:pPr>
            <w:r w:rsidRPr="00E14EE9">
              <w:rPr>
                <w:color w:val="263238"/>
                <w:sz w:val="16"/>
                <w:lang w:val="it-CH"/>
              </w:rPr>
              <w:t>identifică legătura dintre pantă, substrat, eroziune și sol</w:t>
            </w:r>
          </w:p>
        </w:tc>
      </w:tr>
      <w:tr w:rsidR="00690563" w:rsidRPr="00E14EE9" w14:paraId="5D6726BE" w14:textId="77777777" w:rsidTr="00690563">
        <w:trPr>
          <w:jc w:val="center"/>
        </w:trPr>
        <w:tc>
          <w:tcPr>
            <w:tcW w:w="2243" w:type="pct"/>
            <w:shd w:val="clear" w:color="auto" w:fill="F8FAFA"/>
            <w:tcMar>
              <w:top w:w="68" w:type="dxa"/>
              <w:left w:w="78" w:type="dxa"/>
              <w:bottom w:w="68" w:type="dxa"/>
              <w:right w:w="78" w:type="dxa"/>
            </w:tcMar>
          </w:tcPr>
          <w:p w14:paraId="31F5A8B7" w14:textId="77777777" w:rsidR="00690563" w:rsidRDefault="00690563" w:rsidP="00690563">
            <w:r>
              <w:rPr>
                <w:color w:val="263238"/>
                <w:sz w:val="16"/>
              </w:rPr>
              <w:t xml:space="preserve">sol – </w:t>
            </w:r>
            <w:proofErr w:type="spellStart"/>
            <w:r>
              <w:rPr>
                <w:color w:val="263238"/>
                <w:sz w:val="16"/>
              </w:rPr>
              <w:t>agricultură</w:t>
            </w:r>
            <w:proofErr w:type="spellEnd"/>
          </w:p>
        </w:tc>
        <w:tc>
          <w:tcPr>
            <w:tcW w:w="2757" w:type="pct"/>
            <w:shd w:val="clear" w:color="auto" w:fill="F8FAFA"/>
            <w:tcMar>
              <w:top w:w="68" w:type="dxa"/>
              <w:left w:w="78" w:type="dxa"/>
              <w:bottom w:w="68" w:type="dxa"/>
              <w:right w:w="78" w:type="dxa"/>
            </w:tcMar>
          </w:tcPr>
          <w:p w14:paraId="38562F73" w14:textId="2941C7EF" w:rsidR="00690563" w:rsidRPr="00E14EE9" w:rsidRDefault="00690563" w:rsidP="00690563">
            <w:pPr>
              <w:rPr>
                <w:lang w:val="it-CH"/>
              </w:rPr>
            </w:pPr>
            <w:r w:rsidRPr="00E14EE9">
              <w:rPr>
                <w:color w:val="263238"/>
                <w:sz w:val="16"/>
                <w:lang w:val="it-CH"/>
              </w:rPr>
              <w:t>studiu de caz privind utilizarea și degradarea</w:t>
            </w:r>
            <w:r w:rsidR="00590FD9" w:rsidRPr="00E14EE9">
              <w:rPr>
                <w:color w:val="263238"/>
                <w:sz w:val="16"/>
                <w:lang w:val="it-CH"/>
              </w:rPr>
              <w:t xml:space="preserve"> terenurilor</w:t>
            </w:r>
          </w:p>
        </w:tc>
      </w:tr>
      <w:tr w:rsidR="00690563" w:rsidRPr="00E14EE9" w14:paraId="50B2A19E" w14:textId="77777777" w:rsidTr="00690563">
        <w:trPr>
          <w:jc w:val="center"/>
        </w:trPr>
        <w:tc>
          <w:tcPr>
            <w:tcW w:w="2243" w:type="pct"/>
            <w:tcMar>
              <w:top w:w="68" w:type="dxa"/>
              <w:left w:w="78" w:type="dxa"/>
              <w:bottom w:w="68" w:type="dxa"/>
              <w:right w:w="78" w:type="dxa"/>
            </w:tcMar>
          </w:tcPr>
          <w:p w14:paraId="59462A4D" w14:textId="77777777" w:rsidR="00690563" w:rsidRDefault="00690563" w:rsidP="00690563">
            <w:proofErr w:type="spellStart"/>
            <w:r>
              <w:rPr>
                <w:color w:val="263238"/>
                <w:sz w:val="16"/>
              </w:rPr>
              <w:t>biodiversitate</w:t>
            </w:r>
            <w:proofErr w:type="spellEnd"/>
            <w:r>
              <w:rPr>
                <w:color w:val="263238"/>
                <w:sz w:val="16"/>
              </w:rPr>
              <w:t xml:space="preserve"> – </w:t>
            </w:r>
            <w:proofErr w:type="spellStart"/>
            <w:r>
              <w:rPr>
                <w:color w:val="263238"/>
                <w:sz w:val="16"/>
              </w:rPr>
              <w:t>societate</w:t>
            </w:r>
            <w:proofErr w:type="spellEnd"/>
          </w:p>
        </w:tc>
        <w:tc>
          <w:tcPr>
            <w:tcW w:w="2757" w:type="pct"/>
            <w:tcMar>
              <w:top w:w="68" w:type="dxa"/>
              <w:left w:w="78" w:type="dxa"/>
              <w:bottom w:w="68" w:type="dxa"/>
              <w:right w:w="78" w:type="dxa"/>
            </w:tcMar>
          </w:tcPr>
          <w:p w14:paraId="73D1BFA9" w14:textId="77777777" w:rsidR="00690563" w:rsidRPr="00E14EE9" w:rsidRDefault="00690563" w:rsidP="00690563">
            <w:pPr>
              <w:rPr>
                <w:lang w:val="it-CH"/>
              </w:rPr>
            </w:pPr>
            <w:r w:rsidRPr="00E14EE9">
              <w:rPr>
                <w:color w:val="263238"/>
                <w:sz w:val="16"/>
                <w:lang w:val="it-CH"/>
              </w:rPr>
              <w:t>argumentează conservarea prin servicii ecosistemice și vulnerabilități</w:t>
            </w:r>
          </w:p>
        </w:tc>
      </w:tr>
      <w:tr w:rsidR="00690563" w:rsidRPr="00E14EE9" w14:paraId="073C05DC" w14:textId="77777777" w:rsidTr="00690563">
        <w:trPr>
          <w:jc w:val="center"/>
        </w:trPr>
        <w:tc>
          <w:tcPr>
            <w:tcW w:w="2243" w:type="pct"/>
            <w:shd w:val="clear" w:color="auto" w:fill="F8FAFA"/>
            <w:tcMar>
              <w:top w:w="68" w:type="dxa"/>
              <w:left w:w="78" w:type="dxa"/>
              <w:bottom w:w="68" w:type="dxa"/>
              <w:right w:w="78" w:type="dxa"/>
            </w:tcMar>
          </w:tcPr>
          <w:p w14:paraId="6FEF018A" w14:textId="77777777" w:rsidR="00690563" w:rsidRDefault="00690563" w:rsidP="00690563">
            <w:proofErr w:type="spellStart"/>
            <w:r>
              <w:rPr>
                <w:color w:val="263238"/>
                <w:sz w:val="16"/>
              </w:rPr>
              <w:t>specii</w:t>
            </w:r>
            <w:proofErr w:type="spellEnd"/>
            <w:r>
              <w:rPr>
                <w:color w:val="263238"/>
                <w:sz w:val="16"/>
              </w:rPr>
              <w:t xml:space="preserve"> </w:t>
            </w:r>
            <w:proofErr w:type="spellStart"/>
            <w:r>
              <w:rPr>
                <w:color w:val="263238"/>
                <w:sz w:val="16"/>
              </w:rPr>
              <w:t>invazive</w:t>
            </w:r>
            <w:proofErr w:type="spellEnd"/>
            <w:r>
              <w:rPr>
                <w:color w:val="263238"/>
                <w:sz w:val="16"/>
              </w:rPr>
              <w:t xml:space="preserve"> – </w:t>
            </w:r>
            <w:proofErr w:type="spellStart"/>
            <w:r>
              <w:rPr>
                <w:color w:val="263238"/>
                <w:sz w:val="16"/>
              </w:rPr>
              <w:t>comunitate</w:t>
            </w:r>
            <w:proofErr w:type="spellEnd"/>
          </w:p>
        </w:tc>
        <w:tc>
          <w:tcPr>
            <w:tcW w:w="2757" w:type="pct"/>
            <w:shd w:val="clear" w:color="auto" w:fill="F8FAFA"/>
            <w:tcMar>
              <w:top w:w="68" w:type="dxa"/>
              <w:left w:w="78" w:type="dxa"/>
              <w:bottom w:w="68" w:type="dxa"/>
              <w:right w:w="78" w:type="dxa"/>
            </w:tcMar>
          </w:tcPr>
          <w:p w14:paraId="3F1AEE7D" w14:textId="05EE715C" w:rsidR="00690563" w:rsidRPr="00E14EE9" w:rsidRDefault="00690563" w:rsidP="00690563">
            <w:pPr>
              <w:rPr>
                <w:lang w:val="it-CH"/>
              </w:rPr>
            </w:pPr>
            <w:r w:rsidRPr="00E14EE9">
              <w:rPr>
                <w:color w:val="263238"/>
                <w:sz w:val="16"/>
                <w:lang w:val="it-CH"/>
              </w:rPr>
              <w:t>analizează răspândirea</w:t>
            </w:r>
            <w:r w:rsidR="001C2798" w:rsidRPr="00E14EE9">
              <w:rPr>
                <w:color w:val="263238"/>
                <w:sz w:val="16"/>
                <w:lang w:val="it-CH"/>
              </w:rPr>
              <w:t xml:space="preserve"> geografică</w:t>
            </w:r>
            <w:r w:rsidRPr="00E14EE9">
              <w:rPr>
                <w:color w:val="263238"/>
                <w:sz w:val="16"/>
                <w:lang w:val="it-CH"/>
              </w:rPr>
              <w:t xml:space="preserve"> și impactul teritorial</w:t>
            </w:r>
          </w:p>
        </w:tc>
      </w:tr>
      <w:tr w:rsidR="00690563" w14:paraId="3B6CE540" w14:textId="77777777" w:rsidTr="00690563">
        <w:trPr>
          <w:jc w:val="center"/>
        </w:trPr>
        <w:tc>
          <w:tcPr>
            <w:tcW w:w="2243" w:type="pct"/>
            <w:tcMar>
              <w:top w:w="68" w:type="dxa"/>
              <w:left w:w="78" w:type="dxa"/>
              <w:bottom w:w="68" w:type="dxa"/>
              <w:right w:w="78" w:type="dxa"/>
            </w:tcMar>
          </w:tcPr>
          <w:p w14:paraId="24B9713C" w14:textId="77777777" w:rsidR="00690563" w:rsidRDefault="00690563" w:rsidP="00690563">
            <w:proofErr w:type="spellStart"/>
            <w:r>
              <w:rPr>
                <w:color w:val="263238"/>
                <w:sz w:val="16"/>
              </w:rPr>
              <w:t>orizont</w:t>
            </w:r>
            <w:proofErr w:type="spellEnd"/>
            <w:r>
              <w:rPr>
                <w:color w:val="263238"/>
                <w:sz w:val="16"/>
              </w:rPr>
              <w:t xml:space="preserve"> local</w:t>
            </w:r>
          </w:p>
        </w:tc>
        <w:tc>
          <w:tcPr>
            <w:tcW w:w="2757" w:type="pct"/>
            <w:tcMar>
              <w:top w:w="68" w:type="dxa"/>
              <w:left w:w="78" w:type="dxa"/>
              <w:bottom w:w="68" w:type="dxa"/>
              <w:right w:w="78" w:type="dxa"/>
            </w:tcMar>
          </w:tcPr>
          <w:p w14:paraId="7939D9FE" w14:textId="77777777" w:rsidR="00690563" w:rsidRDefault="00690563" w:rsidP="00690563">
            <w:proofErr w:type="spellStart"/>
            <w:r>
              <w:rPr>
                <w:color w:val="263238"/>
                <w:sz w:val="16"/>
              </w:rPr>
              <w:t>schiță</w:t>
            </w:r>
            <w:proofErr w:type="spellEnd"/>
            <w:r>
              <w:rPr>
                <w:color w:val="263238"/>
                <w:sz w:val="16"/>
              </w:rPr>
              <w:t xml:space="preserve"> de </w:t>
            </w:r>
            <w:proofErr w:type="spellStart"/>
            <w:r>
              <w:rPr>
                <w:color w:val="263238"/>
                <w:sz w:val="16"/>
              </w:rPr>
              <w:t>hartă</w:t>
            </w:r>
            <w:proofErr w:type="spellEnd"/>
            <w:r>
              <w:rPr>
                <w:color w:val="263238"/>
                <w:sz w:val="16"/>
              </w:rPr>
              <w:t xml:space="preserve"> a </w:t>
            </w:r>
            <w:proofErr w:type="spellStart"/>
            <w:r>
              <w:rPr>
                <w:color w:val="263238"/>
                <w:sz w:val="16"/>
              </w:rPr>
              <w:t>biodiversității</w:t>
            </w:r>
            <w:proofErr w:type="spellEnd"/>
            <w:r>
              <w:rPr>
                <w:color w:val="263238"/>
                <w:sz w:val="16"/>
              </w:rPr>
              <w:t xml:space="preserve"> / </w:t>
            </w:r>
            <w:proofErr w:type="spellStart"/>
            <w:r>
              <w:rPr>
                <w:color w:val="263238"/>
                <w:sz w:val="16"/>
              </w:rPr>
              <w:t>fișe</w:t>
            </w:r>
            <w:proofErr w:type="spellEnd"/>
            <w:r>
              <w:rPr>
                <w:color w:val="263238"/>
                <w:sz w:val="16"/>
              </w:rPr>
              <w:t xml:space="preserve"> de </w:t>
            </w:r>
            <w:proofErr w:type="spellStart"/>
            <w:r>
              <w:rPr>
                <w:color w:val="263238"/>
                <w:sz w:val="16"/>
              </w:rPr>
              <w:t>teren</w:t>
            </w:r>
            <w:proofErr w:type="spellEnd"/>
          </w:p>
        </w:tc>
      </w:tr>
    </w:tbl>
    <w:p w14:paraId="5BA3AB61" w14:textId="77777777" w:rsidR="00690563" w:rsidRDefault="00690563"/>
    <w:tbl>
      <w:tblPr>
        <w:tblW w:w="5000" w:type="pct"/>
        <w:jc w:val="center"/>
        <w:tblLook w:val="04A0" w:firstRow="1" w:lastRow="0" w:firstColumn="1" w:lastColumn="0" w:noHBand="0" w:noVBand="1"/>
      </w:tblPr>
      <w:tblGrid>
        <w:gridCol w:w="4783"/>
        <w:gridCol w:w="5878"/>
      </w:tblGrid>
      <w:tr w:rsidR="00690563" w14:paraId="3CED3731" w14:textId="77777777" w:rsidTr="00690563">
        <w:trPr>
          <w:jc w:val="center"/>
        </w:trPr>
        <w:tc>
          <w:tcPr>
            <w:tcW w:w="2239" w:type="pct"/>
            <w:shd w:val="clear" w:color="auto" w:fill="2B6478"/>
            <w:tcMar>
              <w:top w:w="105" w:type="dxa"/>
              <w:left w:w="105" w:type="dxa"/>
              <w:bottom w:w="105" w:type="dxa"/>
              <w:right w:w="105" w:type="dxa"/>
            </w:tcMar>
          </w:tcPr>
          <w:p w14:paraId="30F28DFE" w14:textId="77777777" w:rsidR="00690563" w:rsidRDefault="00690563" w:rsidP="00690563">
            <w:pPr>
              <w:jc w:val="center"/>
            </w:pPr>
            <w:r>
              <w:rPr>
                <w:b/>
                <w:color w:val="FFFFFF"/>
                <w:sz w:val="15"/>
              </w:rPr>
              <w:t>SE SCHIMBĂ ACCENTUL</w:t>
            </w:r>
          </w:p>
        </w:tc>
        <w:tc>
          <w:tcPr>
            <w:tcW w:w="2751" w:type="pct"/>
            <w:shd w:val="clear" w:color="auto" w:fill="EEF4F6"/>
            <w:tcMar>
              <w:top w:w="105" w:type="dxa"/>
              <w:left w:w="130" w:type="dxa"/>
              <w:bottom w:w="105" w:type="dxa"/>
              <w:right w:w="130" w:type="dxa"/>
            </w:tcMar>
          </w:tcPr>
          <w:p w14:paraId="643E165F" w14:textId="77777777" w:rsidR="00690563" w:rsidRDefault="00690563" w:rsidP="00690563">
            <w:proofErr w:type="spellStart"/>
            <w:r>
              <w:rPr>
                <w:color w:val="263238"/>
                <w:sz w:val="17"/>
              </w:rPr>
              <w:t>Elevul</w:t>
            </w:r>
            <w:proofErr w:type="spellEnd"/>
            <w:r>
              <w:rPr>
                <w:color w:val="263238"/>
                <w:sz w:val="17"/>
              </w:rPr>
              <w:t xml:space="preserve"> nu </w:t>
            </w:r>
            <w:proofErr w:type="spellStart"/>
            <w:r>
              <w:rPr>
                <w:color w:val="263238"/>
                <w:sz w:val="17"/>
              </w:rPr>
              <w:t>trebuie</w:t>
            </w:r>
            <w:proofErr w:type="spellEnd"/>
            <w:r>
              <w:rPr>
                <w:color w:val="263238"/>
                <w:sz w:val="17"/>
              </w:rPr>
              <w:t xml:space="preserve"> </w:t>
            </w:r>
            <w:proofErr w:type="spellStart"/>
            <w:r>
              <w:rPr>
                <w:color w:val="263238"/>
                <w:sz w:val="17"/>
              </w:rPr>
              <w:t>să</w:t>
            </w:r>
            <w:proofErr w:type="spellEnd"/>
            <w:r>
              <w:rPr>
                <w:color w:val="263238"/>
                <w:sz w:val="17"/>
              </w:rPr>
              <w:t xml:space="preserve"> </w:t>
            </w:r>
            <w:proofErr w:type="spellStart"/>
            <w:r>
              <w:rPr>
                <w:color w:val="263238"/>
                <w:sz w:val="17"/>
              </w:rPr>
              <w:t>memoreze</w:t>
            </w:r>
            <w:proofErr w:type="spellEnd"/>
            <w:r>
              <w:rPr>
                <w:color w:val="263238"/>
                <w:sz w:val="17"/>
              </w:rPr>
              <w:t xml:space="preserve"> </w:t>
            </w:r>
            <w:proofErr w:type="spellStart"/>
            <w:r>
              <w:rPr>
                <w:color w:val="263238"/>
                <w:sz w:val="17"/>
              </w:rPr>
              <w:t>trei</w:t>
            </w:r>
            <w:proofErr w:type="spellEnd"/>
            <w:r>
              <w:rPr>
                <w:color w:val="263238"/>
                <w:sz w:val="17"/>
              </w:rPr>
              <w:t xml:space="preserve"> </w:t>
            </w:r>
            <w:proofErr w:type="spellStart"/>
            <w:r>
              <w:rPr>
                <w:color w:val="263238"/>
                <w:sz w:val="17"/>
              </w:rPr>
              <w:t>liste</w:t>
            </w:r>
            <w:proofErr w:type="spellEnd"/>
            <w:r>
              <w:rPr>
                <w:color w:val="263238"/>
                <w:sz w:val="17"/>
              </w:rPr>
              <w:t xml:space="preserve"> </w:t>
            </w:r>
            <w:proofErr w:type="spellStart"/>
            <w:r>
              <w:rPr>
                <w:color w:val="263238"/>
                <w:sz w:val="17"/>
              </w:rPr>
              <w:t>paralele</w:t>
            </w:r>
            <w:proofErr w:type="spellEnd"/>
            <w:r>
              <w:rPr>
                <w:color w:val="263238"/>
                <w:sz w:val="17"/>
              </w:rPr>
              <w:t xml:space="preserve"> — </w:t>
            </w:r>
            <w:proofErr w:type="spellStart"/>
            <w:r>
              <w:rPr>
                <w:color w:val="263238"/>
                <w:sz w:val="17"/>
              </w:rPr>
              <w:t>soluri</w:t>
            </w:r>
            <w:proofErr w:type="spellEnd"/>
            <w:r>
              <w:rPr>
                <w:color w:val="263238"/>
                <w:sz w:val="17"/>
              </w:rPr>
              <w:t xml:space="preserve">, </w:t>
            </w:r>
            <w:proofErr w:type="spellStart"/>
            <w:r>
              <w:rPr>
                <w:color w:val="263238"/>
                <w:sz w:val="17"/>
              </w:rPr>
              <w:t>vegetație</w:t>
            </w:r>
            <w:proofErr w:type="spellEnd"/>
            <w:r>
              <w:rPr>
                <w:color w:val="263238"/>
                <w:sz w:val="17"/>
              </w:rPr>
              <w:t xml:space="preserve">, </w:t>
            </w:r>
            <w:proofErr w:type="spellStart"/>
            <w:r>
              <w:rPr>
                <w:color w:val="263238"/>
                <w:sz w:val="17"/>
              </w:rPr>
              <w:t>climă</w:t>
            </w:r>
            <w:proofErr w:type="spellEnd"/>
            <w:r>
              <w:rPr>
                <w:color w:val="263238"/>
                <w:sz w:val="17"/>
              </w:rPr>
              <w:t xml:space="preserve"> — ci </w:t>
            </w:r>
            <w:proofErr w:type="spellStart"/>
            <w:r>
              <w:rPr>
                <w:color w:val="263238"/>
                <w:sz w:val="17"/>
              </w:rPr>
              <w:t>să</w:t>
            </w:r>
            <w:proofErr w:type="spellEnd"/>
            <w:r>
              <w:rPr>
                <w:color w:val="263238"/>
                <w:sz w:val="17"/>
              </w:rPr>
              <w:t xml:space="preserve"> </w:t>
            </w:r>
            <w:proofErr w:type="spellStart"/>
            <w:r>
              <w:rPr>
                <w:color w:val="263238"/>
                <w:sz w:val="17"/>
              </w:rPr>
              <w:t>înțeleagă</w:t>
            </w:r>
            <w:proofErr w:type="spellEnd"/>
            <w:r>
              <w:rPr>
                <w:color w:val="263238"/>
                <w:sz w:val="17"/>
              </w:rPr>
              <w:t xml:space="preserve"> cum se </w:t>
            </w:r>
            <w:proofErr w:type="spellStart"/>
            <w:r>
              <w:rPr>
                <w:color w:val="263238"/>
                <w:sz w:val="17"/>
              </w:rPr>
              <w:t>condiționează</w:t>
            </w:r>
            <w:proofErr w:type="spellEnd"/>
            <w:r>
              <w:rPr>
                <w:color w:val="263238"/>
                <w:sz w:val="17"/>
              </w:rPr>
              <w:t xml:space="preserve"> </w:t>
            </w:r>
            <w:proofErr w:type="spellStart"/>
            <w:r>
              <w:rPr>
                <w:color w:val="263238"/>
                <w:sz w:val="17"/>
              </w:rPr>
              <w:t>reciproc</w:t>
            </w:r>
            <w:proofErr w:type="spellEnd"/>
            <w:r>
              <w:rPr>
                <w:color w:val="263238"/>
                <w:sz w:val="17"/>
              </w:rPr>
              <w:t xml:space="preserve"> </w:t>
            </w:r>
            <w:proofErr w:type="spellStart"/>
            <w:r>
              <w:rPr>
                <w:color w:val="263238"/>
                <w:sz w:val="17"/>
              </w:rPr>
              <w:t>și</w:t>
            </w:r>
            <w:proofErr w:type="spellEnd"/>
            <w:r>
              <w:rPr>
                <w:color w:val="263238"/>
                <w:sz w:val="17"/>
              </w:rPr>
              <w:t xml:space="preserve"> cum </w:t>
            </w:r>
            <w:proofErr w:type="spellStart"/>
            <w:r>
              <w:rPr>
                <w:color w:val="263238"/>
                <w:sz w:val="17"/>
              </w:rPr>
              <w:t>intervenția</w:t>
            </w:r>
            <w:proofErr w:type="spellEnd"/>
            <w:r>
              <w:rPr>
                <w:color w:val="263238"/>
                <w:sz w:val="17"/>
              </w:rPr>
              <w:t xml:space="preserve"> </w:t>
            </w:r>
            <w:proofErr w:type="spellStart"/>
            <w:r>
              <w:rPr>
                <w:color w:val="263238"/>
                <w:sz w:val="17"/>
              </w:rPr>
              <w:t>umană</w:t>
            </w:r>
            <w:proofErr w:type="spellEnd"/>
            <w:r>
              <w:rPr>
                <w:color w:val="263238"/>
                <w:sz w:val="17"/>
              </w:rPr>
              <w:t xml:space="preserve"> </w:t>
            </w:r>
            <w:proofErr w:type="spellStart"/>
            <w:r>
              <w:rPr>
                <w:color w:val="263238"/>
                <w:sz w:val="17"/>
              </w:rPr>
              <w:t>modifică</w:t>
            </w:r>
            <w:proofErr w:type="spellEnd"/>
            <w:r>
              <w:rPr>
                <w:color w:val="263238"/>
                <w:sz w:val="17"/>
              </w:rPr>
              <w:t xml:space="preserve"> </w:t>
            </w:r>
            <w:proofErr w:type="spellStart"/>
            <w:r>
              <w:rPr>
                <w:color w:val="263238"/>
                <w:sz w:val="17"/>
              </w:rPr>
              <w:t>sistemul</w:t>
            </w:r>
            <w:proofErr w:type="spellEnd"/>
            <w:r>
              <w:rPr>
                <w:color w:val="263238"/>
                <w:sz w:val="17"/>
              </w:rPr>
              <w:t>.</w:t>
            </w:r>
          </w:p>
        </w:tc>
      </w:tr>
    </w:tbl>
    <w:p w14:paraId="736B363A" w14:textId="77777777" w:rsidR="00787B6C" w:rsidRDefault="00690563">
      <w:r>
        <w:br w:type="page"/>
      </w:r>
    </w:p>
    <w:tbl>
      <w:tblPr>
        <w:tblW w:w="5000" w:type="pct"/>
        <w:jc w:val="center"/>
        <w:tblLook w:val="04A0" w:firstRow="1" w:lastRow="0" w:firstColumn="1" w:lastColumn="0" w:noHBand="0" w:noVBand="1"/>
      </w:tblPr>
      <w:tblGrid>
        <w:gridCol w:w="4240"/>
        <w:gridCol w:w="6441"/>
      </w:tblGrid>
      <w:tr w:rsidR="00787B6C" w:rsidRPr="00E14EE9" w14:paraId="737F1492" w14:textId="77777777" w:rsidTr="00690563">
        <w:trPr>
          <w:jc w:val="center"/>
        </w:trPr>
        <w:tc>
          <w:tcPr>
            <w:tcW w:w="1985" w:type="pct"/>
            <w:shd w:val="clear" w:color="auto" w:fill="2B6478"/>
            <w:tcMar>
              <w:top w:w="145" w:type="dxa"/>
              <w:left w:w="110" w:type="dxa"/>
              <w:bottom w:w="145" w:type="dxa"/>
              <w:right w:w="110" w:type="dxa"/>
            </w:tcMar>
          </w:tcPr>
          <w:p w14:paraId="730C50B2" w14:textId="77777777" w:rsidR="00787B6C" w:rsidRDefault="00690563">
            <w:pPr>
              <w:jc w:val="center"/>
            </w:pPr>
            <w:r>
              <w:rPr>
                <w:b/>
                <w:color w:val="FFFFFF"/>
                <w:sz w:val="30"/>
              </w:rPr>
              <w:lastRenderedPageBreak/>
              <w:t>17</w:t>
            </w:r>
          </w:p>
        </w:tc>
        <w:tc>
          <w:tcPr>
            <w:tcW w:w="3015" w:type="pct"/>
            <w:shd w:val="clear" w:color="auto" w:fill="17324D"/>
            <w:tcMar>
              <w:top w:w="120" w:type="dxa"/>
              <w:left w:w="145" w:type="dxa"/>
              <w:bottom w:w="120" w:type="dxa"/>
              <w:right w:w="145" w:type="dxa"/>
            </w:tcMar>
          </w:tcPr>
          <w:p w14:paraId="3A809FCB" w14:textId="77777777" w:rsidR="00787B6C" w:rsidRPr="00E14EE9" w:rsidRDefault="00690563">
            <w:pPr>
              <w:rPr>
                <w:lang w:val="it-CH"/>
              </w:rPr>
            </w:pPr>
            <w:r w:rsidRPr="00E14EE9">
              <w:rPr>
                <w:b/>
                <w:color w:val="FFFFFF"/>
                <w:sz w:val="25"/>
                <w:lang w:val="it-CH"/>
              </w:rPr>
              <w:t>MEDIILE NATURALE ȘI IMPACTUL UMAN</w:t>
            </w:r>
            <w:r w:rsidRPr="00E14EE9">
              <w:rPr>
                <w:lang w:val="it-CH"/>
              </w:rPr>
              <w:br/>
            </w:r>
            <w:r w:rsidRPr="00E14EE9">
              <w:rPr>
                <w:color w:val="DFE8EA"/>
                <w:sz w:val="16"/>
                <w:lang w:val="it-CH"/>
              </w:rPr>
              <w:t>Sinteza clasei a IX-a: componente, relații, schimbare, degradare și decizie.</w:t>
            </w:r>
          </w:p>
        </w:tc>
      </w:tr>
    </w:tbl>
    <w:p w14:paraId="6D451F78"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211"/>
        <w:gridCol w:w="3573"/>
        <w:gridCol w:w="2806"/>
      </w:tblGrid>
      <w:tr w:rsidR="00690563" w14:paraId="3501EB34" w14:textId="77777777" w:rsidTr="00690563">
        <w:trPr>
          <w:jc w:val="center"/>
        </w:trPr>
        <w:tc>
          <w:tcPr>
            <w:tcW w:w="1988" w:type="pct"/>
            <w:shd w:val="clear" w:color="auto" w:fill="17324D"/>
            <w:tcMar>
              <w:top w:w="76" w:type="dxa"/>
              <w:left w:w="82" w:type="dxa"/>
              <w:bottom w:w="76" w:type="dxa"/>
              <w:right w:w="82" w:type="dxa"/>
            </w:tcMar>
          </w:tcPr>
          <w:p w14:paraId="0FD5374E" w14:textId="23DABCB1" w:rsidR="00690563" w:rsidRDefault="00690563" w:rsidP="00690563">
            <w:pPr>
              <w:jc w:val="center"/>
            </w:pPr>
            <w:r>
              <w:rPr>
                <w:b/>
                <w:color w:val="FFFFFF"/>
                <w:sz w:val="14"/>
              </w:rPr>
              <w:t>PA</w:t>
            </w:r>
            <w:r w:rsidR="00186BF5">
              <w:rPr>
                <w:b/>
                <w:color w:val="FFFFFF"/>
                <w:sz w:val="14"/>
              </w:rPr>
              <w:t>ȘI DE URMĂRIT</w:t>
            </w:r>
          </w:p>
        </w:tc>
        <w:tc>
          <w:tcPr>
            <w:tcW w:w="1687" w:type="pct"/>
            <w:shd w:val="clear" w:color="auto" w:fill="2B6478"/>
            <w:tcMar>
              <w:top w:w="76" w:type="dxa"/>
              <w:left w:w="82" w:type="dxa"/>
              <w:bottom w:w="76" w:type="dxa"/>
              <w:right w:w="82" w:type="dxa"/>
            </w:tcMar>
          </w:tcPr>
          <w:p w14:paraId="01B776CB" w14:textId="77777777" w:rsidR="00690563" w:rsidRDefault="00690563" w:rsidP="00690563">
            <w:pPr>
              <w:jc w:val="center"/>
            </w:pPr>
            <w:r>
              <w:rPr>
                <w:b/>
                <w:color w:val="FFFFFF"/>
                <w:sz w:val="14"/>
              </w:rPr>
              <w:t>ÎNTREBARE</w:t>
            </w:r>
          </w:p>
        </w:tc>
        <w:tc>
          <w:tcPr>
            <w:tcW w:w="1325" w:type="pct"/>
            <w:shd w:val="clear" w:color="auto" w:fill="3E755A"/>
            <w:tcMar>
              <w:top w:w="76" w:type="dxa"/>
              <w:left w:w="82" w:type="dxa"/>
              <w:bottom w:w="76" w:type="dxa"/>
              <w:right w:w="82" w:type="dxa"/>
            </w:tcMar>
          </w:tcPr>
          <w:p w14:paraId="7654F9D9" w14:textId="77777777" w:rsidR="00690563" w:rsidRDefault="00690563" w:rsidP="00690563">
            <w:pPr>
              <w:jc w:val="center"/>
            </w:pPr>
            <w:r>
              <w:rPr>
                <w:b/>
                <w:color w:val="FFFFFF"/>
                <w:sz w:val="14"/>
              </w:rPr>
              <w:t>DOVADĂ</w:t>
            </w:r>
          </w:p>
        </w:tc>
      </w:tr>
      <w:tr w:rsidR="00690563" w14:paraId="2448AA3C" w14:textId="77777777" w:rsidTr="00690563">
        <w:trPr>
          <w:jc w:val="center"/>
        </w:trPr>
        <w:tc>
          <w:tcPr>
            <w:tcW w:w="1988" w:type="pct"/>
            <w:shd w:val="clear" w:color="auto" w:fill="F8FAFA"/>
            <w:tcMar>
              <w:top w:w="68" w:type="dxa"/>
              <w:left w:w="78" w:type="dxa"/>
              <w:bottom w:w="68" w:type="dxa"/>
              <w:right w:w="78" w:type="dxa"/>
            </w:tcMar>
          </w:tcPr>
          <w:p w14:paraId="25A8ED8E" w14:textId="77777777" w:rsidR="00690563" w:rsidRDefault="00690563" w:rsidP="00690563">
            <w:r>
              <w:rPr>
                <w:color w:val="263238"/>
                <w:sz w:val="15"/>
              </w:rPr>
              <w:t xml:space="preserve">1. </w:t>
            </w:r>
            <w:proofErr w:type="spellStart"/>
            <w:r>
              <w:rPr>
                <w:color w:val="263238"/>
                <w:sz w:val="15"/>
              </w:rPr>
              <w:t>sistem</w:t>
            </w:r>
            <w:proofErr w:type="spellEnd"/>
          </w:p>
        </w:tc>
        <w:tc>
          <w:tcPr>
            <w:tcW w:w="1687" w:type="pct"/>
            <w:shd w:val="clear" w:color="auto" w:fill="F8FAFA"/>
            <w:tcMar>
              <w:top w:w="68" w:type="dxa"/>
              <w:left w:w="78" w:type="dxa"/>
              <w:bottom w:w="68" w:type="dxa"/>
              <w:right w:w="78" w:type="dxa"/>
            </w:tcMar>
          </w:tcPr>
          <w:p w14:paraId="5CAE14E2" w14:textId="77777777" w:rsidR="00690563" w:rsidRDefault="00690563" w:rsidP="00690563">
            <w:r>
              <w:rPr>
                <w:color w:val="263238"/>
                <w:sz w:val="15"/>
              </w:rPr>
              <w:t xml:space="preserve">Ce </w:t>
            </w:r>
            <w:proofErr w:type="spellStart"/>
            <w:r>
              <w:rPr>
                <w:color w:val="263238"/>
                <w:sz w:val="15"/>
              </w:rPr>
              <w:t>componente</w:t>
            </w:r>
            <w:proofErr w:type="spellEnd"/>
            <w:r>
              <w:rPr>
                <w:color w:val="263238"/>
                <w:sz w:val="15"/>
              </w:rPr>
              <w:t xml:space="preserve"> </w:t>
            </w:r>
            <w:proofErr w:type="spellStart"/>
            <w:r>
              <w:rPr>
                <w:color w:val="263238"/>
                <w:sz w:val="15"/>
              </w:rPr>
              <w:t>interacționează</w:t>
            </w:r>
            <w:proofErr w:type="spellEnd"/>
            <w:r>
              <w:rPr>
                <w:color w:val="263238"/>
                <w:sz w:val="15"/>
              </w:rPr>
              <w:t>?</w:t>
            </w:r>
          </w:p>
        </w:tc>
        <w:tc>
          <w:tcPr>
            <w:tcW w:w="1325" w:type="pct"/>
            <w:shd w:val="clear" w:color="auto" w:fill="F8FAFA"/>
            <w:tcMar>
              <w:top w:w="68" w:type="dxa"/>
              <w:left w:w="78" w:type="dxa"/>
              <w:bottom w:w="68" w:type="dxa"/>
              <w:right w:w="78" w:type="dxa"/>
            </w:tcMar>
          </w:tcPr>
          <w:p w14:paraId="1D641A10" w14:textId="77777777" w:rsidR="00690563" w:rsidRDefault="00690563" w:rsidP="00690563">
            <w:proofErr w:type="spellStart"/>
            <w:r>
              <w:rPr>
                <w:color w:val="263238"/>
                <w:sz w:val="15"/>
              </w:rPr>
              <w:t>schemă</w:t>
            </w:r>
            <w:proofErr w:type="spellEnd"/>
            <w:r>
              <w:rPr>
                <w:color w:val="263238"/>
                <w:sz w:val="15"/>
              </w:rPr>
              <w:t xml:space="preserve"> de </w:t>
            </w:r>
            <w:proofErr w:type="spellStart"/>
            <w:r>
              <w:rPr>
                <w:color w:val="263238"/>
                <w:sz w:val="15"/>
              </w:rPr>
              <w:t>relații</w:t>
            </w:r>
            <w:proofErr w:type="spellEnd"/>
          </w:p>
        </w:tc>
      </w:tr>
      <w:tr w:rsidR="00690563" w14:paraId="1F543F82" w14:textId="77777777" w:rsidTr="00690563">
        <w:trPr>
          <w:jc w:val="center"/>
        </w:trPr>
        <w:tc>
          <w:tcPr>
            <w:tcW w:w="1988" w:type="pct"/>
            <w:tcMar>
              <w:top w:w="68" w:type="dxa"/>
              <w:left w:w="78" w:type="dxa"/>
              <w:bottom w:w="68" w:type="dxa"/>
              <w:right w:w="78" w:type="dxa"/>
            </w:tcMar>
          </w:tcPr>
          <w:p w14:paraId="12B79225" w14:textId="77777777" w:rsidR="00690563" w:rsidRDefault="00690563" w:rsidP="00690563">
            <w:r>
              <w:rPr>
                <w:color w:val="263238"/>
                <w:sz w:val="15"/>
              </w:rPr>
              <w:t xml:space="preserve">2. </w:t>
            </w:r>
            <w:proofErr w:type="spellStart"/>
            <w:r>
              <w:rPr>
                <w:color w:val="263238"/>
                <w:sz w:val="15"/>
              </w:rPr>
              <w:t>distribuție</w:t>
            </w:r>
            <w:proofErr w:type="spellEnd"/>
          </w:p>
        </w:tc>
        <w:tc>
          <w:tcPr>
            <w:tcW w:w="1687" w:type="pct"/>
            <w:tcMar>
              <w:top w:w="68" w:type="dxa"/>
              <w:left w:w="78" w:type="dxa"/>
              <w:bottom w:w="68" w:type="dxa"/>
              <w:right w:w="78" w:type="dxa"/>
            </w:tcMar>
          </w:tcPr>
          <w:p w14:paraId="276E60D2" w14:textId="4A032D94" w:rsidR="00690563" w:rsidRDefault="00690563" w:rsidP="00690563">
            <w:proofErr w:type="spellStart"/>
            <w:r>
              <w:rPr>
                <w:color w:val="263238"/>
                <w:sz w:val="15"/>
              </w:rPr>
              <w:t>Unde</w:t>
            </w:r>
            <w:proofErr w:type="spellEnd"/>
            <w:r>
              <w:rPr>
                <w:color w:val="263238"/>
                <w:sz w:val="15"/>
              </w:rPr>
              <w:t xml:space="preserve"> </w:t>
            </w:r>
            <w:proofErr w:type="spellStart"/>
            <w:r>
              <w:rPr>
                <w:color w:val="263238"/>
                <w:sz w:val="15"/>
              </w:rPr>
              <w:t>apare</w:t>
            </w:r>
            <w:proofErr w:type="spellEnd"/>
            <w:r>
              <w:rPr>
                <w:color w:val="263238"/>
                <w:sz w:val="15"/>
              </w:rPr>
              <w:t xml:space="preserve"> </w:t>
            </w:r>
            <w:proofErr w:type="spellStart"/>
            <w:r>
              <w:rPr>
                <w:color w:val="263238"/>
                <w:sz w:val="15"/>
              </w:rPr>
              <w:t>acest</w:t>
            </w:r>
            <w:proofErr w:type="spellEnd"/>
            <w:r>
              <w:rPr>
                <w:color w:val="263238"/>
                <w:sz w:val="15"/>
              </w:rPr>
              <w:t xml:space="preserve"> </w:t>
            </w:r>
            <w:r w:rsidR="00012E6B">
              <w:rPr>
                <w:color w:val="263238"/>
                <w:sz w:val="15"/>
              </w:rPr>
              <w:t xml:space="preserve">tip de </w:t>
            </w:r>
            <w:proofErr w:type="spellStart"/>
            <w:r>
              <w:rPr>
                <w:color w:val="263238"/>
                <w:sz w:val="15"/>
              </w:rPr>
              <w:t>mediu</w:t>
            </w:r>
            <w:proofErr w:type="spellEnd"/>
            <w:r>
              <w:rPr>
                <w:color w:val="263238"/>
                <w:sz w:val="15"/>
              </w:rPr>
              <w:t xml:space="preserve"> </w:t>
            </w:r>
            <w:proofErr w:type="spellStart"/>
            <w:r>
              <w:rPr>
                <w:color w:val="263238"/>
                <w:sz w:val="15"/>
              </w:rPr>
              <w:t>și</w:t>
            </w:r>
            <w:proofErr w:type="spellEnd"/>
            <w:r>
              <w:rPr>
                <w:color w:val="263238"/>
                <w:sz w:val="15"/>
              </w:rPr>
              <w:t xml:space="preserve"> de </w:t>
            </w:r>
            <w:proofErr w:type="spellStart"/>
            <w:r>
              <w:rPr>
                <w:color w:val="263238"/>
                <w:sz w:val="15"/>
              </w:rPr>
              <w:t>ce</w:t>
            </w:r>
            <w:proofErr w:type="spellEnd"/>
            <w:r>
              <w:rPr>
                <w:color w:val="263238"/>
                <w:sz w:val="15"/>
              </w:rPr>
              <w:t>?</w:t>
            </w:r>
          </w:p>
        </w:tc>
        <w:tc>
          <w:tcPr>
            <w:tcW w:w="1325" w:type="pct"/>
            <w:tcMar>
              <w:top w:w="68" w:type="dxa"/>
              <w:left w:w="78" w:type="dxa"/>
              <w:bottom w:w="68" w:type="dxa"/>
              <w:right w:w="78" w:type="dxa"/>
            </w:tcMar>
          </w:tcPr>
          <w:p w14:paraId="508527CA" w14:textId="77777777" w:rsidR="00690563" w:rsidRDefault="00690563" w:rsidP="00690563">
            <w:proofErr w:type="spellStart"/>
            <w:r>
              <w:rPr>
                <w:color w:val="263238"/>
                <w:sz w:val="15"/>
              </w:rPr>
              <w:t>hartă</w:t>
            </w:r>
            <w:proofErr w:type="spellEnd"/>
            <w:r>
              <w:rPr>
                <w:color w:val="263238"/>
                <w:sz w:val="15"/>
              </w:rPr>
              <w:t xml:space="preserve"> </w:t>
            </w:r>
            <w:proofErr w:type="spellStart"/>
            <w:r>
              <w:rPr>
                <w:color w:val="263238"/>
                <w:sz w:val="15"/>
              </w:rPr>
              <w:t>tematică</w:t>
            </w:r>
            <w:proofErr w:type="spellEnd"/>
          </w:p>
        </w:tc>
      </w:tr>
      <w:tr w:rsidR="00690563" w:rsidRPr="00E14EE9" w14:paraId="25CF4836" w14:textId="77777777" w:rsidTr="00690563">
        <w:trPr>
          <w:jc w:val="center"/>
        </w:trPr>
        <w:tc>
          <w:tcPr>
            <w:tcW w:w="1988" w:type="pct"/>
            <w:shd w:val="clear" w:color="auto" w:fill="F8FAFA"/>
            <w:tcMar>
              <w:top w:w="68" w:type="dxa"/>
              <w:left w:w="78" w:type="dxa"/>
              <w:bottom w:w="68" w:type="dxa"/>
              <w:right w:w="78" w:type="dxa"/>
            </w:tcMar>
          </w:tcPr>
          <w:p w14:paraId="7E1530DE" w14:textId="77777777" w:rsidR="00690563" w:rsidRDefault="00690563" w:rsidP="00690563">
            <w:r>
              <w:rPr>
                <w:color w:val="263238"/>
                <w:sz w:val="15"/>
              </w:rPr>
              <w:t xml:space="preserve">3. </w:t>
            </w:r>
            <w:proofErr w:type="spellStart"/>
            <w:r>
              <w:rPr>
                <w:color w:val="263238"/>
                <w:sz w:val="15"/>
              </w:rPr>
              <w:t>dinamică</w:t>
            </w:r>
            <w:proofErr w:type="spellEnd"/>
          </w:p>
        </w:tc>
        <w:tc>
          <w:tcPr>
            <w:tcW w:w="1687" w:type="pct"/>
            <w:shd w:val="clear" w:color="auto" w:fill="F8FAFA"/>
            <w:tcMar>
              <w:top w:w="68" w:type="dxa"/>
              <w:left w:w="78" w:type="dxa"/>
              <w:bottom w:w="68" w:type="dxa"/>
              <w:right w:w="78" w:type="dxa"/>
            </w:tcMar>
          </w:tcPr>
          <w:p w14:paraId="0E00C244" w14:textId="77777777" w:rsidR="00690563" w:rsidRPr="00E14EE9" w:rsidRDefault="00690563" w:rsidP="00690563">
            <w:pPr>
              <w:rPr>
                <w:lang w:val="it-CH"/>
              </w:rPr>
            </w:pPr>
            <w:r w:rsidRPr="00E14EE9">
              <w:rPr>
                <w:color w:val="263238"/>
                <w:sz w:val="15"/>
                <w:lang w:val="it-CH"/>
              </w:rPr>
              <w:t>Cum se schimbă în timp?</w:t>
            </w:r>
          </w:p>
        </w:tc>
        <w:tc>
          <w:tcPr>
            <w:tcW w:w="1325" w:type="pct"/>
            <w:shd w:val="clear" w:color="auto" w:fill="F8FAFA"/>
            <w:tcMar>
              <w:top w:w="68" w:type="dxa"/>
              <w:left w:w="78" w:type="dxa"/>
              <w:bottom w:w="68" w:type="dxa"/>
              <w:right w:w="78" w:type="dxa"/>
            </w:tcMar>
          </w:tcPr>
          <w:p w14:paraId="4E2969DE" w14:textId="1EF3365F" w:rsidR="00690563" w:rsidRPr="00E14EE9" w:rsidRDefault="00690563" w:rsidP="00690563">
            <w:pPr>
              <w:rPr>
                <w:lang w:val="it-CH"/>
              </w:rPr>
            </w:pPr>
            <w:r w:rsidRPr="00E14EE9">
              <w:rPr>
                <w:color w:val="263238"/>
                <w:sz w:val="15"/>
                <w:lang w:val="it-CH"/>
              </w:rPr>
              <w:t>imagini satelitare / serii</w:t>
            </w:r>
            <w:r w:rsidR="00012E6B" w:rsidRPr="00E14EE9">
              <w:rPr>
                <w:color w:val="263238"/>
                <w:sz w:val="15"/>
                <w:lang w:val="it-CH"/>
              </w:rPr>
              <w:t xml:space="preserve"> de date</w:t>
            </w:r>
          </w:p>
        </w:tc>
      </w:tr>
      <w:tr w:rsidR="00690563" w14:paraId="6A66B311" w14:textId="77777777" w:rsidTr="00690563">
        <w:trPr>
          <w:jc w:val="center"/>
        </w:trPr>
        <w:tc>
          <w:tcPr>
            <w:tcW w:w="1988" w:type="pct"/>
            <w:tcMar>
              <w:top w:w="68" w:type="dxa"/>
              <w:left w:w="78" w:type="dxa"/>
              <w:bottom w:w="68" w:type="dxa"/>
              <w:right w:w="78" w:type="dxa"/>
            </w:tcMar>
          </w:tcPr>
          <w:p w14:paraId="1C11FBF0" w14:textId="77777777" w:rsidR="00690563" w:rsidRDefault="00690563" w:rsidP="00690563">
            <w:r>
              <w:rPr>
                <w:color w:val="263238"/>
                <w:sz w:val="15"/>
              </w:rPr>
              <w:t xml:space="preserve">4. </w:t>
            </w:r>
            <w:proofErr w:type="spellStart"/>
            <w:r>
              <w:rPr>
                <w:color w:val="263238"/>
                <w:sz w:val="15"/>
              </w:rPr>
              <w:t>presiune</w:t>
            </w:r>
            <w:proofErr w:type="spellEnd"/>
          </w:p>
        </w:tc>
        <w:tc>
          <w:tcPr>
            <w:tcW w:w="1687" w:type="pct"/>
            <w:tcMar>
              <w:top w:w="68" w:type="dxa"/>
              <w:left w:w="78" w:type="dxa"/>
              <w:bottom w:w="68" w:type="dxa"/>
              <w:right w:w="78" w:type="dxa"/>
            </w:tcMar>
          </w:tcPr>
          <w:p w14:paraId="78FAE221" w14:textId="77777777" w:rsidR="00690563" w:rsidRPr="00E14EE9" w:rsidRDefault="00690563" w:rsidP="00690563">
            <w:pPr>
              <w:rPr>
                <w:lang w:val="it-CH"/>
              </w:rPr>
            </w:pPr>
            <w:r w:rsidRPr="00E14EE9">
              <w:rPr>
                <w:color w:val="263238"/>
                <w:sz w:val="15"/>
                <w:lang w:val="it-CH"/>
              </w:rPr>
              <w:t>Ce activitate umană modifică sistemul?</w:t>
            </w:r>
          </w:p>
        </w:tc>
        <w:tc>
          <w:tcPr>
            <w:tcW w:w="1325" w:type="pct"/>
            <w:tcMar>
              <w:top w:w="68" w:type="dxa"/>
              <w:left w:w="78" w:type="dxa"/>
              <w:bottom w:w="68" w:type="dxa"/>
              <w:right w:w="78" w:type="dxa"/>
            </w:tcMar>
          </w:tcPr>
          <w:p w14:paraId="4BC1F1D1" w14:textId="77777777" w:rsidR="00690563" w:rsidRDefault="00690563" w:rsidP="00690563">
            <w:proofErr w:type="spellStart"/>
            <w:r>
              <w:rPr>
                <w:color w:val="263238"/>
                <w:sz w:val="15"/>
              </w:rPr>
              <w:t>studiu</w:t>
            </w:r>
            <w:proofErr w:type="spellEnd"/>
            <w:r>
              <w:rPr>
                <w:color w:val="263238"/>
                <w:sz w:val="15"/>
              </w:rPr>
              <w:t xml:space="preserve"> de </w:t>
            </w:r>
            <w:proofErr w:type="spellStart"/>
            <w:r>
              <w:rPr>
                <w:color w:val="263238"/>
                <w:sz w:val="15"/>
              </w:rPr>
              <w:t>caz</w:t>
            </w:r>
            <w:proofErr w:type="spellEnd"/>
          </w:p>
        </w:tc>
      </w:tr>
      <w:tr w:rsidR="00690563" w14:paraId="35481E2C" w14:textId="77777777" w:rsidTr="00690563">
        <w:trPr>
          <w:jc w:val="center"/>
        </w:trPr>
        <w:tc>
          <w:tcPr>
            <w:tcW w:w="1988" w:type="pct"/>
            <w:shd w:val="clear" w:color="auto" w:fill="F8FAFA"/>
            <w:tcMar>
              <w:top w:w="68" w:type="dxa"/>
              <w:left w:w="78" w:type="dxa"/>
              <w:bottom w:w="68" w:type="dxa"/>
              <w:right w:w="78" w:type="dxa"/>
            </w:tcMar>
          </w:tcPr>
          <w:p w14:paraId="00F092B5" w14:textId="77777777" w:rsidR="00690563" w:rsidRDefault="00690563" w:rsidP="00690563">
            <w:r>
              <w:rPr>
                <w:color w:val="263238"/>
                <w:sz w:val="15"/>
              </w:rPr>
              <w:t xml:space="preserve">5. </w:t>
            </w:r>
            <w:proofErr w:type="spellStart"/>
            <w:r>
              <w:rPr>
                <w:color w:val="263238"/>
                <w:sz w:val="15"/>
              </w:rPr>
              <w:t>consecință</w:t>
            </w:r>
            <w:proofErr w:type="spellEnd"/>
          </w:p>
        </w:tc>
        <w:tc>
          <w:tcPr>
            <w:tcW w:w="1687" w:type="pct"/>
            <w:shd w:val="clear" w:color="auto" w:fill="F8FAFA"/>
            <w:tcMar>
              <w:top w:w="68" w:type="dxa"/>
              <w:left w:w="78" w:type="dxa"/>
              <w:bottom w:w="68" w:type="dxa"/>
              <w:right w:w="78" w:type="dxa"/>
            </w:tcMar>
          </w:tcPr>
          <w:p w14:paraId="2838E313" w14:textId="77777777" w:rsidR="00690563" w:rsidRDefault="00690563" w:rsidP="00690563">
            <w:r>
              <w:rPr>
                <w:color w:val="263238"/>
                <w:sz w:val="15"/>
              </w:rPr>
              <w:t xml:space="preserve">Ce </w:t>
            </w:r>
            <w:proofErr w:type="spellStart"/>
            <w:r>
              <w:rPr>
                <w:color w:val="263238"/>
                <w:sz w:val="15"/>
              </w:rPr>
              <w:t>efecte</w:t>
            </w:r>
            <w:proofErr w:type="spellEnd"/>
            <w:r>
              <w:rPr>
                <w:color w:val="263238"/>
                <w:sz w:val="15"/>
              </w:rPr>
              <w:t xml:space="preserve"> apar </w:t>
            </w:r>
            <w:proofErr w:type="spellStart"/>
            <w:r>
              <w:rPr>
                <w:color w:val="263238"/>
                <w:sz w:val="15"/>
              </w:rPr>
              <w:t>și</w:t>
            </w:r>
            <w:proofErr w:type="spellEnd"/>
            <w:r>
              <w:rPr>
                <w:color w:val="263238"/>
                <w:sz w:val="15"/>
              </w:rPr>
              <w:t xml:space="preserve"> </w:t>
            </w:r>
            <w:proofErr w:type="spellStart"/>
            <w:r>
              <w:rPr>
                <w:color w:val="263238"/>
                <w:sz w:val="15"/>
              </w:rPr>
              <w:t>pentru</w:t>
            </w:r>
            <w:proofErr w:type="spellEnd"/>
            <w:r>
              <w:rPr>
                <w:color w:val="263238"/>
                <w:sz w:val="15"/>
              </w:rPr>
              <w:t xml:space="preserve"> cine?</w:t>
            </w:r>
          </w:p>
        </w:tc>
        <w:tc>
          <w:tcPr>
            <w:tcW w:w="1325" w:type="pct"/>
            <w:shd w:val="clear" w:color="auto" w:fill="F8FAFA"/>
            <w:tcMar>
              <w:top w:w="68" w:type="dxa"/>
              <w:left w:w="78" w:type="dxa"/>
              <w:bottom w:w="68" w:type="dxa"/>
              <w:right w:w="78" w:type="dxa"/>
            </w:tcMar>
          </w:tcPr>
          <w:p w14:paraId="296C2805" w14:textId="77777777" w:rsidR="00690563" w:rsidRDefault="00690563" w:rsidP="00690563">
            <w:r>
              <w:rPr>
                <w:color w:val="263238"/>
                <w:sz w:val="15"/>
              </w:rPr>
              <w:t xml:space="preserve">date / </w:t>
            </w:r>
            <w:proofErr w:type="spellStart"/>
            <w:r>
              <w:rPr>
                <w:color w:val="263238"/>
                <w:sz w:val="15"/>
              </w:rPr>
              <w:t>hartă</w:t>
            </w:r>
            <w:proofErr w:type="spellEnd"/>
          </w:p>
        </w:tc>
      </w:tr>
      <w:tr w:rsidR="00690563" w14:paraId="3A8B4229" w14:textId="77777777" w:rsidTr="00690563">
        <w:trPr>
          <w:jc w:val="center"/>
        </w:trPr>
        <w:tc>
          <w:tcPr>
            <w:tcW w:w="1988" w:type="pct"/>
            <w:tcMar>
              <w:top w:w="68" w:type="dxa"/>
              <w:left w:w="78" w:type="dxa"/>
              <w:bottom w:w="68" w:type="dxa"/>
              <w:right w:w="78" w:type="dxa"/>
            </w:tcMar>
          </w:tcPr>
          <w:p w14:paraId="2ABA51B8" w14:textId="77777777" w:rsidR="00690563" w:rsidRDefault="00690563" w:rsidP="00690563">
            <w:r>
              <w:rPr>
                <w:color w:val="263238"/>
                <w:sz w:val="15"/>
              </w:rPr>
              <w:t xml:space="preserve">6. </w:t>
            </w:r>
            <w:proofErr w:type="spellStart"/>
            <w:r>
              <w:rPr>
                <w:color w:val="263238"/>
                <w:sz w:val="15"/>
              </w:rPr>
              <w:t>soluție</w:t>
            </w:r>
            <w:proofErr w:type="spellEnd"/>
          </w:p>
        </w:tc>
        <w:tc>
          <w:tcPr>
            <w:tcW w:w="1687" w:type="pct"/>
            <w:tcMar>
              <w:top w:w="68" w:type="dxa"/>
              <w:left w:w="78" w:type="dxa"/>
              <w:bottom w:w="68" w:type="dxa"/>
              <w:right w:w="78" w:type="dxa"/>
            </w:tcMar>
          </w:tcPr>
          <w:p w14:paraId="48DDC5DD" w14:textId="77777777" w:rsidR="00690563" w:rsidRPr="00E14EE9" w:rsidRDefault="00690563" w:rsidP="00690563">
            <w:pPr>
              <w:rPr>
                <w:lang w:val="it-CH"/>
              </w:rPr>
            </w:pPr>
            <w:r w:rsidRPr="00E14EE9">
              <w:rPr>
                <w:color w:val="263238"/>
                <w:sz w:val="15"/>
                <w:lang w:val="it-CH"/>
              </w:rPr>
              <w:t>Ce măsură este realistă și la ce scară?</w:t>
            </w:r>
          </w:p>
        </w:tc>
        <w:tc>
          <w:tcPr>
            <w:tcW w:w="1325" w:type="pct"/>
            <w:tcMar>
              <w:top w:w="68" w:type="dxa"/>
              <w:left w:w="78" w:type="dxa"/>
              <w:bottom w:w="68" w:type="dxa"/>
              <w:right w:w="78" w:type="dxa"/>
            </w:tcMar>
          </w:tcPr>
          <w:p w14:paraId="7EFC9273" w14:textId="77777777" w:rsidR="00690563" w:rsidRDefault="00690563" w:rsidP="00690563">
            <w:r>
              <w:rPr>
                <w:color w:val="263238"/>
                <w:sz w:val="15"/>
              </w:rPr>
              <w:t xml:space="preserve">plan </w:t>
            </w:r>
            <w:proofErr w:type="spellStart"/>
            <w:r>
              <w:rPr>
                <w:color w:val="263238"/>
                <w:sz w:val="15"/>
              </w:rPr>
              <w:t>argumentat</w:t>
            </w:r>
            <w:proofErr w:type="spellEnd"/>
          </w:p>
        </w:tc>
      </w:tr>
      <w:tr w:rsidR="00690563" w14:paraId="680585CB" w14:textId="77777777" w:rsidTr="00690563">
        <w:trPr>
          <w:jc w:val="center"/>
        </w:trPr>
        <w:tc>
          <w:tcPr>
            <w:tcW w:w="1988" w:type="pct"/>
            <w:shd w:val="clear" w:color="auto" w:fill="F8FAFA"/>
            <w:tcMar>
              <w:top w:w="68" w:type="dxa"/>
              <w:left w:w="78" w:type="dxa"/>
              <w:bottom w:w="68" w:type="dxa"/>
              <w:right w:w="78" w:type="dxa"/>
            </w:tcMar>
          </w:tcPr>
          <w:p w14:paraId="0B75E674" w14:textId="77777777" w:rsidR="00690563" w:rsidRDefault="00690563" w:rsidP="00690563">
            <w:r>
              <w:rPr>
                <w:color w:val="263238"/>
                <w:sz w:val="15"/>
              </w:rPr>
              <w:t>7. indicator</w:t>
            </w:r>
          </w:p>
        </w:tc>
        <w:tc>
          <w:tcPr>
            <w:tcW w:w="1687" w:type="pct"/>
            <w:shd w:val="clear" w:color="auto" w:fill="F8FAFA"/>
            <w:tcMar>
              <w:top w:w="68" w:type="dxa"/>
              <w:left w:w="78" w:type="dxa"/>
              <w:bottom w:w="68" w:type="dxa"/>
              <w:right w:w="78" w:type="dxa"/>
            </w:tcMar>
          </w:tcPr>
          <w:p w14:paraId="4516B586" w14:textId="77777777" w:rsidR="00690563" w:rsidRDefault="00690563" w:rsidP="00690563">
            <w:r>
              <w:rPr>
                <w:color w:val="263238"/>
                <w:sz w:val="15"/>
              </w:rPr>
              <w:t xml:space="preserve">Cum </w:t>
            </w:r>
            <w:proofErr w:type="spellStart"/>
            <w:r>
              <w:rPr>
                <w:color w:val="263238"/>
                <w:sz w:val="15"/>
              </w:rPr>
              <w:t>știm</w:t>
            </w:r>
            <w:proofErr w:type="spellEnd"/>
            <w:r>
              <w:rPr>
                <w:color w:val="263238"/>
                <w:sz w:val="15"/>
              </w:rPr>
              <w:t xml:space="preserve"> </w:t>
            </w:r>
            <w:proofErr w:type="spellStart"/>
            <w:r>
              <w:rPr>
                <w:color w:val="263238"/>
                <w:sz w:val="15"/>
              </w:rPr>
              <w:t>dacă</w:t>
            </w:r>
            <w:proofErr w:type="spellEnd"/>
            <w:r>
              <w:rPr>
                <w:color w:val="263238"/>
                <w:sz w:val="15"/>
              </w:rPr>
              <w:t xml:space="preserve"> </w:t>
            </w:r>
            <w:proofErr w:type="spellStart"/>
            <w:r>
              <w:rPr>
                <w:color w:val="263238"/>
                <w:sz w:val="15"/>
              </w:rPr>
              <w:t>măsura</w:t>
            </w:r>
            <w:proofErr w:type="spellEnd"/>
            <w:r>
              <w:rPr>
                <w:color w:val="263238"/>
                <w:sz w:val="15"/>
              </w:rPr>
              <w:t xml:space="preserve"> a </w:t>
            </w:r>
            <w:proofErr w:type="spellStart"/>
            <w:r>
              <w:rPr>
                <w:color w:val="263238"/>
                <w:sz w:val="15"/>
              </w:rPr>
              <w:t>funcționat</w:t>
            </w:r>
            <w:proofErr w:type="spellEnd"/>
            <w:r>
              <w:rPr>
                <w:color w:val="263238"/>
                <w:sz w:val="15"/>
              </w:rPr>
              <w:t>?</w:t>
            </w:r>
          </w:p>
        </w:tc>
        <w:tc>
          <w:tcPr>
            <w:tcW w:w="1325" w:type="pct"/>
            <w:shd w:val="clear" w:color="auto" w:fill="F8FAFA"/>
            <w:tcMar>
              <w:top w:w="68" w:type="dxa"/>
              <w:left w:w="78" w:type="dxa"/>
              <w:bottom w:w="68" w:type="dxa"/>
              <w:right w:w="78" w:type="dxa"/>
            </w:tcMar>
          </w:tcPr>
          <w:p w14:paraId="133EB72A" w14:textId="77777777" w:rsidR="00690563" w:rsidRDefault="00690563" w:rsidP="00690563">
            <w:r>
              <w:rPr>
                <w:color w:val="263238"/>
                <w:sz w:val="15"/>
              </w:rPr>
              <w:t xml:space="preserve">indicator </w:t>
            </w:r>
            <w:proofErr w:type="spellStart"/>
            <w:r>
              <w:rPr>
                <w:color w:val="263238"/>
                <w:sz w:val="15"/>
              </w:rPr>
              <w:t>măsurabil</w:t>
            </w:r>
            <w:proofErr w:type="spellEnd"/>
          </w:p>
        </w:tc>
      </w:tr>
    </w:tbl>
    <w:p w14:paraId="36EABE26" w14:textId="77777777" w:rsidR="00690563" w:rsidRDefault="00690563"/>
    <w:tbl>
      <w:tblPr>
        <w:tblW w:w="5000" w:type="pct"/>
        <w:jc w:val="center"/>
        <w:tblLook w:val="04A0" w:firstRow="1" w:lastRow="0" w:firstColumn="1" w:lastColumn="0" w:noHBand="0" w:noVBand="1"/>
      </w:tblPr>
      <w:tblGrid>
        <w:gridCol w:w="4239"/>
        <w:gridCol w:w="6422"/>
      </w:tblGrid>
      <w:tr w:rsidR="00690563" w:rsidRPr="00E14EE9" w14:paraId="216EC798" w14:textId="77777777" w:rsidTr="00690563">
        <w:trPr>
          <w:jc w:val="center"/>
        </w:trPr>
        <w:tc>
          <w:tcPr>
            <w:tcW w:w="1985" w:type="pct"/>
            <w:shd w:val="clear" w:color="auto" w:fill="B58A45"/>
            <w:tcMar>
              <w:top w:w="105" w:type="dxa"/>
              <w:left w:w="105" w:type="dxa"/>
              <w:bottom w:w="105" w:type="dxa"/>
              <w:right w:w="105" w:type="dxa"/>
            </w:tcMar>
          </w:tcPr>
          <w:p w14:paraId="668D85E1" w14:textId="77777777" w:rsidR="00690563" w:rsidRDefault="00690563" w:rsidP="00690563">
            <w:pPr>
              <w:jc w:val="center"/>
            </w:pPr>
            <w:r>
              <w:rPr>
                <w:b/>
                <w:color w:val="FFFFFF"/>
                <w:sz w:val="15"/>
              </w:rPr>
              <w:t>TEMĂ TRANSVERSALĂ</w:t>
            </w:r>
          </w:p>
        </w:tc>
        <w:tc>
          <w:tcPr>
            <w:tcW w:w="3007" w:type="pct"/>
            <w:shd w:val="clear" w:color="auto" w:fill="F7F2E7"/>
            <w:tcMar>
              <w:top w:w="105" w:type="dxa"/>
              <w:left w:w="130" w:type="dxa"/>
              <w:bottom w:w="105" w:type="dxa"/>
              <w:right w:w="130" w:type="dxa"/>
            </w:tcMar>
          </w:tcPr>
          <w:p w14:paraId="5E55ECEA" w14:textId="53D282C4" w:rsidR="00690563" w:rsidRPr="00E14EE9" w:rsidRDefault="00690563" w:rsidP="00690563">
            <w:pPr>
              <w:rPr>
                <w:lang w:val="it-CH"/>
              </w:rPr>
            </w:pPr>
            <w:r w:rsidRPr="00E14EE9">
              <w:rPr>
                <w:color w:val="263238"/>
                <w:sz w:val="17"/>
                <w:lang w:val="it-CH"/>
              </w:rPr>
              <w:t xml:space="preserve">Educația pentru mediu și schimbări climatice </w:t>
            </w:r>
            <w:r w:rsidR="005638C9" w:rsidRPr="00E14EE9">
              <w:rPr>
                <w:color w:val="263238"/>
                <w:sz w:val="17"/>
                <w:lang w:val="it-CH"/>
              </w:rPr>
              <w:t xml:space="preserve">reprezintă </w:t>
            </w:r>
            <w:r w:rsidRPr="00E14EE9">
              <w:rPr>
                <w:color w:val="263238"/>
                <w:sz w:val="17"/>
                <w:lang w:val="it-CH"/>
              </w:rPr>
              <w:t xml:space="preserve">o </w:t>
            </w:r>
            <w:r w:rsidR="005638C9" w:rsidRPr="00E14EE9">
              <w:rPr>
                <w:color w:val="263238"/>
                <w:sz w:val="17"/>
                <w:lang w:val="it-CH"/>
              </w:rPr>
              <w:t xml:space="preserve">parte a </w:t>
            </w:r>
            <w:r w:rsidRPr="00E14EE9">
              <w:rPr>
                <w:color w:val="263238"/>
                <w:sz w:val="17"/>
                <w:lang w:val="it-CH"/>
              </w:rPr>
              <w:t>geografie</w:t>
            </w:r>
            <w:r w:rsidR="005638C9" w:rsidRPr="00E14EE9">
              <w:rPr>
                <w:color w:val="263238"/>
                <w:sz w:val="17"/>
                <w:lang w:val="it-CH"/>
              </w:rPr>
              <w:t>i</w:t>
            </w:r>
            <w:r w:rsidRPr="00E14EE9">
              <w:rPr>
                <w:color w:val="263238"/>
                <w:sz w:val="17"/>
                <w:lang w:val="it-CH"/>
              </w:rPr>
              <w:t xml:space="preserve">. Ea </w:t>
            </w:r>
            <w:r w:rsidR="005638C9" w:rsidRPr="00E14EE9">
              <w:rPr>
                <w:color w:val="263238"/>
                <w:sz w:val="17"/>
                <w:lang w:val="it-CH"/>
              </w:rPr>
              <w:t xml:space="preserve">este </w:t>
            </w:r>
            <w:r w:rsidRPr="00E14EE9">
              <w:rPr>
                <w:color w:val="263238"/>
                <w:sz w:val="17"/>
                <w:lang w:val="it-CH"/>
              </w:rPr>
              <w:t>integrată în analiz</w:t>
            </w:r>
            <w:r w:rsidR="005638C9" w:rsidRPr="00E14EE9">
              <w:rPr>
                <w:color w:val="263238"/>
                <w:sz w:val="17"/>
                <w:lang w:val="it-CH"/>
              </w:rPr>
              <w:t>e</w:t>
            </w:r>
            <w:r w:rsidRPr="00E14EE9">
              <w:rPr>
                <w:color w:val="263238"/>
                <w:sz w:val="17"/>
                <w:lang w:val="it-CH"/>
              </w:rPr>
              <w:t xml:space="preserve"> teritorial</w:t>
            </w:r>
            <w:r w:rsidR="00DD5925" w:rsidRPr="00E14EE9">
              <w:rPr>
                <w:color w:val="263238"/>
                <w:sz w:val="17"/>
                <w:lang w:val="it-CH"/>
              </w:rPr>
              <w:t>e</w:t>
            </w:r>
            <w:r w:rsidRPr="00E14EE9">
              <w:rPr>
                <w:color w:val="263238"/>
                <w:sz w:val="17"/>
                <w:lang w:val="it-CH"/>
              </w:rPr>
              <w:t>, în date, în studii de caz și în proiecte de decizie.</w:t>
            </w:r>
          </w:p>
        </w:tc>
      </w:tr>
    </w:tbl>
    <w:p w14:paraId="31EBCBFD"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3841"/>
        <w:gridCol w:w="6840"/>
      </w:tblGrid>
      <w:tr w:rsidR="00787B6C" w14:paraId="60FB791B" w14:textId="77777777" w:rsidTr="00690563">
        <w:trPr>
          <w:jc w:val="center"/>
        </w:trPr>
        <w:tc>
          <w:tcPr>
            <w:tcW w:w="1798" w:type="pct"/>
            <w:shd w:val="clear" w:color="auto" w:fill="2B6478"/>
            <w:tcMar>
              <w:top w:w="145" w:type="dxa"/>
              <w:left w:w="110" w:type="dxa"/>
              <w:bottom w:w="145" w:type="dxa"/>
              <w:right w:w="110" w:type="dxa"/>
            </w:tcMar>
          </w:tcPr>
          <w:p w14:paraId="3DFD8479" w14:textId="77777777" w:rsidR="00787B6C" w:rsidRDefault="00690563">
            <w:pPr>
              <w:jc w:val="center"/>
            </w:pPr>
            <w:r>
              <w:rPr>
                <w:b/>
                <w:color w:val="FFFFFF"/>
                <w:sz w:val="30"/>
              </w:rPr>
              <w:lastRenderedPageBreak/>
              <w:t>18</w:t>
            </w:r>
          </w:p>
        </w:tc>
        <w:tc>
          <w:tcPr>
            <w:tcW w:w="3202" w:type="pct"/>
            <w:shd w:val="clear" w:color="auto" w:fill="17324D"/>
            <w:tcMar>
              <w:top w:w="120" w:type="dxa"/>
              <w:left w:w="145" w:type="dxa"/>
              <w:bottom w:w="120" w:type="dxa"/>
              <w:right w:w="145" w:type="dxa"/>
            </w:tcMar>
          </w:tcPr>
          <w:p w14:paraId="41CFEE73" w14:textId="5FE7CA1D" w:rsidR="00787B6C" w:rsidRDefault="00690563">
            <w:r>
              <w:rPr>
                <w:b/>
                <w:color w:val="FFFFFF"/>
                <w:sz w:val="25"/>
              </w:rPr>
              <w:t>CUM CONSTRUIESC PARCURSUL ANUAL?</w:t>
            </w:r>
            <w:r>
              <w:br/>
            </w:r>
            <w:proofErr w:type="spellStart"/>
            <w:r>
              <w:rPr>
                <w:color w:val="DFE8EA"/>
                <w:sz w:val="16"/>
              </w:rPr>
              <w:t>Planificarea</w:t>
            </w:r>
            <w:proofErr w:type="spellEnd"/>
            <w:r>
              <w:rPr>
                <w:color w:val="DFE8EA"/>
                <w:sz w:val="16"/>
              </w:rPr>
              <w:t xml:space="preserve"> </w:t>
            </w:r>
            <w:proofErr w:type="spellStart"/>
            <w:r w:rsidR="00900A2B">
              <w:rPr>
                <w:color w:val="DFE8EA"/>
                <w:sz w:val="16"/>
              </w:rPr>
              <w:t>organizează</w:t>
            </w:r>
            <w:proofErr w:type="spellEnd"/>
            <w:r w:rsidR="00900A2B">
              <w:rPr>
                <w:color w:val="DFE8EA"/>
                <w:sz w:val="16"/>
              </w:rPr>
              <w:t xml:space="preserve"> </w:t>
            </w:r>
            <w:proofErr w:type="spellStart"/>
            <w:r>
              <w:rPr>
                <w:color w:val="DFE8EA"/>
                <w:sz w:val="16"/>
              </w:rPr>
              <w:t>conținuturile</w:t>
            </w:r>
            <w:proofErr w:type="spellEnd"/>
            <w:r>
              <w:rPr>
                <w:color w:val="DFE8EA"/>
                <w:sz w:val="16"/>
              </w:rPr>
              <w:t xml:space="preserve"> </w:t>
            </w:r>
            <w:proofErr w:type="spellStart"/>
            <w:r w:rsidR="00900A2B">
              <w:rPr>
                <w:color w:val="DFE8EA"/>
                <w:sz w:val="16"/>
              </w:rPr>
              <w:t>și</w:t>
            </w:r>
            <w:proofErr w:type="spellEnd"/>
            <w:r>
              <w:rPr>
                <w:color w:val="DFE8EA"/>
                <w:sz w:val="16"/>
              </w:rPr>
              <w:t xml:space="preserve"> </w:t>
            </w:r>
            <w:proofErr w:type="spellStart"/>
            <w:r w:rsidR="00900A2B">
              <w:rPr>
                <w:color w:val="DFE8EA"/>
                <w:sz w:val="16"/>
              </w:rPr>
              <w:t>este</w:t>
            </w:r>
            <w:proofErr w:type="spellEnd"/>
            <w:r w:rsidR="00900A2B">
              <w:rPr>
                <w:color w:val="DFE8EA"/>
                <w:sz w:val="16"/>
              </w:rPr>
              <w:t xml:space="preserve"> </w:t>
            </w:r>
            <w:proofErr w:type="spellStart"/>
            <w:r w:rsidR="00900A2B">
              <w:rPr>
                <w:color w:val="DFE8EA"/>
                <w:sz w:val="16"/>
              </w:rPr>
              <w:t>structurată</w:t>
            </w:r>
            <w:proofErr w:type="spellEnd"/>
            <w:r w:rsidR="00900A2B">
              <w:rPr>
                <w:color w:val="DFE8EA"/>
                <w:sz w:val="16"/>
              </w:rPr>
              <w:t xml:space="preserve"> </w:t>
            </w:r>
            <w:proofErr w:type="spellStart"/>
            <w:r>
              <w:rPr>
                <w:color w:val="DFE8EA"/>
                <w:sz w:val="16"/>
              </w:rPr>
              <w:t>în</w:t>
            </w:r>
            <w:proofErr w:type="spellEnd"/>
            <w:r>
              <w:rPr>
                <w:color w:val="DFE8EA"/>
                <w:sz w:val="16"/>
              </w:rPr>
              <w:t xml:space="preserve"> </w:t>
            </w:r>
            <w:proofErr w:type="spellStart"/>
            <w:r>
              <w:rPr>
                <w:color w:val="DFE8EA"/>
                <w:sz w:val="16"/>
              </w:rPr>
              <w:t>jurul</w:t>
            </w:r>
            <w:proofErr w:type="spellEnd"/>
            <w:r>
              <w:rPr>
                <w:color w:val="DFE8EA"/>
                <w:sz w:val="16"/>
              </w:rPr>
              <w:t xml:space="preserve"> </w:t>
            </w:r>
            <w:proofErr w:type="spellStart"/>
            <w:r>
              <w:rPr>
                <w:color w:val="DFE8EA"/>
                <w:sz w:val="16"/>
              </w:rPr>
              <w:t>progresiei</w:t>
            </w:r>
            <w:proofErr w:type="spellEnd"/>
            <w:r>
              <w:rPr>
                <w:color w:val="DFE8EA"/>
                <w:sz w:val="16"/>
              </w:rPr>
              <w:t xml:space="preserve"> </w:t>
            </w:r>
            <w:proofErr w:type="spellStart"/>
            <w:r>
              <w:rPr>
                <w:color w:val="DFE8EA"/>
                <w:sz w:val="16"/>
              </w:rPr>
              <w:t>competențelor</w:t>
            </w:r>
            <w:proofErr w:type="spellEnd"/>
            <w:r>
              <w:rPr>
                <w:color w:val="DFE8EA"/>
                <w:sz w:val="16"/>
              </w:rPr>
              <w:t>.</w:t>
            </w:r>
          </w:p>
        </w:tc>
      </w:tr>
    </w:tbl>
    <w:p w14:paraId="2A61FE04" w14:textId="77777777" w:rsidR="00690563" w:rsidRDefault="00690563"/>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3814"/>
        <w:gridCol w:w="4232"/>
        <w:gridCol w:w="2544"/>
      </w:tblGrid>
      <w:tr w:rsidR="00690563" w14:paraId="097DB064" w14:textId="77777777" w:rsidTr="00690563">
        <w:trPr>
          <w:jc w:val="center"/>
        </w:trPr>
        <w:tc>
          <w:tcPr>
            <w:tcW w:w="1801" w:type="pct"/>
            <w:shd w:val="clear" w:color="auto" w:fill="17324D"/>
            <w:tcMar>
              <w:top w:w="76" w:type="dxa"/>
              <w:left w:w="82" w:type="dxa"/>
              <w:bottom w:w="76" w:type="dxa"/>
              <w:right w:w="82" w:type="dxa"/>
            </w:tcMar>
          </w:tcPr>
          <w:p w14:paraId="0C5AA6F0" w14:textId="77777777" w:rsidR="00690563" w:rsidRDefault="00690563" w:rsidP="00690563">
            <w:pPr>
              <w:jc w:val="center"/>
            </w:pPr>
            <w:r>
              <w:rPr>
                <w:b/>
                <w:color w:val="FFFFFF"/>
                <w:sz w:val="14"/>
              </w:rPr>
              <w:t>UNITATE</w:t>
            </w:r>
          </w:p>
        </w:tc>
        <w:tc>
          <w:tcPr>
            <w:tcW w:w="1998" w:type="pct"/>
            <w:shd w:val="clear" w:color="auto" w:fill="2B6478"/>
            <w:tcMar>
              <w:top w:w="76" w:type="dxa"/>
              <w:left w:w="82" w:type="dxa"/>
              <w:bottom w:w="76" w:type="dxa"/>
              <w:right w:w="82" w:type="dxa"/>
            </w:tcMar>
          </w:tcPr>
          <w:p w14:paraId="0CC3039B" w14:textId="77777777" w:rsidR="00690563" w:rsidRDefault="00690563" w:rsidP="00690563">
            <w:pPr>
              <w:jc w:val="center"/>
            </w:pPr>
            <w:r>
              <w:rPr>
                <w:b/>
                <w:color w:val="FFFFFF"/>
                <w:sz w:val="14"/>
              </w:rPr>
              <w:t>ÎNTREBARE</w:t>
            </w:r>
          </w:p>
        </w:tc>
        <w:tc>
          <w:tcPr>
            <w:tcW w:w="1201" w:type="pct"/>
            <w:shd w:val="clear" w:color="auto" w:fill="3E755A"/>
            <w:tcMar>
              <w:top w:w="76" w:type="dxa"/>
              <w:left w:w="82" w:type="dxa"/>
              <w:bottom w:w="76" w:type="dxa"/>
              <w:right w:w="82" w:type="dxa"/>
            </w:tcMar>
          </w:tcPr>
          <w:p w14:paraId="306E108D" w14:textId="77777777" w:rsidR="00690563" w:rsidRDefault="00690563" w:rsidP="00690563">
            <w:pPr>
              <w:jc w:val="center"/>
            </w:pPr>
            <w:r>
              <w:rPr>
                <w:b/>
                <w:color w:val="FFFFFF"/>
                <w:sz w:val="14"/>
              </w:rPr>
              <w:t>ORE ORIENTATIVE</w:t>
            </w:r>
          </w:p>
        </w:tc>
      </w:tr>
      <w:tr w:rsidR="00690563" w14:paraId="2F0F0766" w14:textId="77777777" w:rsidTr="00690563">
        <w:trPr>
          <w:jc w:val="center"/>
        </w:trPr>
        <w:tc>
          <w:tcPr>
            <w:tcW w:w="1801" w:type="pct"/>
            <w:shd w:val="clear" w:color="auto" w:fill="F8FAFA"/>
            <w:tcMar>
              <w:top w:w="68" w:type="dxa"/>
              <w:left w:w="78" w:type="dxa"/>
              <w:bottom w:w="68" w:type="dxa"/>
              <w:right w:w="78" w:type="dxa"/>
            </w:tcMar>
          </w:tcPr>
          <w:p w14:paraId="35E4A486" w14:textId="77777777" w:rsidR="00690563" w:rsidRDefault="00690563" w:rsidP="00690563">
            <w:r>
              <w:rPr>
                <w:color w:val="263238"/>
                <w:sz w:val="16"/>
              </w:rPr>
              <w:t>U0</w:t>
            </w:r>
          </w:p>
        </w:tc>
        <w:tc>
          <w:tcPr>
            <w:tcW w:w="1998" w:type="pct"/>
            <w:shd w:val="clear" w:color="auto" w:fill="F8FAFA"/>
            <w:tcMar>
              <w:top w:w="68" w:type="dxa"/>
              <w:left w:w="78" w:type="dxa"/>
              <w:bottom w:w="68" w:type="dxa"/>
              <w:right w:w="78" w:type="dxa"/>
            </w:tcMar>
          </w:tcPr>
          <w:p w14:paraId="1F888B5D" w14:textId="77777777" w:rsidR="00690563" w:rsidRDefault="00690563" w:rsidP="00690563">
            <w:r>
              <w:rPr>
                <w:color w:val="263238"/>
                <w:sz w:val="16"/>
              </w:rPr>
              <w:t xml:space="preserve">Cum </w:t>
            </w:r>
            <w:proofErr w:type="spellStart"/>
            <w:r>
              <w:rPr>
                <w:color w:val="263238"/>
                <w:sz w:val="16"/>
              </w:rPr>
              <w:t>citim</w:t>
            </w:r>
            <w:proofErr w:type="spellEnd"/>
            <w:r>
              <w:rPr>
                <w:color w:val="263238"/>
                <w:sz w:val="16"/>
              </w:rPr>
              <w:t xml:space="preserve"> </w:t>
            </w:r>
            <w:proofErr w:type="spellStart"/>
            <w:r>
              <w:rPr>
                <w:color w:val="263238"/>
                <w:sz w:val="16"/>
              </w:rPr>
              <w:t>spațiul</w:t>
            </w:r>
            <w:proofErr w:type="spellEnd"/>
            <w:r>
              <w:rPr>
                <w:color w:val="263238"/>
                <w:sz w:val="16"/>
              </w:rPr>
              <w:t>?</w:t>
            </w:r>
          </w:p>
        </w:tc>
        <w:tc>
          <w:tcPr>
            <w:tcW w:w="1201" w:type="pct"/>
            <w:shd w:val="clear" w:color="auto" w:fill="F8FAFA"/>
            <w:tcMar>
              <w:top w:w="68" w:type="dxa"/>
              <w:left w:w="78" w:type="dxa"/>
              <w:bottom w:w="68" w:type="dxa"/>
              <w:right w:w="78" w:type="dxa"/>
            </w:tcMar>
          </w:tcPr>
          <w:p w14:paraId="54572ABA" w14:textId="77777777" w:rsidR="00690563" w:rsidRDefault="00690563" w:rsidP="00690563">
            <w:r>
              <w:rPr>
                <w:color w:val="263238"/>
                <w:sz w:val="16"/>
              </w:rPr>
              <w:t>4</w:t>
            </w:r>
          </w:p>
        </w:tc>
      </w:tr>
      <w:tr w:rsidR="00690563" w14:paraId="30E04955" w14:textId="77777777" w:rsidTr="00690563">
        <w:trPr>
          <w:jc w:val="center"/>
        </w:trPr>
        <w:tc>
          <w:tcPr>
            <w:tcW w:w="1801" w:type="pct"/>
            <w:tcMar>
              <w:top w:w="68" w:type="dxa"/>
              <w:left w:w="78" w:type="dxa"/>
              <w:bottom w:w="68" w:type="dxa"/>
              <w:right w:w="78" w:type="dxa"/>
            </w:tcMar>
          </w:tcPr>
          <w:p w14:paraId="6E9BA81F" w14:textId="77777777" w:rsidR="00690563" w:rsidRDefault="00690563" w:rsidP="00690563">
            <w:r>
              <w:rPr>
                <w:color w:val="263238"/>
                <w:sz w:val="16"/>
              </w:rPr>
              <w:t>U1</w:t>
            </w:r>
          </w:p>
        </w:tc>
        <w:tc>
          <w:tcPr>
            <w:tcW w:w="1998" w:type="pct"/>
            <w:tcMar>
              <w:top w:w="68" w:type="dxa"/>
              <w:left w:w="78" w:type="dxa"/>
              <w:bottom w:w="68" w:type="dxa"/>
              <w:right w:w="78" w:type="dxa"/>
            </w:tcMar>
          </w:tcPr>
          <w:p w14:paraId="648DA5D2" w14:textId="77777777" w:rsidR="00690563" w:rsidRDefault="00690563" w:rsidP="00690563">
            <w:proofErr w:type="spellStart"/>
            <w:r>
              <w:rPr>
                <w:color w:val="263238"/>
                <w:sz w:val="16"/>
              </w:rPr>
              <w:t>Pământul</w:t>
            </w:r>
            <w:proofErr w:type="spellEnd"/>
            <w:r>
              <w:rPr>
                <w:color w:val="263238"/>
                <w:sz w:val="16"/>
              </w:rPr>
              <w:t xml:space="preserve"> </w:t>
            </w:r>
            <w:proofErr w:type="spellStart"/>
            <w:r>
              <w:rPr>
                <w:color w:val="263238"/>
                <w:sz w:val="16"/>
              </w:rPr>
              <w:t>în</w:t>
            </w:r>
            <w:proofErr w:type="spellEnd"/>
            <w:r>
              <w:rPr>
                <w:color w:val="263238"/>
                <w:sz w:val="16"/>
              </w:rPr>
              <w:t xml:space="preserve"> </w:t>
            </w:r>
            <w:proofErr w:type="spellStart"/>
            <w:r>
              <w:rPr>
                <w:color w:val="263238"/>
                <w:sz w:val="16"/>
              </w:rPr>
              <w:t>sistem</w:t>
            </w:r>
            <w:proofErr w:type="spellEnd"/>
            <w:r>
              <w:rPr>
                <w:color w:val="263238"/>
                <w:sz w:val="16"/>
              </w:rPr>
              <w:t xml:space="preserve"> cosmic: </w:t>
            </w:r>
            <w:proofErr w:type="spellStart"/>
            <w:r>
              <w:rPr>
                <w:color w:val="263238"/>
                <w:sz w:val="16"/>
              </w:rPr>
              <w:t>ce</w:t>
            </w:r>
            <w:proofErr w:type="spellEnd"/>
            <w:r>
              <w:rPr>
                <w:color w:val="263238"/>
                <w:sz w:val="16"/>
              </w:rPr>
              <w:t xml:space="preserve"> </w:t>
            </w:r>
            <w:proofErr w:type="spellStart"/>
            <w:r>
              <w:rPr>
                <w:color w:val="263238"/>
                <w:sz w:val="16"/>
              </w:rPr>
              <w:t>consecințe</w:t>
            </w:r>
            <w:proofErr w:type="spellEnd"/>
            <w:r>
              <w:rPr>
                <w:color w:val="263238"/>
                <w:sz w:val="16"/>
              </w:rPr>
              <w:t xml:space="preserve"> are?</w:t>
            </w:r>
          </w:p>
        </w:tc>
        <w:tc>
          <w:tcPr>
            <w:tcW w:w="1201" w:type="pct"/>
            <w:tcMar>
              <w:top w:w="68" w:type="dxa"/>
              <w:left w:w="78" w:type="dxa"/>
              <w:bottom w:w="68" w:type="dxa"/>
              <w:right w:w="78" w:type="dxa"/>
            </w:tcMar>
          </w:tcPr>
          <w:p w14:paraId="291F4D2C" w14:textId="77777777" w:rsidR="00690563" w:rsidRDefault="00690563" w:rsidP="00690563">
            <w:r>
              <w:rPr>
                <w:color w:val="263238"/>
                <w:sz w:val="16"/>
              </w:rPr>
              <w:t>3</w:t>
            </w:r>
          </w:p>
        </w:tc>
      </w:tr>
      <w:tr w:rsidR="00690563" w14:paraId="4B8E5C05" w14:textId="77777777" w:rsidTr="00690563">
        <w:trPr>
          <w:jc w:val="center"/>
        </w:trPr>
        <w:tc>
          <w:tcPr>
            <w:tcW w:w="1801" w:type="pct"/>
            <w:shd w:val="clear" w:color="auto" w:fill="F8FAFA"/>
            <w:tcMar>
              <w:top w:w="68" w:type="dxa"/>
              <w:left w:w="78" w:type="dxa"/>
              <w:bottom w:w="68" w:type="dxa"/>
              <w:right w:w="78" w:type="dxa"/>
            </w:tcMar>
          </w:tcPr>
          <w:p w14:paraId="276A0C22" w14:textId="77777777" w:rsidR="00690563" w:rsidRDefault="00690563" w:rsidP="00690563">
            <w:r>
              <w:rPr>
                <w:color w:val="263238"/>
                <w:sz w:val="16"/>
              </w:rPr>
              <w:t>U2</w:t>
            </w:r>
          </w:p>
        </w:tc>
        <w:tc>
          <w:tcPr>
            <w:tcW w:w="1998" w:type="pct"/>
            <w:shd w:val="clear" w:color="auto" w:fill="F8FAFA"/>
            <w:tcMar>
              <w:top w:w="68" w:type="dxa"/>
              <w:left w:w="78" w:type="dxa"/>
              <w:bottom w:w="68" w:type="dxa"/>
              <w:right w:w="78" w:type="dxa"/>
            </w:tcMar>
          </w:tcPr>
          <w:p w14:paraId="2A604E6B" w14:textId="77777777" w:rsidR="00690563" w:rsidRPr="00E14EE9" w:rsidRDefault="00690563" w:rsidP="00690563">
            <w:pPr>
              <w:rPr>
                <w:lang w:val="it-CH"/>
              </w:rPr>
            </w:pPr>
            <w:r w:rsidRPr="00E14EE9">
              <w:rPr>
                <w:color w:val="263238"/>
                <w:sz w:val="16"/>
                <w:lang w:val="it-CH"/>
              </w:rPr>
              <w:t>Pământul din interior: resurse, dinamism, risc</w:t>
            </w:r>
          </w:p>
        </w:tc>
        <w:tc>
          <w:tcPr>
            <w:tcW w:w="1201" w:type="pct"/>
            <w:shd w:val="clear" w:color="auto" w:fill="F8FAFA"/>
            <w:tcMar>
              <w:top w:w="68" w:type="dxa"/>
              <w:left w:w="78" w:type="dxa"/>
              <w:bottom w:w="68" w:type="dxa"/>
              <w:right w:w="78" w:type="dxa"/>
            </w:tcMar>
          </w:tcPr>
          <w:p w14:paraId="4BAD1F16" w14:textId="77777777" w:rsidR="00690563" w:rsidRDefault="00690563" w:rsidP="00690563">
            <w:r>
              <w:rPr>
                <w:color w:val="263238"/>
                <w:sz w:val="16"/>
              </w:rPr>
              <w:t>5</w:t>
            </w:r>
          </w:p>
        </w:tc>
      </w:tr>
      <w:tr w:rsidR="00690563" w14:paraId="2B75BB7F" w14:textId="77777777" w:rsidTr="00690563">
        <w:trPr>
          <w:jc w:val="center"/>
        </w:trPr>
        <w:tc>
          <w:tcPr>
            <w:tcW w:w="1801" w:type="pct"/>
            <w:tcMar>
              <w:top w:w="68" w:type="dxa"/>
              <w:left w:w="78" w:type="dxa"/>
              <w:bottom w:w="68" w:type="dxa"/>
              <w:right w:w="78" w:type="dxa"/>
            </w:tcMar>
          </w:tcPr>
          <w:p w14:paraId="2F6CFB2B" w14:textId="77777777" w:rsidR="00690563" w:rsidRDefault="00690563" w:rsidP="00690563">
            <w:r>
              <w:rPr>
                <w:color w:val="263238"/>
                <w:sz w:val="16"/>
              </w:rPr>
              <w:t>U3</w:t>
            </w:r>
          </w:p>
        </w:tc>
        <w:tc>
          <w:tcPr>
            <w:tcW w:w="1998" w:type="pct"/>
            <w:tcMar>
              <w:top w:w="68" w:type="dxa"/>
              <w:left w:w="78" w:type="dxa"/>
              <w:bottom w:w="68" w:type="dxa"/>
              <w:right w:w="78" w:type="dxa"/>
            </w:tcMar>
          </w:tcPr>
          <w:p w14:paraId="02EC61D0" w14:textId="7ACDC9BF" w:rsidR="00690563" w:rsidRDefault="00690563" w:rsidP="00690563">
            <w:proofErr w:type="spellStart"/>
            <w:r>
              <w:rPr>
                <w:color w:val="263238"/>
                <w:sz w:val="16"/>
              </w:rPr>
              <w:t>Relieful</w:t>
            </w:r>
            <w:proofErr w:type="spellEnd"/>
            <w:r>
              <w:rPr>
                <w:color w:val="263238"/>
                <w:sz w:val="16"/>
              </w:rPr>
              <w:t xml:space="preserve">: </w:t>
            </w:r>
            <w:proofErr w:type="spellStart"/>
            <w:r>
              <w:rPr>
                <w:color w:val="263238"/>
                <w:sz w:val="16"/>
              </w:rPr>
              <w:t>suport</w:t>
            </w:r>
            <w:proofErr w:type="spellEnd"/>
            <w:r>
              <w:rPr>
                <w:color w:val="263238"/>
                <w:sz w:val="16"/>
              </w:rPr>
              <w:t xml:space="preserve">, </w:t>
            </w:r>
            <w:proofErr w:type="spellStart"/>
            <w:r>
              <w:rPr>
                <w:color w:val="263238"/>
                <w:sz w:val="16"/>
              </w:rPr>
              <w:t>proces</w:t>
            </w:r>
            <w:r w:rsidR="000E41B0">
              <w:rPr>
                <w:color w:val="263238"/>
                <w:sz w:val="16"/>
              </w:rPr>
              <w:t>e</w:t>
            </w:r>
            <w:proofErr w:type="spellEnd"/>
            <w:r w:rsidR="000E41B0">
              <w:rPr>
                <w:color w:val="263238"/>
                <w:sz w:val="16"/>
              </w:rPr>
              <w:t xml:space="preserve"> de </w:t>
            </w:r>
            <w:proofErr w:type="spellStart"/>
            <w:r w:rsidR="000E41B0">
              <w:rPr>
                <w:color w:val="263238"/>
                <w:sz w:val="16"/>
              </w:rPr>
              <w:t>modelare</w:t>
            </w:r>
            <w:proofErr w:type="spellEnd"/>
            <w:r w:rsidR="000E41B0">
              <w:rPr>
                <w:color w:val="263238"/>
                <w:sz w:val="16"/>
              </w:rPr>
              <w:t xml:space="preserve">, </w:t>
            </w:r>
            <w:proofErr w:type="spellStart"/>
            <w:r w:rsidR="000E41B0">
              <w:rPr>
                <w:color w:val="263238"/>
                <w:sz w:val="16"/>
              </w:rPr>
              <w:t>tipuri</w:t>
            </w:r>
            <w:proofErr w:type="spellEnd"/>
            <w:r w:rsidR="000E41B0">
              <w:rPr>
                <w:color w:val="263238"/>
                <w:sz w:val="16"/>
              </w:rPr>
              <w:t xml:space="preserve"> de relief </w:t>
            </w:r>
            <w:proofErr w:type="spellStart"/>
            <w:r w:rsidR="000E41B0">
              <w:rPr>
                <w:color w:val="263238"/>
                <w:sz w:val="16"/>
              </w:rPr>
              <w:t>și</w:t>
            </w:r>
            <w:proofErr w:type="spellEnd"/>
            <w:r w:rsidR="000E41B0">
              <w:rPr>
                <w:color w:val="263238"/>
                <w:sz w:val="16"/>
              </w:rPr>
              <w:t xml:space="preserve"> </w:t>
            </w:r>
            <w:proofErr w:type="spellStart"/>
            <w:r w:rsidR="000E41B0">
              <w:rPr>
                <w:color w:val="263238"/>
                <w:sz w:val="16"/>
              </w:rPr>
              <w:t>favorabilitate</w:t>
            </w:r>
            <w:proofErr w:type="spellEnd"/>
            <w:r w:rsidR="00C067A2">
              <w:rPr>
                <w:color w:val="263238"/>
                <w:sz w:val="16"/>
              </w:rPr>
              <w:t>/</w:t>
            </w:r>
            <w:proofErr w:type="spellStart"/>
            <w:r w:rsidR="00C067A2">
              <w:rPr>
                <w:color w:val="263238"/>
                <w:sz w:val="16"/>
              </w:rPr>
              <w:t>restrictivitate</w:t>
            </w:r>
            <w:proofErr w:type="spellEnd"/>
          </w:p>
        </w:tc>
        <w:tc>
          <w:tcPr>
            <w:tcW w:w="1201" w:type="pct"/>
            <w:tcMar>
              <w:top w:w="68" w:type="dxa"/>
              <w:left w:w="78" w:type="dxa"/>
              <w:bottom w:w="68" w:type="dxa"/>
              <w:right w:w="78" w:type="dxa"/>
            </w:tcMar>
          </w:tcPr>
          <w:p w14:paraId="41711D16" w14:textId="77777777" w:rsidR="00690563" w:rsidRDefault="00690563" w:rsidP="00690563">
            <w:r>
              <w:rPr>
                <w:color w:val="263238"/>
                <w:sz w:val="16"/>
              </w:rPr>
              <w:t>5</w:t>
            </w:r>
          </w:p>
        </w:tc>
      </w:tr>
      <w:tr w:rsidR="00690563" w14:paraId="06921935" w14:textId="77777777" w:rsidTr="00690563">
        <w:trPr>
          <w:jc w:val="center"/>
        </w:trPr>
        <w:tc>
          <w:tcPr>
            <w:tcW w:w="1801" w:type="pct"/>
            <w:shd w:val="clear" w:color="auto" w:fill="F8FAFA"/>
            <w:tcMar>
              <w:top w:w="68" w:type="dxa"/>
              <w:left w:w="78" w:type="dxa"/>
              <w:bottom w:w="68" w:type="dxa"/>
              <w:right w:w="78" w:type="dxa"/>
            </w:tcMar>
          </w:tcPr>
          <w:p w14:paraId="5EA6D432" w14:textId="77777777" w:rsidR="00690563" w:rsidRDefault="00690563" w:rsidP="00690563">
            <w:r>
              <w:rPr>
                <w:color w:val="263238"/>
                <w:sz w:val="16"/>
              </w:rPr>
              <w:t>U4</w:t>
            </w:r>
          </w:p>
        </w:tc>
        <w:tc>
          <w:tcPr>
            <w:tcW w:w="1998" w:type="pct"/>
            <w:shd w:val="clear" w:color="auto" w:fill="F8FAFA"/>
            <w:tcMar>
              <w:top w:w="68" w:type="dxa"/>
              <w:left w:w="78" w:type="dxa"/>
              <w:bottom w:w="68" w:type="dxa"/>
              <w:right w:w="78" w:type="dxa"/>
            </w:tcMar>
          </w:tcPr>
          <w:p w14:paraId="412772EE" w14:textId="75FA6572" w:rsidR="00690563" w:rsidRPr="00E14EE9" w:rsidRDefault="00690563" w:rsidP="00690563">
            <w:pPr>
              <w:rPr>
                <w:lang w:val="it-CH"/>
              </w:rPr>
            </w:pPr>
            <w:r w:rsidRPr="00E14EE9">
              <w:rPr>
                <w:color w:val="263238"/>
                <w:sz w:val="16"/>
                <w:lang w:val="it-CH"/>
              </w:rPr>
              <w:t>Atmosfera: vreme, climă, schimb</w:t>
            </w:r>
            <w:r w:rsidR="00BE550F" w:rsidRPr="00E14EE9">
              <w:rPr>
                <w:color w:val="263238"/>
                <w:sz w:val="16"/>
                <w:lang w:val="it-CH"/>
              </w:rPr>
              <w:t>ări climatice</w:t>
            </w:r>
            <w:r w:rsidRPr="00E14EE9">
              <w:rPr>
                <w:color w:val="263238"/>
                <w:sz w:val="16"/>
                <w:lang w:val="it-CH"/>
              </w:rPr>
              <w:t>, hazard</w:t>
            </w:r>
          </w:p>
        </w:tc>
        <w:tc>
          <w:tcPr>
            <w:tcW w:w="1201" w:type="pct"/>
            <w:shd w:val="clear" w:color="auto" w:fill="F8FAFA"/>
            <w:tcMar>
              <w:top w:w="68" w:type="dxa"/>
              <w:left w:w="78" w:type="dxa"/>
              <w:bottom w:w="68" w:type="dxa"/>
              <w:right w:w="78" w:type="dxa"/>
            </w:tcMar>
          </w:tcPr>
          <w:p w14:paraId="2170FC77" w14:textId="77777777" w:rsidR="00690563" w:rsidRDefault="00690563" w:rsidP="00690563">
            <w:r>
              <w:rPr>
                <w:color w:val="263238"/>
                <w:sz w:val="16"/>
              </w:rPr>
              <w:t>5</w:t>
            </w:r>
          </w:p>
        </w:tc>
      </w:tr>
      <w:tr w:rsidR="00690563" w14:paraId="3ABE839C" w14:textId="77777777" w:rsidTr="00690563">
        <w:trPr>
          <w:jc w:val="center"/>
        </w:trPr>
        <w:tc>
          <w:tcPr>
            <w:tcW w:w="1801" w:type="pct"/>
            <w:tcMar>
              <w:top w:w="68" w:type="dxa"/>
              <w:left w:w="78" w:type="dxa"/>
              <w:bottom w:w="68" w:type="dxa"/>
              <w:right w:w="78" w:type="dxa"/>
            </w:tcMar>
          </w:tcPr>
          <w:p w14:paraId="2DDDADAB" w14:textId="77777777" w:rsidR="00690563" w:rsidRDefault="00690563" w:rsidP="00690563">
            <w:r>
              <w:rPr>
                <w:color w:val="263238"/>
                <w:sz w:val="16"/>
              </w:rPr>
              <w:t>U5</w:t>
            </w:r>
          </w:p>
        </w:tc>
        <w:tc>
          <w:tcPr>
            <w:tcW w:w="1998" w:type="pct"/>
            <w:tcMar>
              <w:top w:w="68" w:type="dxa"/>
              <w:left w:w="78" w:type="dxa"/>
              <w:bottom w:w="68" w:type="dxa"/>
              <w:right w:w="78" w:type="dxa"/>
            </w:tcMar>
          </w:tcPr>
          <w:p w14:paraId="2C5C416E" w14:textId="77777777" w:rsidR="00690563" w:rsidRPr="00E14EE9" w:rsidRDefault="00690563" w:rsidP="00690563">
            <w:pPr>
              <w:rPr>
                <w:lang w:val="it-CH"/>
              </w:rPr>
            </w:pPr>
            <w:r w:rsidRPr="00E14EE9">
              <w:rPr>
                <w:color w:val="263238"/>
                <w:sz w:val="16"/>
                <w:lang w:val="it-CH"/>
              </w:rPr>
              <w:t>Apa: sistem dinamic și resursă vitală</w:t>
            </w:r>
          </w:p>
        </w:tc>
        <w:tc>
          <w:tcPr>
            <w:tcW w:w="1201" w:type="pct"/>
            <w:tcMar>
              <w:top w:w="68" w:type="dxa"/>
              <w:left w:w="78" w:type="dxa"/>
              <w:bottom w:w="68" w:type="dxa"/>
              <w:right w:w="78" w:type="dxa"/>
            </w:tcMar>
          </w:tcPr>
          <w:p w14:paraId="6A46D74D" w14:textId="77777777" w:rsidR="00690563" w:rsidRDefault="00690563" w:rsidP="00690563">
            <w:r>
              <w:rPr>
                <w:color w:val="263238"/>
                <w:sz w:val="16"/>
              </w:rPr>
              <w:t>4</w:t>
            </w:r>
          </w:p>
        </w:tc>
      </w:tr>
      <w:tr w:rsidR="00690563" w14:paraId="25155E21" w14:textId="77777777" w:rsidTr="00690563">
        <w:trPr>
          <w:jc w:val="center"/>
        </w:trPr>
        <w:tc>
          <w:tcPr>
            <w:tcW w:w="1801" w:type="pct"/>
            <w:shd w:val="clear" w:color="auto" w:fill="F8FAFA"/>
            <w:tcMar>
              <w:top w:w="68" w:type="dxa"/>
              <w:left w:w="78" w:type="dxa"/>
              <w:bottom w:w="68" w:type="dxa"/>
              <w:right w:w="78" w:type="dxa"/>
            </w:tcMar>
          </w:tcPr>
          <w:p w14:paraId="39CBBAF5" w14:textId="77777777" w:rsidR="00690563" w:rsidRDefault="00690563" w:rsidP="00690563">
            <w:r>
              <w:rPr>
                <w:color w:val="263238"/>
                <w:sz w:val="16"/>
              </w:rPr>
              <w:t>U6</w:t>
            </w:r>
          </w:p>
        </w:tc>
        <w:tc>
          <w:tcPr>
            <w:tcW w:w="1998" w:type="pct"/>
            <w:shd w:val="clear" w:color="auto" w:fill="F8FAFA"/>
            <w:tcMar>
              <w:top w:w="68" w:type="dxa"/>
              <w:left w:w="78" w:type="dxa"/>
              <w:bottom w:w="68" w:type="dxa"/>
              <w:right w:w="78" w:type="dxa"/>
            </w:tcMar>
          </w:tcPr>
          <w:p w14:paraId="57D02730" w14:textId="7384506A" w:rsidR="00690563" w:rsidRPr="00E14EE9" w:rsidRDefault="00690563" w:rsidP="00690563">
            <w:pPr>
              <w:rPr>
                <w:lang w:val="it-CH"/>
              </w:rPr>
            </w:pPr>
            <w:r w:rsidRPr="00E14EE9">
              <w:rPr>
                <w:color w:val="263238"/>
                <w:sz w:val="16"/>
                <w:lang w:val="it-CH"/>
              </w:rPr>
              <w:t xml:space="preserve">Biosfera și solurile: diversitate, resurse, </w:t>
            </w:r>
            <w:r w:rsidR="00FD044F" w:rsidRPr="00E14EE9">
              <w:rPr>
                <w:color w:val="263238"/>
                <w:sz w:val="16"/>
                <w:lang w:val="it-CH"/>
              </w:rPr>
              <w:t>impact antropic</w:t>
            </w:r>
          </w:p>
        </w:tc>
        <w:tc>
          <w:tcPr>
            <w:tcW w:w="1201" w:type="pct"/>
            <w:shd w:val="clear" w:color="auto" w:fill="F8FAFA"/>
            <w:tcMar>
              <w:top w:w="68" w:type="dxa"/>
              <w:left w:w="78" w:type="dxa"/>
              <w:bottom w:w="68" w:type="dxa"/>
              <w:right w:w="78" w:type="dxa"/>
            </w:tcMar>
          </w:tcPr>
          <w:p w14:paraId="677C42A3" w14:textId="77777777" w:rsidR="00690563" w:rsidRDefault="00690563" w:rsidP="00690563">
            <w:r>
              <w:rPr>
                <w:color w:val="263238"/>
                <w:sz w:val="16"/>
              </w:rPr>
              <w:t>4</w:t>
            </w:r>
          </w:p>
        </w:tc>
      </w:tr>
      <w:tr w:rsidR="00690563" w14:paraId="7861784B" w14:textId="77777777" w:rsidTr="00690563">
        <w:trPr>
          <w:jc w:val="center"/>
        </w:trPr>
        <w:tc>
          <w:tcPr>
            <w:tcW w:w="1801" w:type="pct"/>
            <w:tcMar>
              <w:top w:w="68" w:type="dxa"/>
              <w:left w:w="78" w:type="dxa"/>
              <w:bottom w:w="68" w:type="dxa"/>
              <w:right w:w="78" w:type="dxa"/>
            </w:tcMar>
          </w:tcPr>
          <w:p w14:paraId="3FC8D594" w14:textId="77777777" w:rsidR="00690563" w:rsidRDefault="00690563" w:rsidP="00690563">
            <w:r>
              <w:rPr>
                <w:color w:val="263238"/>
                <w:sz w:val="16"/>
              </w:rPr>
              <w:t>U7</w:t>
            </w:r>
          </w:p>
        </w:tc>
        <w:tc>
          <w:tcPr>
            <w:tcW w:w="1998" w:type="pct"/>
            <w:tcMar>
              <w:top w:w="68" w:type="dxa"/>
              <w:left w:w="78" w:type="dxa"/>
              <w:bottom w:w="68" w:type="dxa"/>
              <w:right w:w="78" w:type="dxa"/>
            </w:tcMar>
          </w:tcPr>
          <w:p w14:paraId="16B67472" w14:textId="77777777" w:rsidR="00690563" w:rsidRPr="00E14EE9" w:rsidRDefault="00690563" w:rsidP="00690563">
            <w:pPr>
              <w:rPr>
                <w:lang w:val="it-CH"/>
              </w:rPr>
            </w:pPr>
            <w:r w:rsidRPr="00E14EE9">
              <w:rPr>
                <w:color w:val="263238"/>
                <w:sz w:val="16"/>
                <w:lang w:val="it-CH"/>
              </w:rPr>
              <w:t>Mediile naturale: cum funcționează sistemul și cum îl schimbăm?</w:t>
            </w:r>
          </w:p>
        </w:tc>
        <w:tc>
          <w:tcPr>
            <w:tcW w:w="1201" w:type="pct"/>
            <w:tcMar>
              <w:top w:w="68" w:type="dxa"/>
              <w:left w:w="78" w:type="dxa"/>
              <w:bottom w:w="68" w:type="dxa"/>
              <w:right w:w="78" w:type="dxa"/>
            </w:tcMar>
          </w:tcPr>
          <w:p w14:paraId="709DFF8B" w14:textId="77777777" w:rsidR="00690563" w:rsidRDefault="00690563" w:rsidP="00690563">
            <w:r>
              <w:rPr>
                <w:color w:val="263238"/>
                <w:sz w:val="16"/>
              </w:rPr>
              <w:t>4</w:t>
            </w:r>
          </w:p>
        </w:tc>
      </w:tr>
      <w:tr w:rsidR="00690563" w14:paraId="5D8981E1" w14:textId="77777777" w:rsidTr="00690563">
        <w:trPr>
          <w:jc w:val="center"/>
        </w:trPr>
        <w:tc>
          <w:tcPr>
            <w:tcW w:w="1801" w:type="pct"/>
            <w:shd w:val="clear" w:color="auto" w:fill="F8FAFA"/>
            <w:tcMar>
              <w:top w:w="68" w:type="dxa"/>
              <w:left w:w="78" w:type="dxa"/>
              <w:bottom w:w="68" w:type="dxa"/>
              <w:right w:w="78" w:type="dxa"/>
            </w:tcMar>
          </w:tcPr>
          <w:p w14:paraId="4E50DEBD" w14:textId="77777777" w:rsidR="00690563" w:rsidRDefault="00690563" w:rsidP="00690563">
            <w:r>
              <w:rPr>
                <w:color w:val="263238"/>
                <w:sz w:val="16"/>
              </w:rPr>
              <w:t>U8</w:t>
            </w:r>
          </w:p>
        </w:tc>
        <w:tc>
          <w:tcPr>
            <w:tcW w:w="1998" w:type="pct"/>
            <w:shd w:val="clear" w:color="auto" w:fill="F8FAFA"/>
            <w:tcMar>
              <w:top w:w="68" w:type="dxa"/>
              <w:left w:w="78" w:type="dxa"/>
              <w:bottom w:w="68" w:type="dxa"/>
              <w:right w:w="78" w:type="dxa"/>
            </w:tcMar>
          </w:tcPr>
          <w:p w14:paraId="0F7DDE7E" w14:textId="31782F0A" w:rsidR="00690563" w:rsidRPr="00E14EE9" w:rsidRDefault="00690563" w:rsidP="00690563">
            <w:pPr>
              <w:rPr>
                <w:lang w:val="it-CH"/>
              </w:rPr>
            </w:pPr>
            <w:r w:rsidRPr="00E14EE9">
              <w:rPr>
                <w:color w:val="263238"/>
                <w:sz w:val="16"/>
                <w:lang w:val="it-CH"/>
              </w:rPr>
              <w:t xml:space="preserve">Ce am învățat să fac </w:t>
            </w:r>
            <w:r w:rsidR="00FD044F" w:rsidRPr="00E14EE9">
              <w:rPr>
                <w:color w:val="263238"/>
                <w:sz w:val="16"/>
                <w:lang w:val="it-CH"/>
              </w:rPr>
              <w:t xml:space="preserve">la </w:t>
            </w:r>
            <w:r w:rsidRPr="00E14EE9">
              <w:rPr>
                <w:color w:val="263238"/>
                <w:sz w:val="16"/>
                <w:lang w:val="it-CH"/>
              </w:rPr>
              <w:t>geografi</w:t>
            </w:r>
            <w:r w:rsidR="00FD044F" w:rsidRPr="00E14EE9">
              <w:rPr>
                <w:color w:val="263238"/>
                <w:sz w:val="16"/>
                <w:lang w:val="it-CH"/>
              </w:rPr>
              <w:t>e</w:t>
            </w:r>
            <w:r w:rsidRPr="00E14EE9">
              <w:rPr>
                <w:color w:val="263238"/>
                <w:sz w:val="16"/>
                <w:lang w:val="it-CH"/>
              </w:rPr>
              <w:t>?</w:t>
            </w:r>
          </w:p>
        </w:tc>
        <w:tc>
          <w:tcPr>
            <w:tcW w:w="1201" w:type="pct"/>
            <w:shd w:val="clear" w:color="auto" w:fill="F8FAFA"/>
            <w:tcMar>
              <w:top w:w="68" w:type="dxa"/>
              <w:left w:w="78" w:type="dxa"/>
              <w:bottom w:w="68" w:type="dxa"/>
              <w:right w:w="78" w:type="dxa"/>
            </w:tcMar>
          </w:tcPr>
          <w:p w14:paraId="6ACD357A" w14:textId="77777777" w:rsidR="00690563" w:rsidRDefault="00690563" w:rsidP="00690563">
            <w:r>
              <w:rPr>
                <w:color w:val="263238"/>
                <w:sz w:val="16"/>
              </w:rPr>
              <w:t>1</w:t>
            </w:r>
          </w:p>
        </w:tc>
      </w:tr>
    </w:tbl>
    <w:p w14:paraId="7F48789D" w14:textId="77777777" w:rsidR="00690563" w:rsidRDefault="00690563"/>
    <w:tbl>
      <w:tblPr>
        <w:tblW w:w="5000" w:type="pct"/>
        <w:jc w:val="center"/>
        <w:tblLook w:val="04A0" w:firstRow="1" w:lastRow="0" w:firstColumn="1" w:lastColumn="0" w:noHBand="0" w:noVBand="1"/>
      </w:tblPr>
      <w:tblGrid>
        <w:gridCol w:w="3840"/>
        <w:gridCol w:w="6821"/>
      </w:tblGrid>
      <w:tr w:rsidR="00690563" w:rsidRPr="00E14EE9" w14:paraId="36E8FFAA" w14:textId="77777777" w:rsidTr="00690563">
        <w:trPr>
          <w:jc w:val="center"/>
        </w:trPr>
        <w:tc>
          <w:tcPr>
            <w:tcW w:w="1798" w:type="pct"/>
            <w:shd w:val="clear" w:color="auto" w:fill="17324D"/>
            <w:tcMar>
              <w:top w:w="105" w:type="dxa"/>
              <w:left w:w="105" w:type="dxa"/>
              <w:bottom w:w="105" w:type="dxa"/>
              <w:right w:w="105" w:type="dxa"/>
            </w:tcMar>
          </w:tcPr>
          <w:p w14:paraId="1A48241C" w14:textId="77777777" w:rsidR="00690563" w:rsidRPr="00E14EE9" w:rsidRDefault="00690563" w:rsidP="00690563">
            <w:pPr>
              <w:jc w:val="center"/>
              <w:rPr>
                <w:lang w:val="it-CH"/>
              </w:rPr>
            </w:pPr>
            <w:r w:rsidRPr="00E14EE9">
              <w:rPr>
                <w:b/>
                <w:color w:val="FFFFFF"/>
                <w:sz w:val="15"/>
                <w:lang w:val="it-CH"/>
              </w:rPr>
              <w:t>DE LA PROGRAMĂ LA CLASĂ</w:t>
            </w:r>
          </w:p>
        </w:tc>
        <w:tc>
          <w:tcPr>
            <w:tcW w:w="3194" w:type="pct"/>
            <w:shd w:val="clear" w:color="auto" w:fill="F8FAFA"/>
            <w:tcMar>
              <w:top w:w="105" w:type="dxa"/>
              <w:left w:w="130" w:type="dxa"/>
              <w:bottom w:w="105" w:type="dxa"/>
              <w:right w:w="130" w:type="dxa"/>
            </w:tcMar>
          </w:tcPr>
          <w:p w14:paraId="5C9E106D" w14:textId="50FD2D8D" w:rsidR="00690563" w:rsidRPr="00E14EE9" w:rsidRDefault="00690563" w:rsidP="00690563">
            <w:pPr>
              <w:rPr>
                <w:lang w:val="it-CH"/>
              </w:rPr>
            </w:pPr>
            <w:r w:rsidRPr="00E14EE9">
              <w:rPr>
                <w:color w:val="263238"/>
                <w:sz w:val="17"/>
                <w:lang w:val="it-CH"/>
              </w:rPr>
              <w:t xml:space="preserve">Anexa Excel dezvoltă această variantă pentru aproximativ 35 de ore. Nu este o planificare pe săptămâni și nu prescrie ordinea obligatorie a fiecărei lecții; este </w:t>
            </w:r>
            <w:r w:rsidR="00F3421C" w:rsidRPr="00E14EE9">
              <w:rPr>
                <w:color w:val="263238"/>
                <w:sz w:val="17"/>
                <w:lang w:val="it-CH"/>
              </w:rPr>
              <w:t>un document</w:t>
            </w:r>
            <w:r w:rsidRPr="00E14EE9">
              <w:rPr>
                <w:color w:val="263238"/>
                <w:sz w:val="17"/>
                <w:lang w:val="it-CH"/>
              </w:rPr>
              <w:t xml:space="preserve"> care leagă CS, conținuturi, dovezi, feedback și ancorele din clasa a VIII-a.</w:t>
            </w:r>
          </w:p>
        </w:tc>
      </w:tr>
    </w:tbl>
    <w:p w14:paraId="23A4DCF9"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937"/>
        <w:gridCol w:w="5744"/>
      </w:tblGrid>
      <w:tr w:rsidR="00787B6C" w:rsidRPr="00E14EE9" w14:paraId="6D356F3D" w14:textId="77777777" w:rsidTr="00690563">
        <w:trPr>
          <w:jc w:val="center"/>
        </w:trPr>
        <w:tc>
          <w:tcPr>
            <w:tcW w:w="2311" w:type="pct"/>
            <w:shd w:val="clear" w:color="auto" w:fill="2B6478"/>
            <w:tcMar>
              <w:top w:w="145" w:type="dxa"/>
              <w:left w:w="110" w:type="dxa"/>
              <w:bottom w:w="145" w:type="dxa"/>
              <w:right w:w="110" w:type="dxa"/>
            </w:tcMar>
          </w:tcPr>
          <w:p w14:paraId="06BE097D" w14:textId="77777777" w:rsidR="00787B6C" w:rsidRDefault="00690563">
            <w:pPr>
              <w:jc w:val="center"/>
            </w:pPr>
            <w:r>
              <w:rPr>
                <w:b/>
                <w:color w:val="FFFFFF"/>
                <w:sz w:val="30"/>
              </w:rPr>
              <w:lastRenderedPageBreak/>
              <w:t>19</w:t>
            </w:r>
          </w:p>
        </w:tc>
        <w:tc>
          <w:tcPr>
            <w:tcW w:w="2689" w:type="pct"/>
            <w:shd w:val="clear" w:color="auto" w:fill="17324D"/>
            <w:tcMar>
              <w:top w:w="120" w:type="dxa"/>
              <w:left w:w="145" w:type="dxa"/>
              <w:bottom w:w="120" w:type="dxa"/>
              <w:right w:w="145" w:type="dxa"/>
            </w:tcMar>
          </w:tcPr>
          <w:p w14:paraId="437EA965" w14:textId="6189AF23" w:rsidR="00787B6C" w:rsidRPr="00E14EE9" w:rsidRDefault="00690563">
            <w:pPr>
              <w:rPr>
                <w:lang w:val="it-CH"/>
              </w:rPr>
            </w:pPr>
            <w:r w:rsidRPr="00E14EE9">
              <w:rPr>
                <w:b/>
                <w:color w:val="FFFFFF"/>
                <w:sz w:val="25"/>
                <w:lang w:val="it-CH"/>
              </w:rPr>
              <w:t>DINCOLO DE EXPLICAȚIE ȘI HART</w:t>
            </w:r>
            <w:r w:rsidR="00C93FB7" w:rsidRPr="00E14EE9">
              <w:rPr>
                <w:b/>
                <w:color w:val="FFFFFF"/>
                <w:sz w:val="25"/>
                <w:lang w:val="it-CH"/>
              </w:rPr>
              <w:t>Ă</w:t>
            </w:r>
            <w:r w:rsidRPr="00E14EE9">
              <w:rPr>
                <w:lang w:val="it-CH"/>
              </w:rPr>
              <w:br/>
            </w:r>
            <w:r w:rsidRPr="00E14EE9">
              <w:rPr>
                <w:color w:val="FFFFFF" w:themeColor="background1"/>
                <w:sz w:val="16"/>
                <w:lang w:val="it-CH"/>
              </w:rPr>
              <w:t xml:space="preserve">Explicația profesorului </w:t>
            </w:r>
            <w:r w:rsidR="00A94402" w:rsidRPr="00E14EE9">
              <w:rPr>
                <w:color w:val="FFFFFF" w:themeColor="background1"/>
                <w:sz w:val="16"/>
                <w:lang w:val="it-CH"/>
              </w:rPr>
              <w:t>este</w:t>
            </w:r>
            <w:r w:rsidRPr="00E14EE9">
              <w:rPr>
                <w:color w:val="FFFFFF" w:themeColor="background1"/>
                <w:sz w:val="16"/>
                <w:lang w:val="it-CH"/>
              </w:rPr>
              <w:t xml:space="preserve"> utilă</w:t>
            </w:r>
            <w:r w:rsidR="00A94402" w:rsidRPr="00E14EE9">
              <w:rPr>
                <w:color w:val="FFFFFF" w:themeColor="background1"/>
                <w:sz w:val="16"/>
                <w:lang w:val="it-CH"/>
              </w:rPr>
              <w:t xml:space="preserve"> și orientează învățarea elevului.</w:t>
            </w:r>
          </w:p>
        </w:tc>
      </w:tr>
    </w:tbl>
    <w:p w14:paraId="35F9786A"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3943"/>
        <w:gridCol w:w="1972"/>
        <w:gridCol w:w="2616"/>
        <w:gridCol w:w="2059"/>
      </w:tblGrid>
      <w:tr w:rsidR="00690563" w14:paraId="43664229" w14:textId="77777777" w:rsidTr="00690563">
        <w:trPr>
          <w:jc w:val="center"/>
        </w:trPr>
        <w:tc>
          <w:tcPr>
            <w:tcW w:w="1862" w:type="pct"/>
            <w:shd w:val="clear" w:color="auto" w:fill="2B6478"/>
            <w:tcMar>
              <w:top w:w="76" w:type="dxa"/>
              <w:left w:w="82" w:type="dxa"/>
              <w:bottom w:w="76" w:type="dxa"/>
              <w:right w:w="82" w:type="dxa"/>
            </w:tcMar>
          </w:tcPr>
          <w:p w14:paraId="3E8D3AB9" w14:textId="77777777" w:rsidR="00690563" w:rsidRDefault="00690563" w:rsidP="00690563">
            <w:pPr>
              <w:jc w:val="center"/>
            </w:pPr>
            <w:r>
              <w:rPr>
                <w:b/>
                <w:color w:val="FFFFFF"/>
                <w:sz w:val="14"/>
              </w:rPr>
              <w:t>STRATEGIE</w:t>
            </w:r>
          </w:p>
        </w:tc>
        <w:tc>
          <w:tcPr>
            <w:tcW w:w="931" w:type="pct"/>
            <w:shd w:val="clear" w:color="auto" w:fill="3E755A"/>
            <w:tcMar>
              <w:top w:w="76" w:type="dxa"/>
              <w:left w:w="82" w:type="dxa"/>
              <w:bottom w:w="76" w:type="dxa"/>
              <w:right w:w="82" w:type="dxa"/>
            </w:tcMar>
          </w:tcPr>
          <w:p w14:paraId="4B12983C" w14:textId="41B9F9D1" w:rsidR="00690563" w:rsidRDefault="006D69A3" w:rsidP="00690563">
            <w:pPr>
              <w:jc w:val="center"/>
            </w:pPr>
            <w:r>
              <w:rPr>
                <w:b/>
                <w:color w:val="FFFFFF"/>
                <w:sz w:val="14"/>
              </w:rPr>
              <w:t>CE/</w:t>
            </w:r>
            <w:r w:rsidR="00690563">
              <w:rPr>
                <w:b/>
                <w:color w:val="FFFFFF"/>
                <w:sz w:val="14"/>
              </w:rPr>
              <w:t>CÂND</w:t>
            </w:r>
            <w:r>
              <w:rPr>
                <w:b/>
                <w:color w:val="FFFFFF"/>
                <w:sz w:val="14"/>
              </w:rPr>
              <w:t>/UNDE</w:t>
            </w:r>
          </w:p>
        </w:tc>
        <w:tc>
          <w:tcPr>
            <w:tcW w:w="1235" w:type="pct"/>
            <w:shd w:val="clear" w:color="auto" w:fill="17324D"/>
            <w:tcMar>
              <w:top w:w="76" w:type="dxa"/>
              <w:left w:w="82" w:type="dxa"/>
              <w:bottom w:w="76" w:type="dxa"/>
              <w:right w:w="82" w:type="dxa"/>
            </w:tcMar>
          </w:tcPr>
          <w:p w14:paraId="23670526" w14:textId="77777777" w:rsidR="00690563" w:rsidRDefault="00690563" w:rsidP="00690563">
            <w:pPr>
              <w:jc w:val="center"/>
            </w:pPr>
            <w:r>
              <w:rPr>
                <w:b/>
                <w:color w:val="FFFFFF"/>
                <w:sz w:val="14"/>
              </w:rPr>
              <w:t>CUM</w:t>
            </w:r>
          </w:p>
        </w:tc>
        <w:tc>
          <w:tcPr>
            <w:tcW w:w="972" w:type="pct"/>
            <w:shd w:val="clear" w:color="auto" w:fill="B58A45"/>
            <w:tcMar>
              <w:top w:w="76" w:type="dxa"/>
              <w:left w:w="82" w:type="dxa"/>
              <w:bottom w:w="76" w:type="dxa"/>
              <w:right w:w="82" w:type="dxa"/>
            </w:tcMar>
          </w:tcPr>
          <w:p w14:paraId="423D43FE" w14:textId="77777777" w:rsidR="00690563" w:rsidRDefault="00690563" w:rsidP="00690563">
            <w:pPr>
              <w:jc w:val="center"/>
            </w:pPr>
            <w:r>
              <w:rPr>
                <w:b/>
                <w:color w:val="FFFFFF"/>
                <w:sz w:val="14"/>
              </w:rPr>
              <w:t>PRIN CE VERIFIC</w:t>
            </w:r>
          </w:p>
        </w:tc>
      </w:tr>
      <w:tr w:rsidR="00690563" w14:paraId="6F2AF148" w14:textId="77777777" w:rsidTr="00690563">
        <w:trPr>
          <w:jc w:val="center"/>
        </w:trPr>
        <w:tc>
          <w:tcPr>
            <w:tcW w:w="1862" w:type="pct"/>
            <w:shd w:val="clear" w:color="auto" w:fill="F8FAFA"/>
            <w:tcMar>
              <w:top w:w="68" w:type="dxa"/>
              <w:left w:w="78" w:type="dxa"/>
              <w:bottom w:w="68" w:type="dxa"/>
              <w:right w:w="78" w:type="dxa"/>
            </w:tcMar>
          </w:tcPr>
          <w:p w14:paraId="45050565" w14:textId="77777777" w:rsidR="00690563" w:rsidRDefault="00690563" w:rsidP="00690563">
            <w:proofErr w:type="spellStart"/>
            <w:r>
              <w:rPr>
                <w:color w:val="263238"/>
                <w:sz w:val="14"/>
              </w:rPr>
              <w:t>investigație</w:t>
            </w:r>
            <w:proofErr w:type="spellEnd"/>
            <w:r>
              <w:rPr>
                <w:color w:val="263238"/>
                <w:sz w:val="14"/>
              </w:rPr>
              <w:t xml:space="preserve"> </w:t>
            </w:r>
            <w:proofErr w:type="spellStart"/>
            <w:r>
              <w:rPr>
                <w:color w:val="263238"/>
                <w:sz w:val="14"/>
              </w:rPr>
              <w:t>geografică</w:t>
            </w:r>
            <w:proofErr w:type="spellEnd"/>
          </w:p>
        </w:tc>
        <w:tc>
          <w:tcPr>
            <w:tcW w:w="931" w:type="pct"/>
            <w:shd w:val="clear" w:color="auto" w:fill="F8FAFA"/>
            <w:tcMar>
              <w:top w:w="68" w:type="dxa"/>
              <w:left w:w="78" w:type="dxa"/>
              <w:bottom w:w="68" w:type="dxa"/>
              <w:right w:w="78" w:type="dxa"/>
            </w:tcMar>
          </w:tcPr>
          <w:p w14:paraId="6CACE01C" w14:textId="77777777" w:rsidR="00690563" w:rsidRDefault="00690563" w:rsidP="00690563">
            <w:proofErr w:type="spellStart"/>
            <w:r>
              <w:rPr>
                <w:color w:val="263238"/>
                <w:sz w:val="14"/>
              </w:rPr>
              <w:t>problemă</w:t>
            </w:r>
            <w:proofErr w:type="spellEnd"/>
            <w:r>
              <w:rPr>
                <w:color w:val="263238"/>
                <w:sz w:val="14"/>
              </w:rPr>
              <w:t xml:space="preserve"> </w:t>
            </w:r>
            <w:proofErr w:type="spellStart"/>
            <w:r>
              <w:rPr>
                <w:color w:val="263238"/>
                <w:sz w:val="14"/>
              </w:rPr>
              <w:t>teritorială</w:t>
            </w:r>
            <w:proofErr w:type="spellEnd"/>
            <w:r>
              <w:rPr>
                <w:color w:val="263238"/>
                <w:sz w:val="14"/>
              </w:rPr>
              <w:t>/</w:t>
            </w:r>
            <w:proofErr w:type="spellStart"/>
            <w:r>
              <w:rPr>
                <w:color w:val="263238"/>
                <w:sz w:val="14"/>
              </w:rPr>
              <w:t>locală</w:t>
            </w:r>
            <w:proofErr w:type="spellEnd"/>
          </w:p>
        </w:tc>
        <w:tc>
          <w:tcPr>
            <w:tcW w:w="1235" w:type="pct"/>
            <w:shd w:val="clear" w:color="auto" w:fill="F8FAFA"/>
            <w:tcMar>
              <w:top w:w="68" w:type="dxa"/>
              <w:left w:w="78" w:type="dxa"/>
              <w:bottom w:w="68" w:type="dxa"/>
              <w:right w:w="78" w:type="dxa"/>
            </w:tcMar>
          </w:tcPr>
          <w:p w14:paraId="3F1E8C01" w14:textId="77777777" w:rsidR="00690563" w:rsidRDefault="00690563" w:rsidP="00690563">
            <w:proofErr w:type="spellStart"/>
            <w:r>
              <w:rPr>
                <w:color w:val="263238"/>
                <w:sz w:val="14"/>
              </w:rPr>
              <w:t>întrebare</w:t>
            </w:r>
            <w:proofErr w:type="spellEnd"/>
            <w:r>
              <w:rPr>
                <w:color w:val="263238"/>
                <w:sz w:val="14"/>
              </w:rPr>
              <w:t xml:space="preserve"> → date → </w:t>
            </w:r>
            <w:proofErr w:type="spellStart"/>
            <w:r>
              <w:rPr>
                <w:color w:val="263238"/>
                <w:sz w:val="14"/>
              </w:rPr>
              <w:t>hartă</w:t>
            </w:r>
            <w:proofErr w:type="spellEnd"/>
            <w:r>
              <w:rPr>
                <w:color w:val="263238"/>
                <w:sz w:val="14"/>
              </w:rPr>
              <w:t xml:space="preserve"> → </w:t>
            </w:r>
            <w:proofErr w:type="spellStart"/>
            <w:r>
              <w:rPr>
                <w:color w:val="263238"/>
                <w:sz w:val="14"/>
              </w:rPr>
              <w:t>analiză</w:t>
            </w:r>
            <w:proofErr w:type="spellEnd"/>
            <w:r>
              <w:rPr>
                <w:color w:val="263238"/>
                <w:sz w:val="14"/>
              </w:rPr>
              <w:t xml:space="preserve"> → </w:t>
            </w:r>
            <w:proofErr w:type="spellStart"/>
            <w:r>
              <w:rPr>
                <w:color w:val="263238"/>
                <w:sz w:val="14"/>
              </w:rPr>
              <w:t>concluzie</w:t>
            </w:r>
            <w:proofErr w:type="spellEnd"/>
          </w:p>
        </w:tc>
        <w:tc>
          <w:tcPr>
            <w:tcW w:w="972" w:type="pct"/>
            <w:shd w:val="clear" w:color="auto" w:fill="F8FAFA"/>
            <w:tcMar>
              <w:top w:w="68" w:type="dxa"/>
              <w:left w:w="78" w:type="dxa"/>
              <w:bottom w:w="68" w:type="dxa"/>
              <w:right w:w="78" w:type="dxa"/>
            </w:tcMar>
          </w:tcPr>
          <w:p w14:paraId="11EDE9B1" w14:textId="77777777" w:rsidR="00690563" w:rsidRDefault="00690563" w:rsidP="00690563">
            <w:proofErr w:type="spellStart"/>
            <w:r>
              <w:rPr>
                <w:color w:val="263238"/>
                <w:sz w:val="14"/>
              </w:rPr>
              <w:t>elevul</w:t>
            </w:r>
            <w:proofErr w:type="spellEnd"/>
            <w:r>
              <w:rPr>
                <w:color w:val="263238"/>
                <w:sz w:val="14"/>
              </w:rPr>
              <w:t xml:space="preserve"> </w:t>
            </w:r>
            <w:proofErr w:type="spellStart"/>
            <w:r>
              <w:rPr>
                <w:color w:val="263238"/>
                <w:sz w:val="14"/>
              </w:rPr>
              <w:t>justifică</w:t>
            </w:r>
            <w:proofErr w:type="spellEnd"/>
            <w:r>
              <w:rPr>
                <w:color w:val="263238"/>
                <w:sz w:val="14"/>
              </w:rPr>
              <w:t xml:space="preserve"> </w:t>
            </w:r>
            <w:proofErr w:type="spellStart"/>
            <w:r>
              <w:rPr>
                <w:color w:val="263238"/>
                <w:sz w:val="14"/>
              </w:rPr>
              <w:t>sursele</w:t>
            </w:r>
            <w:proofErr w:type="spellEnd"/>
            <w:r>
              <w:rPr>
                <w:color w:val="263238"/>
                <w:sz w:val="14"/>
              </w:rPr>
              <w:t xml:space="preserve"> </w:t>
            </w:r>
            <w:proofErr w:type="spellStart"/>
            <w:r>
              <w:rPr>
                <w:color w:val="263238"/>
                <w:sz w:val="14"/>
              </w:rPr>
              <w:t>și</w:t>
            </w:r>
            <w:proofErr w:type="spellEnd"/>
            <w:r>
              <w:rPr>
                <w:color w:val="263238"/>
                <w:sz w:val="14"/>
              </w:rPr>
              <w:t xml:space="preserve"> </w:t>
            </w:r>
            <w:proofErr w:type="spellStart"/>
            <w:r>
              <w:rPr>
                <w:color w:val="263238"/>
                <w:sz w:val="14"/>
              </w:rPr>
              <w:t>traseul</w:t>
            </w:r>
            <w:proofErr w:type="spellEnd"/>
            <w:r>
              <w:rPr>
                <w:color w:val="263238"/>
                <w:sz w:val="14"/>
              </w:rPr>
              <w:t xml:space="preserve"> </w:t>
            </w:r>
            <w:proofErr w:type="spellStart"/>
            <w:r>
              <w:rPr>
                <w:color w:val="263238"/>
                <w:sz w:val="14"/>
              </w:rPr>
              <w:t>analizei</w:t>
            </w:r>
            <w:proofErr w:type="spellEnd"/>
          </w:p>
        </w:tc>
      </w:tr>
      <w:tr w:rsidR="00690563" w14:paraId="13DF3555" w14:textId="77777777" w:rsidTr="00690563">
        <w:trPr>
          <w:jc w:val="center"/>
        </w:trPr>
        <w:tc>
          <w:tcPr>
            <w:tcW w:w="1862" w:type="pct"/>
            <w:tcMar>
              <w:top w:w="68" w:type="dxa"/>
              <w:left w:w="78" w:type="dxa"/>
              <w:bottom w:w="68" w:type="dxa"/>
              <w:right w:w="78" w:type="dxa"/>
            </w:tcMar>
          </w:tcPr>
          <w:p w14:paraId="5D774A05" w14:textId="77777777" w:rsidR="00690563" w:rsidRDefault="00690563" w:rsidP="00690563">
            <w:proofErr w:type="spellStart"/>
            <w:r>
              <w:rPr>
                <w:color w:val="263238"/>
                <w:sz w:val="14"/>
              </w:rPr>
              <w:t>studiu</w:t>
            </w:r>
            <w:proofErr w:type="spellEnd"/>
            <w:r>
              <w:rPr>
                <w:color w:val="263238"/>
                <w:sz w:val="14"/>
              </w:rPr>
              <w:t xml:space="preserve"> de </w:t>
            </w:r>
            <w:proofErr w:type="spellStart"/>
            <w:r>
              <w:rPr>
                <w:color w:val="263238"/>
                <w:sz w:val="14"/>
              </w:rPr>
              <w:t>caz</w:t>
            </w:r>
            <w:proofErr w:type="spellEnd"/>
          </w:p>
        </w:tc>
        <w:tc>
          <w:tcPr>
            <w:tcW w:w="931" w:type="pct"/>
            <w:tcMar>
              <w:top w:w="68" w:type="dxa"/>
              <w:left w:w="78" w:type="dxa"/>
              <w:bottom w:w="68" w:type="dxa"/>
              <w:right w:w="78" w:type="dxa"/>
            </w:tcMar>
          </w:tcPr>
          <w:p w14:paraId="445F8D30" w14:textId="77777777" w:rsidR="00690563" w:rsidRDefault="00690563" w:rsidP="00690563">
            <w:proofErr w:type="spellStart"/>
            <w:r>
              <w:rPr>
                <w:color w:val="263238"/>
                <w:sz w:val="14"/>
              </w:rPr>
              <w:t>risc</w:t>
            </w:r>
            <w:proofErr w:type="spellEnd"/>
            <w:r>
              <w:rPr>
                <w:color w:val="263238"/>
                <w:sz w:val="14"/>
              </w:rPr>
              <w:t xml:space="preserve">, </w:t>
            </w:r>
            <w:proofErr w:type="spellStart"/>
            <w:r>
              <w:rPr>
                <w:color w:val="263238"/>
                <w:sz w:val="14"/>
              </w:rPr>
              <w:t>resurse</w:t>
            </w:r>
            <w:proofErr w:type="spellEnd"/>
            <w:r>
              <w:rPr>
                <w:color w:val="263238"/>
                <w:sz w:val="14"/>
              </w:rPr>
              <w:t xml:space="preserve">, </w:t>
            </w:r>
            <w:proofErr w:type="spellStart"/>
            <w:r>
              <w:rPr>
                <w:color w:val="263238"/>
                <w:sz w:val="14"/>
              </w:rPr>
              <w:t>apă</w:t>
            </w:r>
            <w:proofErr w:type="spellEnd"/>
            <w:r>
              <w:rPr>
                <w:color w:val="263238"/>
                <w:sz w:val="14"/>
              </w:rPr>
              <w:t xml:space="preserve">, </w:t>
            </w:r>
            <w:proofErr w:type="spellStart"/>
            <w:r>
              <w:rPr>
                <w:color w:val="263238"/>
                <w:sz w:val="14"/>
              </w:rPr>
              <w:t>degradare</w:t>
            </w:r>
            <w:proofErr w:type="spellEnd"/>
          </w:p>
        </w:tc>
        <w:tc>
          <w:tcPr>
            <w:tcW w:w="1235" w:type="pct"/>
            <w:tcMar>
              <w:top w:w="68" w:type="dxa"/>
              <w:left w:w="78" w:type="dxa"/>
              <w:bottom w:w="68" w:type="dxa"/>
              <w:right w:w="78" w:type="dxa"/>
            </w:tcMar>
          </w:tcPr>
          <w:p w14:paraId="20B84F71" w14:textId="77777777" w:rsidR="00690563" w:rsidRDefault="00690563" w:rsidP="00690563">
            <w:proofErr w:type="spellStart"/>
            <w:r>
              <w:rPr>
                <w:color w:val="263238"/>
                <w:sz w:val="14"/>
              </w:rPr>
              <w:t>caz</w:t>
            </w:r>
            <w:proofErr w:type="spellEnd"/>
            <w:r>
              <w:rPr>
                <w:color w:val="263238"/>
                <w:sz w:val="14"/>
              </w:rPr>
              <w:t xml:space="preserve"> real + </w:t>
            </w:r>
            <w:proofErr w:type="spellStart"/>
            <w:r>
              <w:rPr>
                <w:color w:val="263238"/>
                <w:sz w:val="14"/>
              </w:rPr>
              <w:t>surse</w:t>
            </w:r>
            <w:proofErr w:type="spellEnd"/>
            <w:r>
              <w:rPr>
                <w:color w:val="263238"/>
                <w:sz w:val="14"/>
              </w:rPr>
              <w:t xml:space="preserve"> + </w:t>
            </w:r>
            <w:proofErr w:type="spellStart"/>
            <w:r>
              <w:rPr>
                <w:color w:val="263238"/>
                <w:sz w:val="14"/>
              </w:rPr>
              <w:t>criterii</w:t>
            </w:r>
            <w:proofErr w:type="spellEnd"/>
          </w:p>
        </w:tc>
        <w:tc>
          <w:tcPr>
            <w:tcW w:w="972" w:type="pct"/>
            <w:tcMar>
              <w:top w:w="68" w:type="dxa"/>
              <w:left w:w="78" w:type="dxa"/>
              <w:bottom w:w="68" w:type="dxa"/>
              <w:right w:w="78" w:type="dxa"/>
            </w:tcMar>
          </w:tcPr>
          <w:p w14:paraId="59CC7632" w14:textId="77777777" w:rsidR="00690563" w:rsidRDefault="00690563" w:rsidP="00690563">
            <w:proofErr w:type="spellStart"/>
            <w:r>
              <w:rPr>
                <w:color w:val="263238"/>
                <w:sz w:val="14"/>
              </w:rPr>
              <w:t>transferă</w:t>
            </w:r>
            <w:proofErr w:type="spellEnd"/>
            <w:r>
              <w:rPr>
                <w:color w:val="263238"/>
                <w:sz w:val="14"/>
              </w:rPr>
              <w:t xml:space="preserve"> </w:t>
            </w:r>
            <w:proofErr w:type="spellStart"/>
            <w:r>
              <w:rPr>
                <w:color w:val="263238"/>
                <w:sz w:val="14"/>
              </w:rPr>
              <w:t>conceptul</w:t>
            </w:r>
            <w:proofErr w:type="spellEnd"/>
            <w:r>
              <w:rPr>
                <w:color w:val="263238"/>
                <w:sz w:val="14"/>
              </w:rPr>
              <w:t xml:space="preserve"> </w:t>
            </w:r>
            <w:proofErr w:type="spellStart"/>
            <w:r>
              <w:rPr>
                <w:color w:val="263238"/>
                <w:sz w:val="14"/>
              </w:rPr>
              <w:t>într</w:t>
            </w:r>
            <w:proofErr w:type="spellEnd"/>
            <w:r>
              <w:rPr>
                <w:color w:val="263238"/>
                <w:sz w:val="14"/>
              </w:rPr>
              <w:t xml:space="preserve">-un alt </w:t>
            </w:r>
            <w:proofErr w:type="spellStart"/>
            <w:r>
              <w:rPr>
                <w:color w:val="263238"/>
                <w:sz w:val="14"/>
              </w:rPr>
              <w:t>caz</w:t>
            </w:r>
            <w:proofErr w:type="spellEnd"/>
          </w:p>
        </w:tc>
      </w:tr>
      <w:tr w:rsidR="00690563" w:rsidRPr="00E14EE9" w14:paraId="18BF55C6" w14:textId="77777777" w:rsidTr="00690563">
        <w:trPr>
          <w:jc w:val="center"/>
        </w:trPr>
        <w:tc>
          <w:tcPr>
            <w:tcW w:w="1862" w:type="pct"/>
            <w:shd w:val="clear" w:color="auto" w:fill="F8FAFA"/>
            <w:tcMar>
              <w:top w:w="68" w:type="dxa"/>
              <w:left w:w="78" w:type="dxa"/>
              <w:bottom w:w="68" w:type="dxa"/>
              <w:right w:w="78" w:type="dxa"/>
            </w:tcMar>
          </w:tcPr>
          <w:p w14:paraId="750DB732" w14:textId="3BE073F5" w:rsidR="00690563" w:rsidRDefault="00690563" w:rsidP="00690563">
            <w:r>
              <w:rPr>
                <w:color w:val="263238"/>
                <w:sz w:val="14"/>
              </w:rPr>
              <w:t>GIS/</w:t>
            </w:r>
            <w:proofErr w:type="spellStart"/>
            <w:r>
              <w:rPr>
                <w:color w:val="263238"/>
                <w:sz w:val="14"/>
              </w:rPr>
              <w:t>hartă</w:t>
            </w:r>
            <w:proofErr w:type="spellEnd"/>
            <w:r>
              <w:rPr>
                <w:color w:val="263238"/>
                <w:sz w:val="14"/>
              </w:rPr>
              <w:t xml:space="preserve"> </w:t>
            </w:r>
            <w:proofErr w:type="spellStart"/>
            <w:r>
              <w:rPr>
                <w:color w:val="263238"/>
                <w:sz w:val="14"/>
              </w:rPr>
              <w:t>digital</w:t>
            </w:r>
            <w:r w:rsidR="00D150A6">
              <w:rPr>
                <w:color w:val="263238"/>
                <w:sz w:val="14"/>
              </w:rPr>
              <w:t>ă</w:t>
            </w:r>
            <w:proofErr w:type="spellEnd"/>
          </w:p>
        </w:tc>
        <w:tc>
          <w:tcPr>
            <w:tcW w:w="931" w:type="pct"/>
            <w:shd w:val="clear" w:color="auto" w:fill="F8FAFA"/>
            <w:tcMar>
              <w:top w:w="68" w:type="dxa"/>
              <w:left w:w="78" w:type="dxa"/>
              <w:bottom w:w="68" w:type="dxa"/>
              <w:right w:w="78" w:type="dxa"/>
            </w:tcMar>
          </w:tcPr>
          <w:p w14:paraId="2A39F7A5" w14:textId="77777777" w:rsidR="00690563" w:rsidRDefault="00690563" w:rsidP="00690563">
            <w:proofErr w:type="spellStart"/>
            <w:r>
              <w:rPr>
                <w:color w:val="263238"/>
                <w:sz w:val="14"/>
              </w:rPr>
              <w:t>distribuții</w:t>
            </w:r>
            <w:proofErr w:type="spellEnd"/>
            <w:r>
              <w:rPr>
                <w:color w:val="263238"/>
                <w:sz w:val="14"/>
              </w:rPr>
              <w:t xml:space="preserve">, </w:t>
            </w:r>
            <w:proofErr w:type="spellStart"/>
            <w:r>
              <w:rPr>
                <w:color w:val="263238"/>
                <w:sz w:val="14"/>
              </w:rPr>
              <w:t>relații</w:t>
            </w:r>
            <w:proofErr w:type="spellEnd"/>
            <w:r>
              <w:rPr>
                <w:color w:val="263238"/>
                <w:sz w:val="14"/>
              </w:rPr>
              <w:t xml:space="preserve">, </w:t>
            </w:r>
            <w:proofErr w:type="spellStart"/>
            <w:r>
              <w:rPr>
                <w:color w:val="263238"/>
                <w:sz w:val="14"/>
              </w:rPr>
              <w:t>schimbări</w:t>
            </w:r>
            <w:proofErr w:type="spellEnd"/>
          </w:p>
        </w:tc>
        <w:tc>
          <w:tcPr>
            <w:tcW w:w="1235" w:type="pct"/>
            <w:shd w:val="clear" w:color="auto" w:fill="F8FAFA"/>
            <w:tcMar>
              <w:top w:w="68" w:type="dxa"/>
              <w:left w:w="78" w:type="dxa"/>
              <w:bottom w:w="68" w:type="dxa"/>
              <w:right w:w="78" w:type="dxa"/>
            </w:tcMar>
          </w:tcPr>
          <w:p w14:paraId="0CDE3FCC" w14:textId="77777777" w:rsidR="00690563" w:rsidRDefault="00690563" w:rsidP="00690563">
            <w:proofErr w:type="spellStart"/>
            <w:r>
              <w:rPr>
                <w:color w:val="263238"/>
                <w:sz w:val="14"/>
              </w:rPr>
              <w:t>straturi</w:t>
            </w:r>
            <w:proofErr w:type="spellEnd"/>
            <w:r>
              <w:rPr>
                <w:color w:val="263238"/>
                <w:sz w:val="14"/>
              </w:rPr>
              <w:t xml:space="preserve">, </w:t>
            </w:r>
            <w:proofErr w:type="spellStart"/>
            <w:r>
              <w:rPr>
                <w:color w:val="263238"/>
                <w:sz w:val="14"/>
              </w:rPr>
              <w:t>măsurare</w:t>
            </w:r>
            <w:proofErr w:type="spellEnd"/>
            <w:r>
              <w:rPr>
                <w:color w:val="263238"/>
                <w:sz w:val="14"/>
              </w:rPr>
              <w:t xml:space="preserve">, </w:t>
            </w:r>
            <w:proofErr w:type="spellStart"/>
            <w:r>
              <w:rPr>
                <w:color w:val="263238"/>
                <w:sz w:val="14"/>
              </w:rPr>
              <w:t>comparație</w:t>
            </w:r>
            <w:proofErr w:type="spellEnd"/>
            <w:r>
              <w:rPr>
                <w:color w:val="263238"/>
                <w:sz w:val="14"/>
              </w:rPr>
              <w:t xml:space="preserve"> </w:t>
            </w:r>
            <w:proofErr w:type="spellStart"/>
            <w:r>
              <w:rPr>
                <w:color w:val="263238"/>
                <w:sz w:val="14"/>
              </w:rPr>
              <w:t>temporală</w:t>
            </w:r>
            <w:proofErr w:type="spellEnd"/>
          </w:p>
        </w:tc>
        <w:tc>
          <w:tcPr>
            <w:tcW w:w="972" w:type="pct"/>
            <w:shd w:val="clear" w:color="auto" w:fill="F8FAFA"/>
            <w:tcMar>
              <w:top w:w="68" w:type="dxa"/>
              <w:left w:w="78" w:type="dxa"/>
              <w:bottom w:w="68" w:type="dxa"/>
              <w:right w:w="78" w:type="dxa"/>
            </w:tcMar>
          </w:tcPr>
          <w:p w14:paraId="45423A31" w14:textId="77777777" w:rsidR="00690563" w:rsidRPr="00E14EE9" w:rsidRDefault="00690563" w:rsidP="00690563">
            <w:pPr>
              <w:rPr>
                <w:lang w:val="it-CH"/>
              </w:rPr>
            </w:pPr>
            <w:r w:rsidRPr="00E14EE9">
              <w:rPr>
                <w:color w:val="263238"/>
                <w:sz w:val="14"/>
                <w:lang w:val="it-CH"/>
              </w:rPr>
              <w:t>poate explica rezultatul fără interfață</w:t>
            </w:r>
          </w:p>
        </w:tc>
      </w:tr>
      <w:tr w:rsidR="00690563" w:rsidRPr="00E14EE9" w14:paraId="3883AD15" w14:textId="77777777" w:rsidTr="00690563">
        <w:trPr>
          <w:jc w:val="center"/>
        </w:trPr>
        <w:tc>
          <w:tcPr>
            <w:tcW w:w="1862" w:type="pct"/>
            <w:tcMar>
              <w:top w:w="68" w:type="dxa"/>
              <w:left w:w="78" w:type="dxa"/>
              <w:bottom w:w="68" w:type="dxa"/>
              <w:right w:w="78" w:type="dxa"/>
            </w:tcMar>
          </w:tcPr>
          <w:p w14:paraId="7F4A5CF3" w14:textId="24DA1122" w:rsidR="00690563" w:rsidRDefault="006D69A3" w:rsidP="00690563">
            <w:proofErr w:type="spellStart"/>
            <w:r>
              <w:rPr>
                <w:color w:val="263238"/>
                <w:sz w:val="14"/>
              </w:rPr>
              <w:t>aplicație</w:t>
            </w:r>
            <w:proofErr w:type="spellEnd"/>
            <w:r>
              <w:rPr>
                <w:color w:val="263238"/>
                <w:sz w:val="14"/>
              </w:rPr>
              <w:t xml:space="preserve"> </w:t>
            </w:r>
            <w:proofErr w:type="spellStart"/>
            <w:r>
              <w:rPr>
                <w:color w:val="263238"/>
                <w:sz w:val="14"/>
              </w:rPr>
              <w:t>practică</w:t>
            </w:r>
            <w:proofErr w:type="spellEnd"/>
            <w:r>
              <w:rPr>
                <w:color w:val="263238"/>
                <w:sz w:val="14"/>
              </w:rPr>
              <w:t xml:space="preserve"> pe </w:t>
            </w:r>
            <w:proofErr w:type="spellStart"/>
            <w:r>
              <w:rPr>
                <w:color w:val="263238"/>
                <w:sz w:val="14"/>
              </w:rPr>
              <w:t>t</w:t>
            </w:r>
            <w:r w:rsidR="00690563">
              <w:rPr>
                <w:color w:val="263238"/>
                <w:sz w:val="14"/>
              </w:rPr>
              <w:t>eren</w:t>
            </w:r>
            <w:proofErr w:type="spellEnd"/>
          </w:p>
        </w:tc>
        <w:tc>
          <w:tcPr>
            <w:tcW w:w="931" w:type="pct"/>
            <w:tcMar>
              <w:top w:w="68" w:type="dxa"/>
              <w:left w:w="78" w:type="dxa"/>
              <w:bottom w:w="68" w:type="dxa"/>
              <w:right w:w="78" w:type="dxa"/>
            </w:tcMar>
          </w:tcPr>
          <w:p w14:paraId="62DCD62E" w14:textId="77777777" w:rsidR="00690563" w:rsidRDefault="00690563" w:rsidP="00690563">
            <w:proofErr w:type="spellStart"/>
            <w:r>
              <w:rPr>
                <w:color w:val="263238"/>
                <w:sz w:val="14"/>
              </w:rPr>
              <w:t>orizont</w:t>
            </w:r>
            <w:proofErr w:type="spellEnd"/>
            <w:r>
              <w:rPr>
                <w:color w:val="263238"/>
                <w:sz w:val="14"/>
              </w:rPr>
              <w:t xml:space="preserve"> local</w:t>
            </w:r>
          </w:p>
        </w:tc>
        <w:tc>
          <w:tcPr>
            <w:tcW w:w="1235" w:type="pct"/>
            <w:tcMar>
              <w:top w:w="68" w:type="dxa"/>
              <w:left w:w="78" w:type="dxa"/>
              <w:bottom w:w="68" w:type="dxa"/>
              <w:right w:w="78" w:type="dxa"/>
            </w:tcMar>
          </w:tcPr>
          <w:p w14:paraId="4D117EF2" w14:textId="77777777" w:rsidR="00690563" w:rsidRDefault="00690563" w:rsidP="00690563">
            <w:proofErr w:type="spellStart"/>
            <w:r>
              <w:rPr>
                <w:color w:val="263238"/>
                <w:sz w:val="14"/>
              </w:rPr>
              <w:t>traseu</w:t>
            </w:r>
            <w:proofErr w:type="spellEnd"/>
            <w:r>
              <w:rPr>
                <w:color w:val="263238"/>
                <w:sz w:val="14"/>
              </w:rPr>
              <w:t xml:space="preserve"> + </w:t>
            </w:r>
            <w:proofErr w:type="spellStart"/>
            <w:r>
              <w:rPr>
                <w:color w:val="263238"/>
                <w:sz w:val="14"/>
              </w:rPr>
              <w:t>observație</w:t>
            </w:r>
            <w:proofErr w:type="spellEnd"/>
            <w:r>
              <w:rPr>
                <w:color w:val="263238"/>
                <w:sz w:val="14"/>
              </w:rPr>
              <w:t xml:space="preserve"> + </w:t>
            </w:r>
            <w:proofErr w:type="spellStart"/>
            <w:r>
              <w:rPr>
                <w:color w:val="263238"/>
                <w:sz w:val="14"/>
              </w:rPr>
              <w:t>localizare</w:t>
            </w:r>
            <w:proofErr w:type="spellEnd"/>
            <w:r>
              <w:rPr>
                <w:color w:val="263238"/>
                <w:sz w:val="14"/>
              </w:rPr>
              <w:t xml:space="preserve"> + date</w:t>
            </w:r>
          </w:p>
        </w:tc>
        <w:tc>
          <w:tcPr>
            <w:tcW w:w="972" w:type="pct"/>
            <w:tcMar>
              <w:top w:w="68" w:type="dxa"/>
              <w:left w:w="78" w:type="dxa"/>
              <w:bottom w:w="68" w:type="dxa"/>
              <w:right w:w="78" w:type="dxa"/>
            </w:tcMar>
          </w:tcPr>
          <w:p w14:paraId="333FFAC2" w14:textId="77777777" w:rsidR="00690563" w:rsidRPr="00E14EE9" w:rsidRDefault="00690563" w:rsidP="00690563">
            <w:pPr>
              <w:rPr>
                <w:lang w:val="it-CH"/>
              </w:rPr>
            </w:pPr>
            <w:r w:rsidRPr="00E14EE9">
              <w:rPr>
                <w:color w:val="263238"/>
                <w:sz w:val="14"/>
                <w:lang w:val="it-CH"/>
              </w:rPr>
              <w:t>datele sunt comparabile și relevante</w:t>
            </w:r>
          </w:p>
        </w:tc>
      </w:tr>
      <w:tr w:rsidR="00690563" w14:paraId="4F4A4541" w14:textId="77777777" w:rsidTr="00690563">
        <w:trPr>
          <w:jc w:val="center"/>
        </w:trPr>
        <w:tc>
          <w:tcPr>
            <w:tcW w:w="1862" w:type="pct"/>
            <w:shd w:val="clear" w:color="auto" w:fill="F8FAFA"/>
            <w:tcMar>
              <w:top w:w="68" w:type="dxa"/>
              <w:left w:w="78" w:type="dxa"/>
              <w:bottom w:w="68" w:type="dxa"/>
              <w:right w:w="78" w:type="dxa"/>
            </w:tcMar>
          </w:tcPr>
          <w:p w14:paraId="2E93D8D8" w14:textId="77777777" w:rsidR="00690563" w:rsidRDefault="00690563" w:rsidP="00690563">
            <w:proofErr w:type="spellStart"/>
            <w:r>
              <w:rPr>
                <w:color w:val="263238"/>
                <w:sz w:val="14"/>
              </w:rPr>
              <w:t>modelare</w:t>
            </w:r>
            <w:proofErr w:type="spellEnd"/>
            <w:r>
              <w:rPr>
                <w:color w:val="263238"/>
                <w:sz w:val="14"/>
              </w:rPr>
              <w:t>/</w:t>
            </w:r>
            <w:proofErr w:type="spellStart"/>
            <w:r>
              <w:rPr>
                <w:color w:val="263238"/>
                <w:sz w:val="14"/>
              </w:rPr>
              <w:t>simulare</w:t>
            </w:r>
            <w:proofErr w:type="spellEnd"/>
          </w:p>
        </w:tc>
        <w:tc>
          <w:tcPr>
            <w:tcW w:w="931" w:type="pct"/>
            <w:shd w:val="clear" w:color="auto" w:fill="F8FAFA"/>
            <w:tcMar>
              <w:top w:w="68" w:type="dxa"/>
              <w:left w:w="78" w:type="dxa"/>
              <w:bottom w:w="68" w:type="dxa"/>
              <w:right w:w="78" w:type="dxa"/>
            </w:tcMar>
          </w:tcPr>
          <w:p w14:paraId="78F2A49E" w14:textId="77777777" w:rsidR="00690563" w:rsidRDefault="00690563" w:rsidP="00690563">
            <w:proofErr w:type="spellStart"/>
            <w:r>
              <w:rPr>
                <w:color w:val="263238"/>
                <w:sz w:val="14"/>
              </w:rPr>
              <w:t>procese</w:t>
            </w:r>
            <w:proofErr w:type="spellEnd"/>
            <w:r>
              <w:rPr>
                <w:color w:val="263238"/>
                <w:sz w:val="14"/>
              </w:rPr>
              <w:t xml:space="preserve"> </w:t>
            </w:r>
            <w:proofErr w:type="spellStart"/>
            <w:r>
              <w:rPr>
                <w:color w:val="263238"/>
                <w:sz w:val="14"/>
              </w:rPr>
              <w:t>greu</w:t>
            </w:r>
            <w:proofErr w:type="spellEnd"/>
            <w:r>
              <w:rPr>
                <w:color w:val="263238"/>
                <w:sz w:val="14"/>
              </w:rPr>
              <w:t xml:space="preserve"> </w:t>
            </w:r>
            <w:proofErr w:type="spellStart"/>
            <w:r>
              <w:rPr>
                <w:color w:val="263238"/>
                <w:sz w:val="14"/>
              </w:rPr>
              <w:t>observabile</w:t>
            </w:r>
            <w:proofErr w:type="spellEnd"/>
            <w:r>
              <w:rPr>
                <w:color w:val="263238"/>
                <w:sz w:val="14"/>
              </w:rPr>
              <w:t xml:space="preserve"> direct</w:t>
            </w:r>
          </w:p>
        </w:tc>
        <w:tc>
          <w:tcPr>
            <w:tcW w:w="1235" w:type="pct"/>
            <w:shd w:val="clear" w:color="auto" w:fill="F8FAFA"/>
            <w:tcMar>
              <w:top w:w="68" w:type="dxa"/>
              <w:left w:w="78" w:type="dxa"/>
              <w:bottom w:w="68" w:type="dxa"/>
              <w:right w:w="78" w:type="dxa"/>
            </w:tcMar>
          </w:tcPr>
          <w:p w14:paraId="0FA22C8D" w14:textId="77777777" w:rsidR="00690563" w:rsidRDefault="00690563" w:rsidP="00690563">
            <w:r>
              <w:rPr>
                <w:color w:val="263238"/>
                <w:sz w:val="14"/>
              </w:rPr>
              <w:t xml:space="preserve">model + </w:t>
            </w:r>
            <w:proofErr w:type="spellStart"/>
            <w:r>
              <w:rPr>
                <w:color w:val="263238"/>
                <w:sz w:val="14"/>
              </w:rPr>
              <w:t>predicție</w:t>
            </w:r>
            <w:proofErr w:type="spellEnd"/>
            <w:r>
              <w:rPr>
                <w:color w:val="263238"/>
                <w:sz w:val="14"/>
              </w:rPr>
              <w:t xml:space="preserve"> + </w:t>
            </w:r>
            <w:proofErr w:type="spellStart"/>
            <w:r>
              <w:rPr>
                <w:color w:val="263238"/>
                <w:sz w:val="14"/>
              </w:rPr>
              <w:t>verificare</w:t>
            </w:r>
            <w:proofErr w:type="spellEnd"/>
          </w:p>
        </w:tc>
        <w:tc>
          <w:tcPr>
            <w:tcW w:w="972" w:type="pct"/>
            <w:shd w:val="clear" w:color="auto" w:fill="F8FAFA"/>
            <w:tcMar>
              <w:top w:w="68" w:type="dxa"/>
              <w:left w:w="78" w:type="dxa"/>
              <w:bottom w:w="68" w:type="dxa"/>
              <w:right w:w="78" w:type="dxa"/>
            </w:tcMar>
          </w:tcPr>
          <w:p w14:paraId="5B93C71B" w14:textId="77777777" w:rsidR="00690563" w:rsidRDefault="00690563" w:rsidP="00690563">
            <w:proofErr w:type="spellStart"/>
            <w:r>
              <w:rPr>
                <w:color w:val="263238"/>
                <w:sz w:val="14"/>
              </w:rPr>
              <w:t>spune</w:t>
            </w:r>
            <w:proofErr w:type="spellEnd"/>
            <w:r>
              <w:rPr>
                <w:color w:val="263238"/>
                <w:sz w:val="14"/>
              </w:rPr>
              <w:t xml:space="preserve"> </w:t>
            </w:r>
            <w:proofErr w:type="spellStart"/>
            <w:r>
              <w:rPr>
                <w:color w:val="263238"/>
                <w:sz w:val="14"/>
              </w:rPr>
              <w:t>ce</w:t>
            </w:r>
            <w:proofErr w:type="spellEnd"/>
            <w:r>
              <w:rPr>
                <w:color w:val="263238"/>
                <w:sz w:val="14"/>
              </w:rPr>
              <w:t xml:space="preserve"> </w:t>
            </w:r>
            <w:proofErr w:type="spellStart"/>
            <w:r>
              <w:rPr>
                <w:color w:val="263238"/>
                <w:sz w:val="14"/>
              </w:rPr>
              <w:t>explică</w:t>
            </w:r>
            <w:proofErr w:type="spellEnd"/>
            <w:r>
              <w:rPr>
                <w:color w:val="263238"/>
                <w:sz w:val="14"/>
              </w:rPr>
              <w:t xml:space="preserve"> </w:t>
            </w:r>
            <w:proofErr w:type="spellStart"/>
            <w:r>
              <w:rPr>
                <w:color w:val="263238"/>
                <w:sz w:val="14"/>
              </w:rPr>
              <w:t>și</w:t>
            </w:r>
            <w:proofErr w:type="spellEnd"/>
            <w:r>
              <w:rPr>
                <w:color w:val="263238"/>
                <w:sz w:val="14"/>
              </w:rPr>
              <w:t xml:space="preserve"> </w:t>
            </w:r>
            <w:proofErr w:type="spellStart"/>
            <w:r>
              <w:rPr>
                <w:color w:val="263238"/>
                <w:sz w:val="14"/>
              </w:rPr>
              <w:t>ce</w:t>
            </w:r>
            <w:proofErr w:type="spellEnd"/>
            <w:r>
              <w:rPr>
                <w:color w:val="263238"/>
                <w:sz w:val="14"/>
              </w:rPr>
              <w:t xml:space="preserve"> nu </w:t>
            </w:r>
            <w:proofErr w:type="spellStart"/>
            <w:r>
              <w:rPr>
                <w:color w:val="263238"/>
                <w:sz w:val="14"/>
              </w:rPr>
              <w:t>explică</w:t>
            </w:r>
            <w:proofErr w:type="spellEnd"/>
          </w:p>
        </w:tc>
      </w:tr>
      <w:tr w:rsidR="00690563" w14:paraId="3D72C5F5" w14:textId="77777777" w:rsidTr="00690563">
        <w:trPr>
          <w:jc w:val="center"/>
        </w:trPr>
        <w:tc>
          <w:tcPr>
            <w:tcW w:w="1862" w:type="pct"/>
            <w:tcMar>
              <w:top w:w="68" w:type="dxa"/>
              <w:left w:w="78" w:type="dxa"/>
              <w:bottom w:w="68" w:type="dxa"/>
              <w:right w:w="78" w:type="dxa"/>
            </w:tcMar>
          </w:tcPr>
          <w:p w14:paraId="6F4F9E69" w14:textId="3DE22EA1" w:rsidR="00690563" w:rsidRDefault="00690563" w:rsidP="00690563">
            <w:proofErr w:type="spellStart"/>
            <w:r>
              <w:rPr>
                <w:color w:val="263238"/>
                <w:sz w:val="14"/>
              </w:rPr>
              <w:t>dezbatere</w:t>
            </w:r>
            <w:proofErr w:type="spellEnd"/>
            <w:r>
              <w:rPr>
                <w:color w:val="263238"/>
                <w:sz w:val="14"/>
              </w:rPr>
              <w:t xml:space="preserve"> </w:t>
            </w:r>
            <w:r w:rsidR="009D6575">
              <w:rPr>
                <w:color w:val="263238"/>
                <w:sz w:val="14"/>
              </w:rPr>
              <w:t xml:space="preserve">pe </w:t>
            </w:r>
            <w:proofErr w:type="spellStart"/>
            <w:r w:rsidR="009D6575">
              <w:rPr>
                <w:color w:val="263238"/>
                <w:sz w:val="14"/>
              </w:rPr>
              <w:t>teme</w:t>
            </w:r>
            <w:proofErr w:type="spellEnd"/>
            <w:r w:rsidR="009D6575">
              <w:rPr>
                <w:color w:val="263238"/>
                <w:sz w:val="14"/>
              </w:rPr>
              <w:t xml:space="preserve"> </w:t>
            </w:r>
            <w:proofErr w:type="spellStart"/>
            <w:r>
              <w:rPr>
                <w:color w:val="263238"/>
                <w:sz w:val="14"/>
              </w:rPr>
              <w:t>geografic</w:t>
            </w:r>
            <w:r w:rsidR="009D6575">
              <w:rPr>
                <w:color w:val="263238"/>
                <w:sz w:val="14"/>
              </w:rPr>
              <w:t>e</w:t>
            </w:r>
            <w:proofErr w:type="spellEnd"/>
          </w:p>
        </w:tc>
        <w:tc>
          <w:tcPr>
            <w:tcW w:w="931" w:type="pct"/>
            <w:tcMar>
              <w:top w:w="68" w:type="dxa"/>
              <w:left w:w="78" w:type="dxa"/>
              <w:bottom w:w="68" w:type="dxa"/>
              <w:right w:w="78" w:type="dxa"/>
            </w:tcMar>
          </w:tcPr>
          <w:p w14:paraId="5C7D0D24" w14:textId="77777777" w:rsidR="00690563" w:rsidRDefault="00690563" w:rsidP="00690563">
            <w:proofErr w:type="spellStart"/>
            <w:r>
              <w:rPr>
                <w:color w:val="263238"/>
                <w:sz w:val="14"/>
              </w:rPr>
              <w:t>resurse</w:t>
            </w:r>
            <w:proofErr w:type="spellEnd"/>
            <w:r>
              <w:rPr>
                <w:color w:val="263238"/>
                <w:sz w:val="14"/>
              </w:rPr>
              <w:t xml:space="preserve">, </w:t>
            </w:r>
            <w:proofErr w:type="spellStart"/>
            <w:r>
              <w:rPr>
                <w:color w:val="263238"/>
                <w:sz w:val="14"/>
              </w:rPr>
              <w:t>risc</w:t>
            </w:r>
            <w:proofErr w:type="spellEnd"/>
            <w:r>
              <w:rPr>
                <w:color w:val="263238"/>
                <w:sz w:val="14"/>
              </w:rPr>
              <w:t xml:space="preserve">, </w:t>
            </w:r>
            <w:proofErr w:type="spellStart"/>
            <w:r>
              <w:rPr>
                <w:color w:val="263238"/>
                <w:sz w:val="14"/>
              </w:rPr>
              <w:t>sustenabilitate</w:t>
            </w:r>
            <w:proofErr w:type="spellEnd"/>
          </w:p>
        </w:tc>
        <w:tc>
          <w:tcPr>
            <w:tcW w:w="1235" w:type="pct"/>
            <w:tcMar>
              <w:top w:w="68" w:type="dxa"/>
              <w:left w:w="78" w:type="dxa"/>
              <w:bottom w:w="68" w:type="dxa"/>
              <w:right w:w="78" w:type="dxa"/>
            </w:tcMar>
          </w:tcPr>
          <w:p w14:paraId="446E069A" w14:textId="77777777" w:rsidR="00690563" w:rsidRDefault="00690563" w:rsidP="00690563">
            <w:proofErr w:type="spellStart"/>
            <w:r>
              <w:rPr>
                <w:color w:val="263238"/>
                <w:sz w:val="14"/>
              </w:rPr>
              <w:t>poziții</w:t>
            </w:r>
            <w:proofErr w:type="spellEnd"/>
            <w:r>
              <w:rPr>
                <w:color w:val="263238"/>
                <w:sz w:val="14"/>
              </w:rPr>
              <w:t xml:space="preserve"> </w:t>
            </w:r>
            <w:proofErr w:type="spellStart"/>
            <w:r>
              <w:rPr>
                <w:color w:val="263238"/>
                <w:sz w:val="14"/>
              </w:rPr>
              <w:t>susținute</w:t>
            </w:r>
            <w:proofErr w:type="spellEnd"/>
            <w:r>
              <w:rPr>
                <w:color w:val="263238"/>
                <w:sz w:val="14"/>
              </w:rPr>
              <w:t xml:space="preserve"> </w:t>
            </w:r>
            <w:proofErr w:type="spellStart"/>
            <w:r>
              <w:rPr>
                <w:color w:val="263238"/>
                <w:sz w:val="14"/>
              </w:rPr>
              <w:t>prin</w:t>
            </w:r>
            <w:proofErr w:type="spellEnd"/>
            <w:r>
              <w:rPr>
                <w:color w:val="263238"/>
                <w:sz w:val="14"/>
              </w:rPr>
              <w:t xml:space="preserve"> date/</w:t>
            </w:r>
            <w:proofErr w:type="spellStart"/>
            <w:r>
              <w:rPr>
                <w:color w:val="263238"/>
                <w:sz w:val="14"/>
              </w:rPr>
              <w:t>hărți</w:t>
            </w:r>
            <w:proofErr w:type="spellEnd"/>
          </w:p>
        </w:tc>
        <w:tc>
          <w:tcPr>
            <w:tcW w:w="972" w:type="pct"/>
            <w:tcMar>
              <w:top w:w="68" w:type="dxa"/>
              <w:left w:w="78" w:type="dxa"/>
              <w:bottom w:w="68" w:type="dxa"/>
              <w:right w:w="78" w:type="dxa"/>
            </w:tcMar>
          </w:tcPr>
          <w:p w14:paraId="4C002AB2" w14:textId="77777777" w:rsidR="00690563" w:rsidRDefault="00690563" w:rsidP="00690563">
            <w:proofErr w:type="spellStart"/>
            <w:r>
              <w:rPr>
                <w:color w:val="263238"/>
                <w:sz w:val="14"/>
              </w:rPr>
              <w:t>argumentul</w:t>
            </w:r>
            <w:proofErr w:type="spellEnd"/>
            <w:r>
              <w:rPr>
                <w:color w:val="263238"/>
                <w:sz w:val="14"/>
              </w:rPr>
              <w:t xml:space="preserve"> </w:t>
            </w:r>
            <w:proofErr w:type="spellStart"/>
            <w:r>
              <w:rPr>
                <w:color w:val="263238"/>
                <w:sz w:val="14"/>
              </w:rPr>
              <w:t>este</w:t>
            </w:r>
            <w:proofErr w:type="spellEnd"/>
            <w:r>
              <w:rPr>
                <w:color w:val="263238"/>
                <w:sz w:val="14"/>
              </w:rPr>
              <w:t xml:space="preserve"> </w:t>
            </w:r>
            <w:proofErr w:type="spellStart"/>
            <w:r>
              <w:rPr>
                <w:color w:val="263238"/>
                <w:sz w:val="14"/>
              </w:rPr>
              <w:t>geografic</w:t>
            </w:r>
            <w:proofErr w:type="spellEnd"/>
            <w:r>
              <w:rPr>
                <w:color w:val="263238"/>
                <w:sz w:val="14"/>
              </w:rPr>
              <w:t xml:space="preserve">, nu </w:t>
            </w:r>
            <w:proofErr w:type="spellStart"/>
            <w:r>
              <w:rPr>
                <w:color w:val="263238"/>
                <w:sz w:val="14"/>
              </w:rPr>
              <w:t>doar</w:t>
            </w:r>
            <w:proofErr w:type="spellEnd"/>
            <w:r>
              <w:rPr>
                <w:color w:val="263238"/>
                <w:sz w:val="14"/>
              </w:rPr>
              <w:t xml:space="preserve"> </w:t>
            </w:r>
            <w:proofErr w:type="spellStart"/>
            <w:r>
              <w:rPr>
                <w:color w:val="263238"/>
                <w:sz w:val="14"/>
              </w:rPr>
              <w:t>valoric</w:t>
            </w:r>
            <w:proofErr w:type="spellEnd"/>
          </w:p>
        </w:tc>
      </w:tr>
      <w:tr w:rsidR="00690563" w14:paraId="653DD780" w14:textId="77777777" w:rsidTr="00690563">
        <w:trPr>
          <w:jc w:val="center"/>
        </w:trPr>
        <w:tc>
          <w:tcPr>
            <w:tcW w:w="1862" w:type="pct"/>
            <w:shd w:val="clear" w:color="auto" w:fill="F8FAFA"/>
            <w:tcMar>
              <w:top w:w="68" w:type="dxa"/>
              <w:left w:w="78" w:type="dxa"/>
              <w:bottom w:w="68" w:type="dxa"/>
              <w:right w:w="78" w:type="dxa"/>
            </w:tcMar>
          </w:tcPr>
          <w:p w14:paraId="772112EE" w14:textId="346C13AA" w:rsidR="00690563" w:rsidRDefault="006D69A3" w:rsidP="00690563">
            <w:proofErr w:type="spellStart"/>
            <w:r>
              <w:rPr>
                <w:color w:val="263238"/>
                <w:sz w:val="14"/>
              </w:rPr>
              <w:t>p</w:t>
            </w:r>
            <w:r w:rsidR="00690563">
              <w:rPr>
                <w:color w:val="263238"/>
                <w:sz w:val="14"/>
              </w:rPr>
              <w:t>roiect</w:t>
            </w:r>
            <w:proofErr w:type="spellEnd"/>
          </w:p>
        </w:tc>
        <w:tc>
          <w:tcPr>
            <w:tcW w:w="931" w:type="pct"/>
            <w:shd w:val="clear" w:color="auto" w:fill="F8FAFA"/>
            <w:tcMar>
              <w:top w:w="68" w:type="dxa"/>
              <w:left w:w="78" w:type="dxa"/>
              <w:bottom w:w="68" w:type="dxa"/>
              <w:right w:w="78" w:type="dxa"/>
            </w:tcMar>
          </w:tcPr>
          <w:p w14:paraId="4AE026E0" w14:textId="77777777" w:rsidR="00690563" w:rsidRDefault="00690563" w:rsidP="00690563">
            <w:proofErr w:type="spellStart"/>
            <w:r>
              <w:rPr>
                <w:color w:val="263238"/>
                <w:sz w:val="14"/>
              </w:rPr>
              <w:t>problemă</w:t>
            </w:r>
            <w:proofErr w:type="spellEnd"/>
            <w:r>
              <w:rPr>
                <w:color w:val="263238"/>
                <w:sz w:val="14"/>
              </w:rPr>
              <w:t xml:space="preserve"> </w:t>
            </w:r>
            <w:proofErr w:type="spellStart"/>
            <w:r>
              <w:rPr>
                <w:color w:val="263238"/>
                <w:sz w:val="14"/>
              </w:rPr>
              <w:t>complexă</w:t>
            </w:r>
            <w:proofErr w:type="spellEnd"/>
          </w:p>
        </w:tc>
        <w:tc>
          <w:tcPr>
            <w:tcW w:w="1235" w:type="pct"/>
            <w:shd w:val="clear" w:color="auto" w:fill="F8FAFA"/>
            <w:tcMar>
              <w:top w:w="68" w:type="dxa"/>
              <w:left w:w="78" w:type="dxa"/>
              <w:bottom w:w="68" w:type="dxa"/>
              <w:right w:w="78" w:type="dxa"/>
            </w:tcMar>
          </w:tcPr>
          <w:p w14:paraId="1440474E" w14:textId="77777777" w:rsidR="00690563" w:rsidRDefault="00690563" w:rsidP="00690563">
            <w:proofErr w:type="spellStart"/>
            <w:r>
              <w:rPr>
                <w:color w:val="263238"/>
                <w:sz w:val="14"/>
              </w:rPr>
              <w:t>produs</w:t>
            </w:r>
            <w:proofErr w:type="spellEnd"/>
            <w:r>
              <w:rPr>
                <w:color w:val="263238"/>
                <w:sz w:val="14"/>
              </w:rPr>
              <w:t xml:space="preserve"> + </w:t>
            </w:r>
            <w:proofErr w:type="spellStart"/>
            <w:r>
              <w:rPr>
                <w:color w:val="263238"/>
                <w:sz w:val="14"/>
              </w:rPr>
              <w:t>jurnal</w:t>
            </w:r>
            <w:proofErr w:type="spellEnd"/>
            <w:r>
              <w:rPr>
                <w:color w:val="263238"/>
                <w:sz w:val="14"/>
              </w:rPr>
              <w:t xml:space="preserve"> de </w:t>
            </w:r>
            <w:proofErr w:type="spellStart"/>
            <w:r>
              <w:rPr>
                <w:color w:val="263238"/>
                <w:sz w:val="14"/>
              </w:rPr>
              <w:t>proces</w:t>
            </w:r>
            <w:proofErr w:type="spellEnd"/>
            <w:r>
              <w:rPr>
                <w:color w:val="263238"/>
                <w:sz w:val="14"/>
              </w:rPr>
              <w:t xml:space="preserve"> + </w:t>
            </w:r>
            <w:proofErr w:type="spellStart"/>
            <w:r>
              <w:rPr>
                <w:color w:val="263238"/>
                <w:sz w:val="14"/>
              </w:rPr>
              <w:t>revizuire</w:t>
            </w:r>
            <w:proofErr w:type="spellEnd"/>
          </w:p>
        </w:tc>
        <w:tc>
          <w:tcPr>
            <w:tcW w:w="972" w:type="pct"/>
            <w:shd w:val="clear" w:color="auto" w:fill="F8FAFA"/>
            <w:tcMar>
              <w:top w:w="68" w:type="dxa"/>
              <w:left w:w="78" w:type="dxa"/>
              <w:bottom w:w="68" w:type="dxa"/>
              <w:right w:w="78" w:type="dxa"/>
            </w:tcMar>
          </w:tcPr>
          <w:p w14:paraId="00FC2C58" w14:textId="77777777" w:rsidR="00690563" w:rsidRDefault="00690563" w:rsidP="00690563">
            <w:proofErr w:type="spellStart"/>
            <w:r>
              <w:rPr>
                <w:color w:val="263238"/>
                <w:sz w:val="14"/>
              </w:rPr>
              <w:t>produsul</w:t>
            </w:r>
            <w:proofErr w:type="spellEnd"/>
            <w:r>
              <w:rPr>
                <w:color w:val="263238"/>
                <w:sz w:val="14"/>
              </w:rPr>
              <w:t xml:space="preserve"> </w:t>
            </w:r>
            <w:proofErr w:type="spellStart"/>
            <w:r>
              <w:rPr>
                <w:color w:val="263238"/>
                <w:sz w:val="14"/>
              </w:rPr>
              <w:t>răspunde</w:t>
            </w:r>
            <w:proofErr w:type="spellEnd"/>
            <w:r>
              <w:rPr>
                <w:color w:val="263238"/>
                <w:sz w:val="14"/>
              </w:rPr>
              <w:t xml:space="preserve"> </w:t>
            </w:r>
            <w:proofErr w:type="spellStart"/>
            <w:r>
              <w:rPr>
                <w:color w:val="263238"/>
                <w:sz w:val="14"/>
              </w:rPr>
              <w:t>problemei</w:t>
            </w:r>
            <w:proofErr w:type="spellEnd"/>
          </w:p>
        </w:tc>
      </w:tr>
    </w:tbl>
    <w:p w14:paraId="108137CD" w14:textId="77777777" w:rsidR="00690563" w:rsidRDefault="00690563"/>
    <w:tbl>
      <w:tblPr>
        <w:tblW w:w="5000" w:type="pct"/>
        <w:jc w:val="center"/>
        <w:tblLook w:val="04A0" w:firstRow="1" w:lastRow="0" w:firstColumn="1" w:lastColumn="0" w:noHBand="0" w:noVBand="1"/>
      </w:tblPr>
      <w:tblGrid>
        <w:gridCol w:w="4928"/>
        <w:gridCol w:w="5733"/>
      </w:tblGrid>
      <w:tr w:rsidR="00690563" w:rsidRPr="00E14EE9" w14:paraId="2D7AB4ED" w14:textId="77777777" w:rsidTr="00690563">
        <w:trPr>
          <w:jc w:val="center"/>
        </w:trPr>
        <w:tc>
          <w:tcPr>
            <w:tcW w:w="1862" w:type="pct"/>
            <w:shd w:val="clear" w:color="auto" w:fill="B58A45"/>
            <w:tcMar>
              <w:top w:w="105" w:type="dxa"/>
              <w:left w:w="105" w:type="dxa"/>
              <w:bottom w:w="105" w:type="dxa"/>
              <w:right w:w="105" w:type="dxa"/>
            </w:tcMar>
          </w:tcPr>
          <w:p w14:paraId="48465A6F" w14:textId="77777777" w:rsidR="00690563" w:rsidRDefault="00690563" w:rsidP="00690563">
            <w:pPr>
              <w:jc w:val="center"/>
            </w:pPr>
            <w:r>
              <w:rPr>
                <w:b/>
                <w:color w:val="FFFFFF"/>
                <w:sz w:val="15"/>
              </w:rPr>
              <w:t>PRINCIPIU</w:t>
            </w:r>
          </w:p>
        </w:tc>
        <w:tc>
          <w:tcPr>
            <w:tcW w:w="2166" w:type="pct"/>
            <w:shd w:val="clear" w:color="auto" w:fill="F7F2E7"/>
            <w:tcMar>
              <w:top w:w="105" w:type="dxa"/>
              <w:left w:w="130" w:type="dxa"/>
              <w:bottom w:w="105" w:type="dxa"/>
              <w:right w:w="130" w:type="dxa"/>
            </w:tcMar>
          </w:tcPr>
          <w:p w14:paraId="4E083F8C" w14:textId="77777777" w:rsidR="00690563" w:rsidRPr="00E14EE9" w:rsidRDefault="00690563" w:rsidP="00690563">
            <w:pPr>
              <w:rPr>
                <w:lang w:val="it-CH"/>
              </w:rPr>
            </w:pPr>
            <w:r w:rsidRPr="00E14EE9">
              <w:rPr>
                <w:color w:val="263238"/>
                <w:sz w:val="17"/>
                <w:lang w:val="it-CH"/>
              </w:rPr>
              <w:t>O metodă este activă nu pentru că elevii lucrează în grup sau folosesc o aplicație, ci pentru că întrebarea, alegerea datelor, interpretarea și justificarea le aparțin.</w:t>
            </w:r>
          </w:p>
        </w:tc>
      </w:tr>
    </w:tbl>
    <w:p w14:paraId="577BC47C"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569"/>
        <w:gridCol w:w="6112"/>
      </w:tblGrid>
      <w:tr w:rsidR="00787B6C" w14:paraId="440E2C2F" w14:textId="77777777" w:rsidTr="00690563">
        <w:trPr>
          <w:jc w:val="center"/>
        </w:trPr>
        <w:tc>
          <w:tcPr>
            <w:tcW w:w="2139" w:type="pct"/>
            <w:shd w:val="clear" w:color="auto" w:fill="2B6478"/>
            <w:tcMar>
              <w:top w:w="145" w:type="dxa"/>
              <w:left w:w="110" w:type="dxa"/>
              <w:bottom w:w="145" w:type="dxa"/>
              <w:right w:w="110" w:type="dxa"/>
            </w:tcMar>
          </w:tcPr>
          <w:p w14:paraId="422DA176" w14:textId="77777777" w:rsidR="00787B6C" w:rsidRDefault="00690563">
            <w:pPr>
              <w:jc w:val="center"/>
            </w:pPr>
            <w:r>
              <w:rPr>
                <w:b/>
                <w:color w:val="FFFFFF"/>
                <w:sz w:val="30"/>
              </w:rPr>
              <w:lastRenderedPageBreak/>
              <w:t>20</w:t>
            </w:r>
          </w:p>
        </w:tc>
        <w:tc>
          <w:tcPr>
            <w:tcW w:w="2861" w:type="pct"/>
            <w:shd w:val="clear" w:color="auto" w:fill="17324D"/>
            <w:tcMar>
              <w:top w:w="120" w:type="dxa"/>
              <w:left w:w="145" w:type="dxa"/>
              <w:bottom w:w="120" w:type="dxa"/>
              <w:right w:w="145" w:type="dxa"/>
            </w:tcMar>
          </w:tcPr>
          <w:p w14:paraId="6B981297" w14:textId="34294511" w:rsidR="00787B6C" w:rsidRDefault="0034519C" w:rsidP="00F42C3F">
            <w:r>
              <w:rPr>
                <w:b/>
                <w:color w:val="FFFFFF"/>
                <w:sz w:val="25"/>
              </w:rPr>
              <w:t xml:space="preserve">APLICAȚIA PRACTICĂ DE </w:t>
            </w:r>
            <w:r w:rsidR="00690563">
              <w:rPr>
                <w:b/>
                <w:color w:val="FFFFFF"/>
                <w:sz w:val="25"/>
              </w:rPr>
              <w:t xml:space="preserve">TEREN </w:t>
            </w:r>
            <w:r w:rsidR="004540D1">
              <w:rPr>
                <w:b/>
                <w:color w:val="FFFFFF"/>
                <w:sz w:val="25"/>
              </w:rPr>
              <w:t xml:space="preserve">/ INVESTIGAȚIA </w:t>
            </w:r>
            <w:r w:rsidR="005244EC">
              <w:rPr>
                <w:b/>
                <w:color w:val="FFFFFF"/>
                <w:sz w:val="25"/>
              </w:rPr>
              <w:t>ÎN ORIZONTUL LOCAL</w:t>
            </w:r>
            <w:r w:rsidR="00690563">
              <w:br/>
            </w:r>
            <w:proofErr w:type="spellStart"/>
            <w:r w:rsidR="00F42C3F">
              <w:rPr>
                <w:color w:val="DFE8EA"/>
                <w:sz w:val="16"/>
              </w:rPr>
              <w:t>D</w:t>
            </w:r>
            <w:r w:rsidR="00690563">
              <w:rPr>
                <w:color w:val="DFE8EA"/>
                <w:sz w:val="16"/>
              </w:rPr>
              <w:t>acă</w:t>
            </w:r>
            <w:proofErr w:type="spellEnd"/>
            <w:r w:rsidR="00690563">
              <w:rPr>
                <w:color w:val="DFE8EA"/>
                <w:sz w:val="16"/>
              </w:rPr>
              <w:t xml:space="preserve"> </w:t>
            </w:r>
            <w:proofErr w:type="spellStart"/>
            <w:r w:rsidR="00690563">
              <w:rPr>
                <w:color w:val="DFE8EA"/>
                <w:sz w:val="16"/>
              </w:rPr>
              <w:t>activitatea</w:t>
            </w:r>
            <w:proofErr w:type="spellEnd"/>
            <w:r w:rsidR="00690563">
              <w:rPr>
                <w:color w:val="DFE8EA"/>
                <w:sz w:val="16"/>
              </w:rPr>
              <w:t xml:space="preserve"> are o </w:t>
            </w:r>
            <w:proofErr w:type="spellStart"/>
            <w:r w:rsidR="00690563">
              <w:rPr>
                <w:color w:val="DFE8EA"/>
                <w:sz w:val="16"/>
              </w:rPr>
              <w:t>întrebare</w:t>
            </w:r>
            <w:proofErr w:type="spellEnd"/>
            <w:r w:rsidR="00690563">
              <w:rPr>
                <w:color w:val="DFE8EA"/>
                <w:sz w:val="16"/>
              </w:rPr>
              <w:t xml:space="preserve"> </w:t>
            </w:r>
            <w:proofErr w:type="spellStart"/>
            <w:r w:rsidR="00690563">
              <w:rPr>
                <w:color w:val="DFE8EA"/>
                <w:sz w:val="16"/>
              </w:rPr>
              <w:t>și</w:t>
            </w:r>
            <w:proofErr w:type="spellEnd"/>
            <w:r w:rsidR="00690563">
              <w:rPr>
                <w:color w:val="DFE8EA"/>
                <w:sz w:val="16"/>
              </w:rPr>
              <w:t xml:space="preserve"> un plan</w:t>
            </w:r>
            <w:r w:rsidR="00F42C3F">
              <w:rPr>
                <w:color w:val="DFE8EA"/>
                <w:sz w:val="16"/>
              </w:rPr>
              <w:t xml:space="preserve">, </w:t>
            </w:r>
            <w:proofErr w:type="spellStart"/>
            <w:r w:rsidR="00F42C3F">
              <w:rPr>
                <w:color w:val="DFE8EA"/>
                <w:sz w:val="16"/>
              </w:rPr>
              <w:t>atunci</w:t>
            </w:r>
            <w:proofErr w:type="spellEnd"/>
            <w:r w:rsidR="00F42C3F">
              <w:rPr>
                <w:color w:val="DFE8EA"/>
                <w:sz w:val="16"/>
              </w:rPr>
              <w:t xml:space="preserve"> </w:t>
            </w:r>
            <w:proofErr w:type="spellStart"/>
            <w:r w:rsidR="00F42C3F">
              <w:rPr>
                <w:color w:val="DFE8EA"/>
                <w:sz w:val="16"/>
              </w:rPr>
              <w:t>orizontul</w:t>
            </w:r>
            <w:proofErr w:type="spellEnd"/>
            <w:r w:rsidR="00F42C3F">
              <w:rPr>
                <w:color w:val="DFE8EA"/>
                <w:sz w:val="16"/>
              </w:rPr>
              <w:t xml:space="preserve"> local </w:t>
            </w:r>
            <w:proofErr w:type="spellStart"/>
            <w:r w:rsidR="00F42C3F">
              <w:rPr>
                <w:color w:val="DFE8EA"/>
                <w:sz w:val="16"/>
              </w:rPr>
              <w:t>devine</w:t>
            </w:r>
            <w:proofErr w:type="spellEnd"/>
            <w:r w:rsidR="00F42C3F">
              <w:rPr>
                <w:color w:val="DFE8EA"/>
                <w:sz w:val="16"/>
              </w:rPr>
              <w:t xml:space="preserve"> </w:t>
            </w:r>
            <w:proofErr w:type="spellStart"/>
            <w:r w:rsidR="00F42C3F">
              <w:rPr>
                <w:color w:val="DFE8EA"/>
                <w:sz w:val="16"/>
              </w:rPr>
              <w:t>laboratorul</w:t>
            </w:r>
            <w:proofErr w:type="spellEnd"/>
            <w:r w:rsidR="00F42C3F">
              <w:rPr>
                <w:color w:val="DFE8EA"/>
                <w:sz w:val="16"/>
              </w:rPr>
              <w:t xml:space="preserve"> natural al </w:t>
            </w:r>
            <w:proofErr w:type="spellStart"/>
            <w:r w:rsidR="00F42C3F">
              <w:rPr>
                <w:color w:val="DFE8EA"/>
                <w:sz w:val="16"/>
              </w:rPr>
              <w:t>geografiei</w:t>
            </w:r>
            <w:proofErr w:type="spellEnd"/>
            <w:r w:rsidR="00F42C3F">
              <w:rPr>
                <w:color w:val="DFE8EA"/>
                <w:sz w:val="16"/>
              </w:rPr>
              <w:t>.</w:t>
            </w:r>
          </w:p>
        </w:tc>
      </w:tr>
    </w:tbl>
    <w:p w14:paraId="6EC1CE54" w14:textId="77777777" w:rsidR="00690563" w:rsidRDefault="00690563"/>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538"/>
        <w:gridCol w:w="3027"/>
        <w:gridCol w:w="3025"/>
      </w:tblGrid>
      <w:tr w:rsidR="00690563" w14:paraId="01174429" w14:textId="77777777" w:rsidTr="00690563">
        <w:trPr>
          <w:jc w:val="center"/>
        </w:trPr>
        <w:tc>
          <w:tcPr>
            <w:tcW w:w="2143" w:type="pct"/>
            <w:shd w:val="clear" w:color="auto" w:fill="17324D"/>
            <w:tcMar>
              <w:top w:w="76" w:type="dxa"/>
              <w:left w:w="82" w:type="dxa"/>
              <w:bottom w:w="76" w:type="dxa"/>
              <w:right w:w="82" w:type="dxa"/>
            </w:tcMar>
          </w:tcPr>
          <w:p w14:paraId="1C1562C1" w14:textId="77777777" w:rsidR="00690563" w:rsidRDefault="00690563" w:rsidP="00690563">
            <w:pPr>
              <w:jc w:val="center"/>
            </w:pPr>
            <w:r>
              <w:rPr>
                <w:b/>
                <w:color w:val="FFFFFF"/>
                <w:sz w:val="14"/>
              </w:rPr>
              <w:t>ÎNAINTE</w:t>
            </w:r>
          </w:p>
        </w:tc>
        <w:tc>
          <w:tcPr>
            <w:tcW w:w="1429" w:type="pct"/>
            <w:shd w:val="clear" w:color="auto" w:fill="3E755A"/>
            <w:tcMar>
              <w:top w:w="76" w:type="dxa"/>
              <w:left w:w="82" w:type="dxa"/>
              <w:bottom w:w="76" w:type="dxa"/>
              <w:right w:w="82" w:type="dxa"/>
            </w:tcMar>
          </w:tcPr>
          <w:p w14:paraId="7B7A51DD" w14:textId="77777777" w:rsidR="00690563" w:rsidRDefault="00690563" w:rsidP="00690563">
            <w:pPr>
              <w:jc w:val="center"/>
            </w:pPr>
            <w:r>
              <w:rPr>
                <w:b/>
                <w:color w:val="FFFFFF"/>
                <w:sz w:val="14"/>
              </w:rPr>
              <w:t>PE TEREN</w:t>
            </w:r>
          </w:p>
        </w:tc>
        <w:tc>
          <w:tcPr>
            <w:tcW w:w="1429" w:type="pct"/>
            <w:shd w:val="clear" w:color="auto" w:fill="2B6478"/>
            <w:tcMar>
              <w:top w:w="76" w:type="dxa"/>
              <w:left w:w="82" w:type="dxa"/>
              <w:bottom w:w="76" w:type="dxa"/>
              <w:right w:w="82" w:type="dxa"/>
            </w:tcMar>
          </w:tcPr>
          <w:p w14:paraId="1EA37DA1" w14:textId="77777777" w:rsidR="00690563" w:rsidRDefault="00690563" w:rsidP="00690563">
            <w:pPr>
              <w:jc w:val="center"/>
            </w:pPr>
            <w:r>
              <w:rPr>
                <w:b/>
                <w:color w:val="FFFFFF"/>
                <w:sz w:val="14"/>
              </w:rPr>
              <w:t>DUPĂ TEREN</w:t>
            </w:r>
          </w:p>
        </w:tc>
      </w:tr>
      <w:tr w:rsidR="00690563" w14:paraId="1E42C4BC" w14:textId="77777777" w:rsidTr="00690563">
        <w:trPr>
          <w:jc w:val="center"/>
        </w:trPr>
        <w:tc>
          <w:tcPr>
            <w:tcW w:w="2143" w:type="pct"/>
            <w:shd w:val="clear" w:color="auto" w:fill="F8FAFA"/>
            <w:tcMar>
              <w:top w:w="68" w:type="dxa"/>
              <w:left w:w="78" w:type="dxa"/>
              <w:bottom w:w="68" w:type="dxa"/>
              <w:right w:w="78" w:type="dxa"/>
            </w:tcMar>
          </w:tcPr>
          <w:p w14:paraId="749E94FC" w14:textId="77777777" w:rsidR="00690563" w:rsidRDefault="00690563" w:rsidP="00690563">
            <w:proofErr w:type="spellStart"/>
            <w:r>
              <w:rPr>
                <w:color w:val="263238"/>
                <w:sz w:val="15"/>
              </w:rPr>
              <w:t>formulez</w:t>
            </w:r>
            <w:proofErr w:type="spellEnd"/>
            <w:r>
              <w:rPr>
                <w:color w:val="263238"/>
                <w:sz w:val="15"/>
              </w:rPr>
              <w:t xml:space="preserve"> </w:t>
            </w:r>
            <w:proofErr w:type="spellStart"/>
            <w:r>
              <w:rPr>
                <w:color w:val="263238"/>
                <w:sz w:val="15"/>
              </w:rPr>
              <w:t>întrebarea</w:t>
            </w:r>
            <w:proofErr w:type="spellEnd"/>
          </w:p>
        </w:tc>
        <w:tc>
          <w:tcPr>
            <w:tcW w:w="1429" w:type="pct"/>
            <w:shd w:val="clear" w:color="auto" w:fill="F8FAFA"/>
            <w:tcMar>
              <w:top w:w="68" w:type="dxa"/>
              <w:left w:w="78" w:type="dxa"/>
              <w:bottom w:w="68" w:type="dxa"/>
              <w:right w:w="78" w:type="dxa"/>
            </w:tcMar>
          </w:tcPr>
          <w:p w14:paraId="02C67B51" w14:textId="77777777" w:rsidR="00690563" w:rsidRDefault="00690563" w:rsidP="00690563">
            <w:proofErr w:type="spellStart"/>
            <w:r>
              <w:rPr>
                <w:color w:val="263238"/>
                <w:sz w:val="15"/>
              </w:rPr>
              <w:t>localizez</w:t>
            </w:r>
            <w:proofErr w:type="spellEnd"/>
            <w:r>
              <w:rPr>
                <w:color w:val="263238"/>
                <w:sz w:val="15"/>
              </w:rPr>
              <w:t xml:space="preserve"> </w:t>
            </w:r>
            <w:proofErr w:type="spellStart"/>
            <w:r>
              <w:rPr>
                <w:color w:val="263238"/>
                <w:sz w:val="15"/>
              </w:rPr>
              <w:t>punctele</w:t>
            </w:r>
            <w:proofErr w:type="spellEnd"/>
          </w:p>
        </w:tc>
        <w:tc>
          <w:tcPr>
            <w:tcW w:w="1429" w:type="pct"/>
            <w:shd w:val="clear" w:color="auto" w:fill="F8FAFA"/>
            <w:tcMar>
              <w:top w:w="68" w:type="dxa"/>
              <w:left w:w="78" w:type="dxa"/>
              <w:bottom w:w="68" w:type="dxa"/>
              <w:right w:w="78" w:type="dxa"/>
            </w:tcMar>
          </w:tcPr>
          <w:p w14:paraId="13758382" w14:textId="368617B6" w:rsidR="00690563" w:rsidRDefault="00690563" w:rsidP="00690563">
            <w:proofErr w:type="spellStart"/>
            <w:r>
              <w:rPr>
                <w:color w:val="263238"/>
                <w:sz w:val="15"/>
              </w:rPr>
              <w:t>organizez</w:t>
            </w:r>
            <w:proofErr w:type="spellEnd"/>
            <w:r>
              <w:rPr>
                <w:color w:val="263238"/>
                <w:sz w:val="15"/>
              </w:rPr>
              <w:t xml:space="preserve"> </w:t>
            </w:r>
            <w:proofErr w:type="spellStart"/>
            <w:r>
              <w:rPr>
                <w:color w:val="263238"/>
                <w:sz w:val="15"/>
              </w:rPr>
              <w:t>datele</w:t>
            </w:r>
            <w:proofErr w:type="spellEnd"/>
          </w:p>
        </w:tc>
      </w:tr>
      <w:tr w:rsidR="00690563" w14:paraId="413C781B" w14:textId="77777777" w:rsidTr="00690563">
        <w:trPr>
          <w:jc w:val="center"/>
        </w:trPr>
        <w:tc>
          <w:tcPr>
            <w:tcW w:w="2143" w:type="pct"/>
            <w:tcMar>
              <w:top w:w="68" w:type="dxa"/>
              <w:left w:w="78" w:type="dxa"/>
              <w:bottom w:w="68" w:type="dxa"/>
              <w:right w:w="78" w:type="dxa"/>
            </w:tcMar>
          </w:tcPr>
          <w:p w14:paraId="028214C0" w14:textId="634BCA10" w:rsidR="00690563" w:rsidRDefault="00690563" w:rsidP="00690563">
            <w:proofErr w:type="spellStart"/>
            <w:r>
              <w:rPr>
                <w:color w:val="263238"/>
                <w:sz w:val="15"/>
              </w:rPr>
              <w:t>stabilesc</w:t>
            </w:r>
            <w:proofErr w:type="spellEnd"/>
            <w:r>
              <w:rPr>
                <w:color w:val="263238"/>
                <w:sz w:val="15"/>
              </w:rPr>
              <w:t xml:space="preserve"> </w:t>
            </w:r>
            <w:proofErr w:type="spellStart"/>
            <w:r>
              <w:rPr>
                <w:color w:val="263238"/>
                <w:sz w:val="15"/>
              </w:rPr>
              <w:t>ce</w:t>
            </w:r>
            <w:proofErr w:type="spellEnd"/>
            <w:r>
              <w:rPr>
                <w:color w:val="263238"/>
                <w:sz w:val="15"/>
              </w:rPr>
              <w:t xml:space="preserve"> </w:t>
            </w:r>
            <w:proofErr w:type="spellStart"/>
            <w:r>
              <w:rPr>
                <w:color w:val="263238"/>
                <w:sz w:val="15"/>
              </w:rPr>
              <w:t>observ</w:t>
            </w:r>
            <w:proofErr w:type="spellEnd"/>
            <w:r w:rsidR="007C1CFD">
              <w:rPr>
                <w:color w:val="263238"/>
                <w:sz w:val="15"/>
              </w:rPr>
              <w:t xml:space="preserve"> </w:t>
            </w:r>
            <w:r>
              <w:rPr>
                <w:color w:val="263238"/>
                <w:sz w:val="15"/>
              </w:rPr>
              <w:t>/</w:t>
            </w:r>
            <w:r w:rsidR="007C1CFD">
              <w:rPr>
                <w:color w:val="263238"/>
                <w:sz w:val="15"/>
              </w:rPr>
              <w:t xml:space="preserve"> </w:t>
            </w:r>
            <w:proofErr w:type="spellStart"/>
            <w:r>
              <w:rPr>
                <w:color w:val="263238"/>
                <w:sz w:val="15"/>
              </w:rPr>
              <w:t>măsor</w:t>
            </w:r>
            <w:proofErr w:type="spellEnd"/>
          </w:p>
        </w:tc>
        <w:tc>
          <w:tcPr>
            <w:tcW w:w="1429" w:type="pct"/>
            <w:tcMar>
              <w:top w:w="68" w:type="dxa"/>
              <w:left w:w="78" w:type="dxa"/>
              <w:bottom w:w="68" w:type="dxa"/>
              <w:right w:w="78" w:type="dxa"/>
            </w:tcMar>
          </w:tcPr>
          <w:p w14:paraId="5362C2EB" w14:textId="414DFDB4" w:rsidR="00690563" w:rsidRPr="00E14EE9" w:rsidRDefault="00690563" w:rsidP="00690563">
            <w:pPr>
              <w:rPr>
                <w:lang w:val="it-CH"/>
              </w:rPr>
            </w:pPr>
            <w:r w:rsidRPr="00E14EE9">
              <w:rPr>
                <w:color w:val="263238"/>
                <w:sz w:val="15"/>
                <w:lang w:val="it-CH"/>
              </w:rPr>
              <w:t xml:space="preserve">înregistrez </w:t>
            </w:r>
            <w:r w:rsidR="009B033F" w:rsidRPr="00E14EE9">
              <w:rPr>
                <w:color w:val="263238"/>
                <w:sz w:val="15"/>
                <w:lang w:val="it-CH"/>
              </w:rPr>
              <w:t xml:space="preserve">/ compar </w:t>
            </w:r>
            <w:r w:rsidR="00B3599D" w:rsidRPr="00E14EE9">
              <w:rPr>
                <w:color w:val="263238"/>
                <w:sz w:val="15"/>
                <w:lang w:val="it-CH"/>
              </w:rPr>
              <w:t>datele de pe teren</w:t>
            </w:r>
          </w:p>
        </w:tc>
        <w:tc>
          <w:tcPr>
            <w:tcW w:w="1429" w:type="pct"/>
            <w:tcMar>
              <w:top w:w="68" w:type="dxa"/>
              <w:left w:w="78" w:type="dxa"/>
              <w:bottom w:w="68" w:type="dxa"/>
              <w:right w:w="78" w:type="dxa"/>
            </w:tcMar>
          </w:tcPr>
          <w:p w14:paraId="0EDCA1EB" w14:textId="2401A5AD" w:rsidR="00690563" w:rsidRDefault="00690563" w:rsidP="00690563">
            <w:proofErr w:type="spellStart"/>
            <w:r>
              <w:rPr>
                <w:color w:val="263238"/>
                <w:sz w:val="15"/>
              </w:rPr>
              <w:t>reprezint</w:t>
            </w:r>
            <w:proofErr w:type="spellEnd"/>
            <w:r w:rsidR="00FE26B1">
              <w:rPr>
                <w:color w:val="263238"/>
                <w:sz w:val="15"/>
              </w:rPr>
              <w:t xml:space="preserve"> </w:t>
            </w:r>
            <w:proofErr w:type="spellStart"/>
            <w:r w:rsidR="00FE26B1">
              <w:rPr>
                <w:color w:val="263238"/>
                <w:sz w:val="15"/>
              </w:rPr>
              <w:t>grafic</w:t>
            </w:r>
            <w:proofErr w:type="spellEnd"/>
            <w:r w:rsidR="00FE26B1">
              <w:rPr>
                <w:color w:val="263238"/>
                <w:sz w:val="15"/>
              </w:rPr>
              <w:t xml:space="preserve"> / </w:t>
            </w:r>
            <w:proofErr w:type="spellStart"/>
            <w:r w:rsidR="00FE26B1">
              <w:rPr>
                <w:color w:val="263238"/>
                <w:sz w:val="15"/>
              </w:rPr>
              <w:t>cartografic</w:t>
            </w:r>
            <w:proofErr w:type="spellEnd"/>
          </w:p>
        </w:tc>
      </w:tr>
      <w:tr w:rsidR="00690563" w14:paraId="0E63F4EF" w14:textId="77777777" w:rsidTr="00690563">
        <w:trPr>
          <w:jc w:val="center"/>
        </w:trPr>
        <w:tc>
          <w:tcPr>
            <w:tcW w:w="2143" w:type="pct"/>
            <w:shd w:val="clear" w:color="auto" w:fill="F8FAFA"/>
            <w:tcMar>
              <w:top w:w="68" w:type="dxa"/>
              <w:left w:w="78" w:type="dxa"/>
              <w:bottom w:w="68" w:type="dxa"/>
              <w:right w:w="78" w:type="dxa"/>
            </w:tcMar>
          </w:tcPr>
          <w:p w14:paraId="47D88571" w14:textId="77777777" w:rsidR="00690563" w:rsidRDefault="00690563" w:rsidP="00690563">
            <w:proofErr w:type="spellStart"/>
            <w:r>
              <w:rPr>
                <w:color w:val="263238"/>
                <w:sz w:val="15"/>
              </w:rPr>
              <w:t>aleg</w:t>
            </w:r>
            <w:proofErr w:type="spellEnd"/>
            <w:r>
              <w:rPr>
                <w:color w:val="263238"/>
                <w:sz w:val="15"/>
              </w:rPr>
              <w:t xml:space="preserve"> </w:t>
            </w:r>
            <w:proofErr w:type="spellStart"/>
            <w:r>
              <w:rPr>
                <w:color w:val="263238"/>
                <w:sz w:val="15"/>
              </w:rPr>
              <w:t>traseul</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criteriile</w:t>
            </w:r>
            <w:proofErr w:type="spellEnd"/>
          </w:p>
        </w:tc>
        <w:tc>
          <w:tcPr>
            <w:tcW w:w="1429" w:type="pct"/>
            <w:shd w:val="clear" w:color="auto" w:fill="F8FAFA"/>
            <w:tcMar>
              <w:top w:w="68" w:type="dxa"/>
              <w:left w:w="78" w:type="dxa"/>
              <w:bottom w:w="68" w:type="dxa"/>
              <w:right w:w="78" w:type="dxa"/>
            </w:tcMar>
          </w:tcPr>
          <w:p w14:paraId="58840D87" w14:textId="77777777" w:rsidR="00690563" w:rsidRDefault="00690563" w:rsidP="00690563">
            <w:proofErr w:type="spellStart"/>
            <w:r>
              <w:rPr>
                <w:color w:val="263238"/>
                <w:sz w:val="15"/>
              </w:rPr>
              <w:t>fotografiez</w:t>
            </w:r>
            <w:proofErr w:type="spellEnd"/>
            <w:r>
              <w:rPr>
                <w:color w:val="263238"/>
                <w:sz w:val="15"/>
              </w:rPr>
              <w:t xml:space="preserve"> cu scop</w:t>
            </w:r>
          </w:p>
        </w:tc>
        <w:tc>
          <w:tcPr>
            <w:tcW w:w="1429" w:type="pct"/>
            <w:shd w:val="clear" w:color="auto" w:fill="F8FAFA"/>
            <w:tcMar>
              <w:top w:w="68" w:type="dxa"/>
              <w:left w:w="78" w:type="dxa"/>
              <w:bottom w:w="68" w:type="dxa"/>
              <w:right w:w="78" w:type="dxa"/>
            </w:tcMar>
          </w:tcPr>
          <w:p w14:paraId="5D07C6D6" w14:textId="77777777" w:rsidR="00690563" w:rsidRDefault="00690563" w:rsidP="00690563">
            <w:proofErr w:type="spellStart"/>
            <w:r>
              <w:rPr>
                <w:color w:val="263238"/>
                <w:sz w:val="15"/>
              </w:rPr>
              <w:t>analizez</w:t>
            </w:r>
            <w:proofErr w:type="spellEnd"/>
            <w:r>
              <w:rPr>
                <w:color w:val="263238"/>
                <w:sz w:val="15"/>
              </w:rPr>
              <w:t xml:space="preserve"> </w:t>
            </w:r>
            <w:proofErr w:type="spellStart"/>
            <w:r>
              <w:rPr>
                <w:color w:val="263238"/>
                <w:sz w:val="15"/>
              </w:rPr>
              <w:t>relațiile</w:t>
            </w:r>
            <w:proofErr w:type="spellEnd"/>
          </w:p>
        </w:tc>
      </w:tr>
      <w:tr w:rsidR="00690563" w14:paraId="74D6F606" w14:textId="77777777" w:rsidTr="00690563">
        <w:trPr>
          <w:jc w:val="center"/>
        </w:trPr>
        <w:tc>
          <w:tcPr>
            <w:tcW w:w="2143" w:type="pct"/>
            <w:tcMar>
              <w:top w:w="68" w:type="dxa"/>
              <w:left w:w="78" w:type="dxa"/>
              <w:bottom w:w="68" w:type="dxa"/>
              <w:right w:w="78" w:type="dxa"/>
            </w:tcMar>
          </w:tcPr>
          <w:p w14:paraId="2BB82B99" w14:textId="77777777" w:rsidR="00690563" w:rsidRDefault="00690563" w:rsidP="00690563">
            <w:proofErr w:type="spellStart"/>
            <w:r>
              <w:rPr>
                <w:color w:val="263238"/>
                <w:sz w:val="15"/>
              </w:rPr>
              <w:t>clarific</w:t>
            </w:r>
            <w:proofErr w:type="spellEnd"/>
            <w:r>
              <w:rPr>
                <w:color w:val="263238"/>
                <w:sz w:val="15"/>
              </w:rPr>
              <w:t xml:space="preserve"> </w:t>
            </w:r>
            <w:proofErr w:type="spellStart"/>
            <w:r>
              <w:rPr>
                <w:color w:val="263238"/>
                <w:sz w:val="15"/>
              </w:rPr>
              <w:t>siguranța</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etica</w:t>
            </w:r>
            <w:proofErr w:type="spellEnd"/>
          </w:p>
        </w:tc>
        <w:tc>
          <w:tcPr>
            <w:tcW w:w="1429" w:type="pct"/>
            <w:tcMar>
              <w:top w:w="68" w:type="dxa"/>
              <w:left w:w="78" w:type="dxa"/>
              <w:bottom w:w="68" w:type="dxa"/>
              <w:right w:w="78" w:type="dxa"/>
            </w:tcMar>
          </w:tcPr>
          <w:p w14:paraId="536D5DF4" w14:textId="77777777" w:rsidR="00690563" w:rsidRDefault="00690563" w:rsidP="00690563">
            <w:proofErr w:type="spellStart"/>
            <w:r>
              <w:rPr>
                <w:color w:val="263238"/>
                <w:sz w:val="15"/>
              </w:rPr>
              <w:t>notez</w:t>
            </w:r>
            <w:proofErr w:type="spellEnd"/>
            <w:r>
              <w:rPr>
                <w:color w:val="263238"/>
                <w:sz w:val="15"/>
              </w:rPr>
              <w:t xml:space="preserve"> </w:t>
            </w:r>
            <w:proofErr w:type="spellStart"/>
            <w:r>
              <w:rPr>
                <w:color w:val="263238"/>
                <w:sz w:val="15"/>
              </w:rPr>
              <w:t>incertitudini</w:t>
            </w:r>
            <w:proofErr w:type="spellEnd"/>
          </w:p>
        </w:tc>
        <w:tc>
          <w:tcPr>
            <w:tcW w:w="1429" w:type="pct"/>
            <w:tcMar>
              <w:top w:w="68" w:type="dxa"/>
              <w:left w:w="78" w:type="dxa"/>
              <w:bottom w:w="68" w:type="dxa"/>
              <w:right w:w="78" w:type="dxa"/>
            </w:tcMar>
          </w:tcPr>
          <w:p w14:paraId="25BA3D86" w14:textId="77777777" w:rsidR="00690563" w:rsidRDefault="00690563" w:rsidP="00690563">
            <w:proofErr w:type="spellStart"/>
            <w:r>
              <w:rPr>
                <w:color w:val="263238"/>
                <w:sz w:val="15"/>
              </w:rPr>
              <w:t>formulez</w:t>
            </w:r>
            <w:proofErr w:type="spellEnd"/>
            <w:r>
              <w:rPr>
                <w:color w:val="263238"/>
                <w:sz w:val="15"/>
              </w:rPr>
              <w:t xml:space="preserve"> </w:t>
            </w:r>
            <w:proofErr w:type="spellStart"/>
            <w:r>
              <w:rPr>
                <w:color w:val="263238"/>
                <w:sz w:val="15"/>
              </w:rPr>
              <w:t>concluzii</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limite</w:t>
            </w:r>
            <w:proofErr w:type="spellEnd"/>
          </w:p>
        </w:tc>
      </w:tr>
      <w:tr w:rsidR="00690563" w:rsidRPr="00E14EE9" w14:paraId="14F6412E" w14:textId="77777777" w:rsidTr="00690563">
        <w:trPr>
          <w:jc w:val="center"/>
        </w:trPr>
        <w:tc>
          <w:tcPr>
            <w:tcW w:w="2143" w:type="pct"/>
            <w:shd w:val="clear" w:color="auto" w:fill="F8FAFA"/>
            <w:tcMar>
              <w:top w:w="68" w:type="dxa"/>
              <w:left w:w="78" w:type="dxa"/>
              <w:bottom w:w="68" w:type="dxa"/>
              <w:right w:w="78" w:type="dxa"/>
            </w:tcMar>
          </w:tcPr>
          <w:p w14:paraId="75A934CB" w14:textId="77777777" w:rsidR="00690563" w:rsidRDefault="00690563" w:rsidP="00690563">
            <w:proofErr w:type="spellStart"/>
            <w:r>
              <w:rPr>
                <w:color w:val="263238"/>
                <w:sz w:val="15"/>
              </w:rPr>
              <w:t>pregătesc</w:t>
            </w:r>
            <w:proofErr w:type="spellEnd"/>
            <w:r>
              <w:rPr>
                <w:color w:val="263238"/>
                <w:sz w:val="15"/>
              </w:rPr>
              <w:t xml:space="preserve"> </w:t>
            </w:r>
            <w:proofErr w:type="spellStart"/>
            <w:r>
              <w:rPr>
                <w:color w:val="263238"/>
                <w:sz w:val="15"/>
              </w:rPr>
              <w:t>harta</w:t>
            </w:r>
            <w:proofErr w:type="spellEnd"/>
            <w:r>
              <w:rPr>
                <w:color w:val="263238"/>
                <w:sz w:val="15"/>
              </w:rPr>
              <w:t xml:space="preserve"> de </w:t>
            </w:r>
            <w:proofErr w:type="spellStart"/>
            <w:r>
              <w:rPr>
                <w:color w:val="263238"/>
                <w:sz w:val="15"/>
              </w:rPr>
              <w:t>bază</w:t>
            </w:r>
            <w:proofErr w:type="spellEnd"/>
          </w:p>
        </w:tc>
        <w:tc>
          <w:tcPr>
            <w:tcW w:w="1429" w:type="pct"/>
            <w:shd w:val="clear" w:color="auto" w:fill="F8FAFA"/>
            <w:tcMar>
              <w:top w:w="68" w:type="dxa"/>
              <w:left w:w="78" w:type="dxa"/>
              <w:bottom w:w="68" w:type="dxa"/>
              <w:right w:w="78" w:type="dxa"/>
            </w:tcMar>
          </w:tcPr>
          <w:p w14:paraId="775B503F" w14:textId="6915AF45" w:rsidR="00690563" w:rsidRDefault="00690563" w:rsidP="00690563">
            <w:proofErr w:type="spellStart"/>
            <w:r>
              <w:rPr>
                <w:color w:val="263238"/>
                <w:sz w:val="15"/>
              </w:rPr>
              <w:t>verific</w:t>
            </w:r>
            <w:proofErr w:type="spellEnd"/>
            <w:r>
              <w:rPr>
                <w:color w:val="263238"/>
                <w:sz w:val="15"/>
              </w:rPr>
              <w:t xml:space="preserve"> </w:t>
            </w:r>
            <w:proofErr w:type="spellStart"/>
            <w:r>
              <w:rPr>
                <w:color w:val="263238"/>
                <w:sz w:val="15"/>
              </w:rPr>
              <w:t>poziția</w:t>
            </w:r>
            <w:proofErr w:type="spellEnd"/>
            <w:r w:rsidR="00EA318C">
              <w:rPr>
                <w:color w:val="263238"/>
                <w:sz w:val="15"/>
              </w:rPr>
              <w:t xml:space="preserve"> </w:t>
            </w:r>
            <w:proofErr w:type="spellStart"/>
            <w:r w:rsidR="00EA318C">
              <w:rPr>
                <w:color w:val="263238"/>
                <w:sz w:val="15"/>
              </w:rPr>
              <w:t>geografică</w:t>
            </w:r>
            <w:proofErr w:type="spellEnd"/>
            <w:r w:rsidR="00EA318C">
              <w:rPr>
                <w:color w:val="263238"/>
                <w:sz w:val="15"/>
              </w:rPr>
              <w:t xml:space="preserve"> </w:t>
            </w:r>
            <w:proofErr w:type="gramStart"/>
            <w:r w:rsidR="00EA318C">
              <w:rPr>
                <w:color w:val="263238"/>
                <w:sz w:val="15"/>
              </w:rPr>
              <w:t>a</w:t>
            </w:r>
            <w:proofErr w:type="gramEnd"/>
            <w:r w:rsidR="00EA318C">
              <w:rPr>
                <w:color w:val="263238"/>
                <w:sz w:val="15"/>
              </w:rPr>
              <w:t xml:space="preserve"> </w:t>
            </w:r>
            <w:proofErr w:type="spellStart"/>
            <w:r w:rsidR="00EA318C">
              <w:rPr>
                <w:color w:val="263238"/>
                <w:sz w:val="15"/>
              </w:rPr>
              <w:t>elementelor</w:t>
            </w:r>
            <w:proofErr w:type="spellEnd"/>
            <w:r w:rsidR="00EA318C">
              <w:rPr>
                <w:color w:val="263238"/>
                <w:sz w:val="15"/>
              </w:rPr>
              <w:t xml:space="preserve"> </w:t>
            </w:r>
            <w:proofErr w:type="spellStart"/>
            <w:r w:rsidR="00EA318C">
              <w:rPr>
                <w:color w:val="263238"/>
                <w:sz w:val="15"/>
              </w:rPr>
              <w:t>observate</w:t>
            </w:r>
            <w:proofErr w:type="spellEnd"/>
          </w:p>
        </w:tc>
        <w:tc>
          <w:tcPr>
            <w:tcW w:w="1429" w:type="pct"/>
            <w:shd w:val="clear" w:color="auto" w:fill="F8FAFA"/>
            <w:tcMar>
              <w:top w:w="68" w:type="dxa"/>
              <w:left w:w="78" w:type="dxa"/>
              <w:bottom w:w="68" w:type="dxa"/>
              <w:right w:w="78" w:type="dxa"/>
            </w:tcMar>
          </w:tcPr>
          <w:p w14:paraId="05226E83" w14:textId="77777777" w:rsidR="00690563" w:rsidRPr="00E14EE9" w:rsidRDefault="00690563" w:rsidP="00690563">
            <w:pPr>
              <w:rPr>
                <w:lang w:val="it-CH"/>
              </w:rPr>
            </w:pPr>
            <w:r w:rsidRPr="00E14EE9">
              <w:rPr>
                <w:color w:val="263238"/>
                <w:sz w:val="15"/>
                <w:lang w:val="it-CH"/>
              </w:rPr>
              <w:t>propun o măsură / un nou demers</w:t>
            </w:r>
          </w:p>
        </w:tc>
      </w:tr>
    </w:tbl>
    <w:p w14:paraId="462F2DEB" w14:textId="77777777" w:rsidR="00690563" w:rsidRPr="00E14EE9" w:rsidRDefault="00690563">
      <w:pPr>
        <w:rPr>
          <w:lang w:val="it-CH"/>
        </w:rPr>
      </w:pPr>
    </w:p>
    <w:tbl>
      <w:tblPr>
        <w:tblW w:w="5000" w:type="pct"/>
        <w:jc w:val="center"/>
        <w:tblLook w:val="04A0" w:firstRow="1" w:lastRow="0" w:firstColumn="1" w:lastColumn="0" w:noHBand="0" w:noVBand="1"/>
      </w:tblPr>
      <w:tblGrid>
        <w:gridCol w:w="4569"/>
        <w:gridCol w:w="6092"/>
      </w:tblGrid>
      <w:tr w:rsidR="00690563" w14:paraId="6D4C61DE" w14:textId="77777777" w:rsidTr="00690563">
        <w:trPr>
          <w:jc w:val="center"/>
        </w:trPr>
        <w:tc>
          <w:tcPr>
            <w:tcW w:w="2139" w:type="pct"/>
            <w:shd w:val="clear" w:color="auto" w:fill="8F4A43"/>
            <w:tcMar>
              <w:top w:w="105" w:type="dxa"/>
              <w:left w:w="105" w:type="dxa"/>
              <w:bottom w:w="105" w:type="dxa"/>
              <w:right w:w="105" w:type="dxa"/>
            </w:tcMar>
          </w:tcPr>
          <w:p w14:paraId="1B0170A8" w14:textId="77777777" w:rsidR="00690563" w:rsidRDefault="00690563" w:rsidP="00690563">
            <w:pPr>
              <w:jc w:val="center"/>
            </w:pPr>
            <w:r>
              <w:rPr>
                <w:b/>
                <w:color w:val="FFFFFF"/>
                <w:sz w:val="15"/>
              </w:rPr>
              <w:t>SIGURANȚĂ</w:t>
            </w:r>
          </w:p>
        </w:tc>
        <w:tc>
          <w:tcPr>
            <w:tcW w:w="2852" w:type="pct"/>
            <w:shd w:val="clear" w:color="auto" w:fill="F9EEEE"/>
            <w:tcMar>
              <w:top w:w="105" w:type="dxa"/>
              <w:left w:w="130" w:type="dxa"/>
              <w:bottom w:w="105" w:type="dxa"/>
              <w:right w:w="130" w:type="dxa"/>
            </w:tcMar>
          </w:tcPr>
          <w:p w14:paraId="214BA02B" w14:textId="6DB9AC34" w:rsidR="00690563" w:rsidRDefault="00690563" w:rsidP="00690563">
            <w:proofErr w:type="spellStart"/>
            <w:r>
              <w:rPr>
                <w:color w:val="263238"/>
                <w:sz w:val="17"/>
              </w:rPr>
              <w:t>Investigația</w:t>
            </w:r>
            <w:proofErr w:type="spellEnd"/>
            <w:r>
              <w:rPr>
                <w:color w:val="263238"/>
                <w:sz w:val="17"/>
              </w:rPr>
              <w:t xml:space="preserve"> de </w:t>
            </w:r>
            <w:proofErr w:type="spellStart"/>
            <w:r>
              <w:rPr>
                <w:color w:val="263238"/>
                <w:sz w:val="17"/>
              </w:rPr>
              <w:t>teren</w:t>
            </w:r>
            <w:proofErr w:type="spellEnd"/>
            <w:r>
              <w:rPr>
                <w:color w:val="263238"/>
                <w:sz w:val="17"/>
              </w:rPr>
              <w:t xml:space="preserve"> se </w:t>
            </w:r>
            <w:proofErr w:type="spellStart"/>
            <w:r>
              <w:rPr>
                <w:color w:val="263238"/>
                <w:sz w:val="17"/>
              </w:rPr>
              <w:t>adaptează</w:t>
            </w:r>
            <w:proofErr w:type="spellEnd"/>
            <w:r>
              <w:rPr>
                <w:color w:val="263238"/>
                <w:sz w:val="17"/>
              </w:rPr>
              <w:t xml:space="preserve"> </w:t>
            </w:r>
            <w:proofErr w:type="spellStart"/>
            <w:r>
              <w:rPr>
                <w:color w:val="263238"/>
                <w:sz w:val="17"/>
              </w:rPr>
              <w:t>condițiilor</w:t>
            </w:r>
            <w:proofErr w:type="spellEnd"/>
            <w:r>
              <w:rPr>
                <w:color w:val="263238"/>
                <w:sz w:val="17"/>
              </w:rPr>
              <w:t xml:space="preserve"> locale, </w:t>
            </w:r>
            <w:proofErr w:type="spellStart"/>
            <w:r>
              <w:rPr>
                <w:color w:val="263238"/>
                <w:sz w:val="17"/>
              </w:rPr>
              <w:t>regulilor</w:t>
            </w:r>
            <w:proofErr w:type="spellEnd"/>
            <w:r>
              <w:rPr>
                <w:color w:val="263238"/>
                <w:sz w:val="17"/>
              </w:rPr>
              <w:t xml:space="preserve"> de </w:t>
            </w:r>
            <w:proofErr w:type="spellStart"/>
            <w:r>
              <w:rPr>
                <w:color w:val="263238"/>
                <w:sz w:val="17"/>
              </w:rPr>
              <w:t>securitate</w:t>
            </w:r>
            <w:proofErr w:type="spellEnd"/>
            <w:r>
              <w:rPr>
                <w:color w:val="263238"/>
                <w:sz w:val="17"/>
              </w:rPr>
              <w:t xml:space="preserve">, </w:t>
            </w:r>
            <w:proofErr w:type="spellStart"/>
            <w:r>
              <w:rPr>
                <w:color w:val="263238"/>
                <w:sz w:val="17"/>
              </w:rPr>
              <w:t>accesului</w:t>
            </w:r>
            <w:proofErr w:type="spellEnd"/>
            <w:r>
              <w:rPr>
                <w:color w:val="263238"/>
                <w:sz w:val="17"/>
              </w:rPr>
              <w:t xml:space="preserve"> </w:t>
            </w:r>
            <w:proofErr w:type="spellStart"/>
            <w:r>
              <w:rPr>
                <w:color w:val="263238"/>
                <w:sz w:val="17"/>
              </w:rPr>
              <w:t>și</w:t>
            </w:r>
            <w:proofErr w:type="spellEnd"/>
            <w:r>
              <w:rPr>
                <w:color w:val="263238"/>
                <w:sz w:val="17"/>
              </w:rPr>
              <w:t xml:space="preserve"> </w:t>
            </w:r>
            <w:proofErr w:type="spellStart"/>
            <w:r>
              <w:rPr>
                <w:color w:val="263238"/>
                <w:sz w:val="17"/>
              </w:rPr>
              <w:t>resurselor</w:t>
            </w:r>
            <w:proofErr w:type="spellEnd"/>
            <w:r>
              <w:rPr>
                <w:color w:val="263238"/>
                <w:sz w:val="17"/>
              </w:rPr>
              <w:t xml:space="preserve"> </w:t>
            </w:r>
            <w:proofErr w:type="spellStart"/>
            <w:r>
              <w:rPr>
                <w:color w:val="263238"/>
                <w:sz w:val="17"/>
              </w:rPr>
              <w:t>școlii</w:t>
            </w:r>
            <w:proofErr w:type="spellEnd"/>
            <w:r>
              <w:rPr>
                <w:color w:val="263238"/>
                <w:sz w:val="17"/>
              </w:rPr>
              <w:t xml:space="preserve">. </w:t>
            </w:r>
            <w:proofErr w:type="spellStart"/>
            <w:r>
              <w:rPr>
                <w:color w:val="263238"/>
                <w:sz w:val="17"/>
              </w:rPr>
              <w:t>Activitatea</w:t>
            </w:r>
            <w:proofErr w:type="spellEnd"/>
            <w:r>
              <w:rPr>
                <w:color w:val="263238"/>
                <w:sz w:val="17"/>
              </w:rPr>
              <w:t xml:space="preserve"> nu </w:t>
            </w:r>
            <w:proofErr w:type="spellStart"/>
            <w:r>
              <w:rPr>
                <w:color w:val="263238"/>
                <w:sz w:val="17"/>
              </w:rPr>
              <w:t>trebuie</w:t>
            </w:r>
            <w:proofErr w:type="spellEnd"/>
            <w:r>
              <w:rPr>
                <w:color w:val="263238"/>
                <w:sz w:val="17"/>
              </w:rPr>
              <w:t xml:space="preserve"> </w:t>
            </w:r>
            <w:proofErr w:type="spellStart"/>
            <w:r>
              <w:rPr>
                <w:color w:val="263238"/>
                <w:sz w:val="17"/>
              </w:rPr>
              <w:t>realizată</w:t>
            </w:r>
            <w:proofErr w:type="spellEnd"/>
            <w:r>
              <w:rPr>
                <w:color w:val="263238"/>
                <w:sz w:val="17"/>
              </w:rPr>
              <w:t xml:space="preserve"> cu </w:t>
            </w:r>
            <w:proofErr w:type="spellStart"/>
            <w:r>
              <w:rPr>
                <w:color w:val="263238"/>
                <w:sz w:val="17"/>
              </w:rPr>
              <w:t>orice</w:t>
            </w:r>
            <w:proofErr w:type="spellEnd"/>
            <w:r>
              <w:rPr>
                <w:color w:val="263238"/>
                <w:sz w:val="17"/>
              </w:rPr>
              <w:t xml:space="preserve"> </w:t>
            </w:r>
            <w:proofErr w:type="spellStart"/>
            <w:r>
              <w:rPr>
                <w:color w:val="263238"/>
                <w:sz w:val="17"/>
              </w:rPr>
              <w:t>preț</w:t>
            </w:r>
            <w:proofErr w:type="spellEnd"/>
            <w:r>
              <w:rPr>
                <w:color w:val="263238"/>
                <w:sz w:val="17"/>
              </w:rPr>
              <w:t xml:space="preserve">; </w:t>
            </w:r>
            <w:proofErr w:type="spellStart"/>
            <w:r>
              <w:rPr>
                <w:color w:val="263238"/>
                <w:sz w:val="17"/>
              </w:rPr>
              <w:t>când</w:t>
            </w:r>
            <w:proofErr w:type="spellEnd"/>
            <w:r>
              <w:rPr>
                <w:color w:val="263238"/>
                <w:sz w:val="17"/>
              </w:rPr>
              <w:t xml:space="preserve"> </w:t>
            </w:r>
            <w:proofErr w:type="spellStart"/>
            <w:r w:rsidR="00646309">
              <w:rPr>
                <w:color w:val="263238"/>
                <w:sz w:val="17"/>
              </w:rPr>
              <w:t>aplicația</w:t>
            </w:r>
            <w:proofErr w:type="spellEnd"/>
            <w:r w:rsidR="00646309">
              <w:rPr>
                <w:color w:val="263238"/>
                <w:sz w:val="17"/>
              </w:rPr>
              <w:t xml:space="preserve"> </w:t>
            </w:r>
            <w:proofErr w:type="spellStart"/>
            <w:r w:rsidR="00646309">
              <w:rPr>
                <w:color w:val="263238"/>
                <w:sz w:val="17"/>
              </w:rPr>
              <w:t>practică</w:t>
            </w:r>
            <w:proofErr w:type="spellEnd"/>
            <w:r w:rsidR="00646309">
              <w:rPr>
                <w:color w:val="263238"/>
                <w:sz w:val="17"/>
              </w:rPr>
              <w:t xml:space="preserve"> pe </w:t>
            </w:r>
            <w:proofErr w:type="spellStart"/>
            <w:r>
              <w:rPr>
                <w:color w:val="263238"/>
                <w:sz w:val="17"/>
              </w:rPr>
              <w:t>teren</w:t>
            </w:r>
            <w:proofErr w:type="spellEnd"/>
            <w:r>
              <w:rPr>
                <w:color w:val="263238"/>
                <w:sz w:val="17"/>
              </w:rPr>
              <w:t xml:space="preserve"> nu </w:t>
            </w:r>
            <w:proofErr w:type="spellStart"/>
            <w:r>
              <w:rPr>
                <w:color w:val="263238"/>
                <w:sz w:val="17"/>
              </w:rPr>
              <w:t>este</w:t>
            </w:r>
            <w:proofErr w:type="spellEnd"/>
            <w:r>
              <w:rPr>
                <w:color w:val="263238"/>
                <w:sz w:val="17"/>
              </w:rPr>
              <w:t xml:space="preserve"> </w:t>
            </w:r>
            <w:proofErr w:type="spellStart"/>
            <w:r>
              <w:rPr>
                <w:color w:val="263238"/>
                <w:sz w:val="17"/>
              </w:rPr>
              <w:t>posibil</w:t>
            </w:r>
            <w:r w:rsidR="00646309">
              <w:rPr>
                <w:color w:val="263238"/>
                <w:sz w:val="17"/>
              </w:rPr>
              <w:t>ă</w:t>
            </w:r>
            <w:proofErr w:type="spellEnd"/>
            <w:r>
              <w:rPr>
                <w:color w:val="263238"/>
                <w:sz w:val="17"/>
              </w:rPr>
              <w:t xml:space="preserve">, pot fi </w:t>
            </w:r>
            <w:proofErr w:type="spellStart"/>
            <w:r>
              <w:rPr>
                <w:color w:val="263238"/>
                <w:sz w:val="17"/>
              </w:rPr>
              <w:t>folosite</w:t>
            </w:r>
            <w:proofErr w:type="spellEnd"/>
            <w:r>
              <w:rPr>
                <w:color w:val="263238"/>
                <w:sz w:val="17"/>
              </w:rPr>
              <w:t xml:space="preserve"> date, </w:t>
            </w:r>
            <w:proofErr w:type="spellStart"/>
            <w:r>
              <w:rPr>
                <w:color w:val="263238"/>
                <w:sz w:val="17"/>
              </w:rPr>
              <w:t>imagini</w:t>
            </w:r>
            <w:proofErr w:type="spellEnd"/>
            <w:r>
              <w:rPr>
                <w:color w:val="263238"/>
                <w:sz w:val="17"/>
              </w:rPr>
              <w:t xml:space="preserve">, </w:t>
            </w:r>
            <w:proofErr w:type="spellStart"/>
            <w:r>
              <w:rPr>
                <w:color w:val="263238"/>
                <w:sz w:val="17"/>
              </w:rPr>
              <w:t>hărți</w:t>
            </w:r>
            <w:proofErr w:type="spellEnd"/>
            <w:r>
              <w:rPr>
                <w:color w:val="263238"/>
                <w:sz w:val="17"/>
              </w:rPr>
              <w:t xml:space="preserve"> </w:t>
            </w:r>
            <w:proofErr w:type="spellStart"/>
            <w:r>
              <w:rPr>
                <w:color w:val="263238"/>
                <w:sz w:val="17"/>
              </w:rPr>
              <w:t>sau</w:t>
            </w:r>
            <w:proofErr w:type="spellEnd"/>
            <w:r>
              <w:rPr>
                <w:color w:val="263238"/>
                <w:sz w:val="17"/>
              </w:rPr>
              <w:t xml:space="preserve"> </w:t>
            </w:r>
            <w:proofErr w:type="spellStart"/>
            <w:r>
              <w:rPr>
                <w:color w:val="263238"/>
                <w:sz w:val="17"/>
              </w:rPr>
              <w:t>trasee</w:t>
            </w:r>
            <w:proofErr w:type="spellEnd"/>
            <w:r>
              <w:rPr>
                <w:color w:val="263238"/>
                <w:sz w:val="17"/>
              </w:rPr>
              <w:t xml:space="preserve"> </w:t>
            </w:r>
            <w:proofErr w:type="spellStart"/>
            <w:r>
              <w:rPr>
                <w:color w:val="263238"/>
                <w:sz w:val="17"/>
              </w:rPr>
              <w:t>virtuale</w:t>
            </w:r>
            <w:proofErr w:type="spellEnd"/>
            <w:r>
              <w:rPr>
                <w:color w:val="263238"/>
                <w:sz w:val="17"/>
              </w:rPr>
              <w:t xml:space="preserve">, </w:t>
            </w:r>
            <w:proofErr w:type="spellStart"/>
            <w:r>
              <w:rPr>
                <w:color w:val="263238"/>
                <w:sz w:val="17"/>
              </w:rPr>
              <w:t>precizând</w:t>
            </w:r>
            <w:proofErr w:type="spellEnd"/>
            <w:r>
              <w:rPr>
                <w:color w:val="263238"/>
                <w:sz w:val="17"/>
              </w:rPr>
              <w:t xml:space="preserve"> </w:t>
            </w:r>
            <w:proofErr w:type="spellStart"/>
            <w:r>
              <w:rPr>
                <w:color w:val="263238"/>
                <w:sz w:val="17"/>
              </w:rPr>
              <w:t>limitele</w:t>
            </w:r>
            <w:proofErr w:type="spellEnd"/>
            <w:r>
              <w:rPr>
                <w:color w:val="263238"/>
                <w:sz w:val="17"/>
              </w:rPr>
              <w:t xml:space="preserve"> </w:t>
            </w:r>
            <w:proofErr w:type="spellStart"/>
            <w:r>
              <w:rPr>
                <w:color w:val="263238"/>
                <w:sz w:val="17"/>
              </w:rPr>
              <w:t>acestora</w:t>
            </w:r>
            <w:proofErr w:type="spellEnd"/>
            <w:r>
              <w:rPr>
                <w:color w:val="263238"/>
                <w:sz w:val="17"/>
              </w:rPr>
              <w:t>.</w:t>
            </w:r>
          </w:p>
        </w:tc>
      </w:tr>
    </w:tbl>
    <w:p w14:paraId="26537018" w14:textId="77777777" w:rsidR="00787B6C" w:rsidRDefault="00690563">
      <w:r>
        <w:br w:type="page"/>
      </w:r>
    </w:p>
    <w:tbl>
      <w:tblPr>
        <w:tblW w:w="5000" w:type="pct"/>
        <w:jc w:val="center"/>
        <w:tblLook w:val="04A0" w:firstRow="1" w:lastRow="0" w:firstColumn="1" w:lastColumn="0" w:noHBand="0" w:noVBand="1"/>
      </w:tblPr>
      <w:tblGrid>
        <w:gridCol w:w="4392"/>
        <w:gridCol w:w="6289"/>
      </w:tblGrid>
      <w:tr w:rsidR="00787B6C" w:rsidRPr="00E14EE9" w14:paraId="60D5A895" w14:textId="77777777" w:rsidTr="00690563">
        <w:trPr>
          <w:jc w:val="center"/>
        </w:trPr>
        <w:tc>
          <w:tcPr>
            <w:tcW w:w="2056" w:type="pct"/>
            <w:shd w:val="clear" w:color="auto" w:fill="2B6478"/>
            <w:tcMar>
              <w:top w:w="145" w:type="dxa"/>
              <w:left w:w="110" w:type="dxa"/>
              <w:bottom w:w="145" w:type="dxa"/>
              <w:right w:w="110" w:type="dxa"/>
            </w:tcMar>
          </w:tcPr>
          <w:p w14:paraId="6A0018AA" w14:textId="77777777" w:rsidR="00787B6C" w:rsidRDefault="00690563">
            <w:pPr>
              <w:jc w:val="center"/>
            </w:pPr>
            <w:r>
              <w:rPr>
                <w:b/>
                <w:color w:val="FFFFFF"/>
                <w:sz w:val="30"/>
              </w:rPr>
              <w:lastRenderedPageBreak/>
              <w:t>21</w:t>
            </w:r>
          </w:p>
        </w:tc>
        <w:tc>
          <w:tcPr>
            <w:tcW w:w="2944" w:type="pct"/>
            <w:shd w:val="clear" w:color="auto" w:fill="17324D"/>
            <w:tcMar>
              <w:top w:w="120" w:type="dxa"/>
              <w:left w:w="145" w:type="dxa"/>
              <w:bottom w:w="120" w:type="dxa"/>
              <w:right w:w="145" w:type="dxa"/>
            </w:tcMar>
          </w:tcPr>
          <w:p w14:paraId="20BF2AB2" w14:textId="04D8A87F" w:rsidR="00787B6C" w:rsidRPr="00E14EE9" w:rsidRDefault="00690563">
            <w:pPr>
              <w:rPr>
                <w:lang w:val="it-CH"/>
              </w:rPr>
            </w:pPr>
            <w:r w:rsidRPr="00E14EE9">
              <w:rPr>
                <w:b/>
                <w:color w:val="FFFFFF"/>
                <w:sz w:val="25"/>
                <w:lang w:val="it-CH"/>
              </w:rPr>
              <w:t>MODELE, GRAFICE ȘI DATE</w:t>
            </w:r>
            <w:r w:rsidRPr="00E14EE9">
              <w:rPr>
                <w:lang w:val="it-CH"/>
              </w:rPr>
              <w:br/>
            </w:r>
            <w:r w:rsidRPr="00E14EE9">
              <w:rPr>
                <w:color w:val="DFE8EA"/>
                <w:sz w:val="16"/>
                <w:lang w:val="it-CH"/>
              </w:rPr>
              <w:t>A reprezenta înseamnă a selecta</w:t>
            </w:r>
            <w:r w:rsidR="002D5477" w:rsidRPr="00E14EE9">
              <w:rPr>
                <w:color w:val="DFE8EA"/>
                <w:sz w:val="16"/>
                <w:lang w:val="it-CH"/>
              </w:rPr>
              <w:t xml:space="preserve"> datele</w:t>
            </w:r>
            <w:r w:rsidRPr="00E14EE9">
              <w:rPr>
                <w:color w:val="DFE8EA"/>
                <w:sz w:val="16"/>
                <w:lang w:val="it-CH"/>
              </w:rPr>
              <w:t>. A interpreta înseamnă a explica ce arată și ce nu arată reprezentarea.</w:t>
            </w:r>
          </w:p>
        </w:tc>
      </w:tr>
    </w:tbl>
    <w:p w14:paraId="7FB145A0"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363"/>
        <w:gridCol w:w="3321"/>
        <w:gridCol w:w="2906"/>
      </w:tblGrid>
      <w:tr w:rsidR="00690563" w14:paraId="7F4E642C" w14:textId="77777777" w:rsidTr="00690563">
        <w:trPr>
          <w:jc w:val="center"/>
        </w:trPr>
        <w:tc>
          <w:tcPr>
            <w:tcW w:w="2060" w:type="pct"/>
            <w:shd w:val="clear" w:color="auto" w:fill="17324D"/>
            <w:tcMar>
              <w:top w:w="76" w:type="dxa"/>
              <w:left w:w="82" w:type="dxa"/>
              <w:bottom w:w="76" w:type="dxa"/>
              <w:right w:w="82" w:type="dxa"/>
            </w:tcMar>
          </w:tcPr>
          <w:p w14:paraId="4EC901BC" w14:textId="77777777" w:rsidR="00690563" w:rsidRDefault="00690563" w:rsidP="00690563">
            <w:pPr>
              <w:jc w:val="center"/>
            </w:pPr>
            <w:r>
              <w:rPr>
                <w:b/>
                <w:color w:val="FFFFFF"/>
                <w:sz w:val="14"/>
              </w:rPr>
              <w:t>REPREZENTARE</w:t>
            </w:r>
          </w:p>
        </w:tc>
        <w:tc>
          <w:tcPr>
            <w:tcW w:w="1568" w:type="pct"/>
            <w:shd w:val="clear" w:color="auto" w:fill="2B6478"/>
            <w:tcMar>
              <w:top w:w="76" w:type="dxa"/>
              <w:left w:w="82" w:type="dxa"/>
              <w:bottom w:w="76" w:type="dxa"/>
              <w:right w:w="82" w:type="dxa"/>
            </w:tcMar>
          </w:tcPr>
          <w:p w14:paraId="105477D2" w14:textId="77777777" w:rsidR="00690563" w:rsidRDefault="00690563" w:rsidP="00690563">
            <w:pPr>
              <w:jc w:val="center"/>
            </w:pPr>
            <w:r>
              <w:rPr>
                <w:b/>
                <w:color w:val="FFFFFF"/>
                <w:sz w:val="14"/>
              </w:rPr>
              <w:t>CE ÎNTREB</w:t>
            </w:r>
          </w:p>
        </w:tc>
        <w:tc>
          <w:tcPr>
            <w:tcW w:w="1372" w:type="pct"/>
            <w:shd w:val="clear" w:color="auto" w:fill="B58A45"/>
            <w:tcMar>
              <w:top w:w="76" w:type="dxa"/>
              <w:left w:w="82" w:type="dxa"/>
              <w:bottom w:w="76" w:type="dxa"/>
              <w:right w:w="82" w:type="dxa"/>
            </w:tcMar>
          </w:tcPr>
          <w:p w14:paraId="138563B2" w14:textId="77777777" w:rsidR="00690563" w:rsidRDefault="00690563" w:rsidP="00690563">
            <w:pPr>
              <w:jc w:val="center"/>
            </w:pPr>
            <w:r>
              <w:rPr>
                <w:b/>
                <w:color w:val="FFFFFF"/>
                <w:sz w:val="14"/>
              </w:rPr>
              <w:t>EROARE FRECVENTĂ</w:t>
            </w:r>
          </w:p>
        </w:tc>
      </w:tr>
      <w:tr w:rsidR="00690563" w14:paraId="6C2E3129" w14:textId="77777777" w:rsidTr="00690563">
        <w:trPr>
          <w:jc w:val="center"/>
        </w:trPr>
        <w:tc>
          <w:tcPr>
            <w:tcW w:w="2060" w:type="pct"/>
            <w:shd w:val="clear" w:color="auto" w:fill="F8FAFA"/>
            <w:tcMar>
              <w:top w:w="68" w:type="dxa"/>
              <w:left w:w="78" w:type="dxa"/>
              <w:bottom w:w="68" w:type="dxa"/>
              <w:right w:w="78" w:type="dxa"/>
            </w:tcMar>
          </w:tcPr>
          <w:p w14:paraId="7D65FB3E" w14:textId="77777777" w:rsidR="00690563" w:rsidRDefault="00690563" w:rsidP="00690563">
            <w:proofErr w:type="spellStart"/>
            <w:r>
              <w:rPr>
                <w:color w:val="263238"/>
                <w:sz w:val="15"/>
              </w:rPr>
              <w:t>grafic</w:t>
            </w:r>
            <w:proofErr w:type="spellEnd"/>
            <w:r>
              <w:rPr>
                <w:color w:val="263238"/>
                <w:sz w:val="15"/>
              </w:rPr>
              <w:t xml:space="preserve"> climatic</w:t>
            </w:r>
          </w:p>
        </w:tc>
        <w:tc>
          <w:tcPr>
            <w:tcW w:w="1568" w:type="pct"/>
            <w:shd w:val="clear" w:color="auto" w:fill="F8FAFA"/>
            <w:tcMar>
              <w:top w:w="68" w:type="dxa"/>
              <w:left w:w="78" w:type="dxa"/>
              <w:bottom w:w="68" w:type="dxa"/>
              <w:right w:w="78" w:type="dxa"/>
            </w:tcMar>
          </w:tcPr>
          <w:p w14:paraId="4C64851D" w14:textId="77777777" w:rsidR="00690563" w:rsidRPr="00E14EE9" w:rsidRDefault="00690563" w:rsidP="00690563">
            <w:pPr>
              <w:rPr>
                <w:lang w:val="it-CH"/>
              </w:rPr>
            </w:pPr>
            <w:r w:rsidRPr="00E14EE9">
              <w:rPr>
                <w:color w:val="263238"/>
                <w:sz w:val="15"/>
                <w:lang w:val="it-CH"/>
              </w:rPr>
              <w:t>ce variabilă, unitate, perioadă și tendință?</w:t>
            </w:r>
          </w:p>
        </w:tc>
        <w:tc>
          <w:tcPr>
            <w:tcW w:w="1372" w:type="pct"/>
            <w:shd w:val="clear" w:color="auto" w:fill="F8FAFA"/>
            <w:tcMar>
              <w:top w:w="68" w:type="dxa"/>
              <w:left w:w="78" w:type="dxa"/>
              <w:bottom w:w="68" w:type="dxa"/>
              <w:right w:w="78" w:type="dxa"/>
            </w:tcMar>
          </w:tcPr>
          <w:p w14:paraId="475392A9" w14:textId="77777777" w:rsidR="00690563" w:rsidRDefault="00690563" w:rsidP="00690563">
            <w:proofErr w:type="spellStart"/>
            <w:r>
              <w:rPr>
                <w:color w:val="263238"/>
                <w:sz w:val="15"/>
              </w:rPr>
              <w:t>descriere</w:t>
            </w:r>
            <w:proofErr w:type="spellEnd"/>
            <w:r>
              <w:rPr>
                <w:color w:val="263238"/>
                <w:sz w:val="15"/>
              </w:rPr>
              <w:t xml:space="preserve"> </w:t>
            </w:r>
            <w:proofErr w:type="spellStart"/>
            <w:r>
              <w:rPr>
                <w:color w:val="263238"/>
                <w:sz w:val="15"/>
              </w:rPr>
              <w:t>fără</w:t>
            </w:r>
            <w:proofErr w:type="spellEnd"/>
            <w:r>
              <w:rPr>
                <w:color w:val="263238"/>
                <w:sz w:val="15"/>
              </w:rPr>
              <w:t xml:space="preserve"> </w:t>
            </w:r>
            <w:proofErr w:type="spellStart"/>
            <w:r>
              <w:rPr>
                <w:color w:val="263238"/>
                <w:sz w:val="15"/>
              </w:rPr>
              <w:t>explicație</w:t>
            </w:r>
            <w:proofErr w:type="spellEnd"/>
          </w:p>
        </w:tc>
      </w:tr>
      <w:tr w:rsidR="00690563" w:rsidRPr="00E14EE9" w14:paraId="052ACFB0" w14:textId="77777777" w:rsidTr="00690563">
        <w:trPr>
          <w:jc w:val="center"/>
        </w:trPr>
        <w:tc>
          <w:tcPr>
            <w:tcW w:w="2060" w:type="pct"/>
            <w:tcMar>
              <w:top w:w="68" w:type="dxa"/>
              <w:left w:w="78" w:type="dxa"/>
              <w:bottom w:w="68" w:type="dxa"/>
              <w:right w:w="78" w:type="dxa"/>
            </w:tcMar>
          </w:tcPr>
          <w:p w14:paraId="4320F4F2" w14:textId="77777777" w:rsidR="00690563" w:rsidRDefault="00690563" w:rsidP="00690563">
            <w:proofErr w:type="spellStart"/>
            <w:r>
              <w:rPr>
                <w:color w:val="263238"/>
                <w:sz w:val="15"/>
              </w:rPr>
              <w:t>hartă</w:t>
            </w:r>
            <w:proofErr w:type="spellEnd"/>
            <w:r>
              <w:rPr>
                <w:color w:val="263238"/>
                <w:sz w:val="15"/>
              </w:rPr>
              <w:t xml:space="preserve"> </w:t>
            </w:r>
            <w:proofErr w:type="spellStart"/>
            <w:r>
              <w:rPr>
                <w:color w:val="263238"/>
                <w:sz w:val="15"/>
              </w:rPr>
              <w:t>sinoptică</w:t>
            </w:r>
            <w:proofErr w:type="spellEnd"/>
          </w:p>
        </w:tc>
        <w:tc>
          <w:tcPr>
            <w:tcW w:w="1568" w:type="pct"/>
            <w:tcMar>
              <w:top w:w="68" w:type="dxa"/>
              <w:left w:w="78" w:type="dxa"/>
              <w:bottom w:w="68" w:type="dxa"/>
              <w:right w:w="78" w:type="dxa"/>
            </w:tcMar>
          </w:tcPr>
          <w:p w14:paraId="6261B5EA" w14:textId="77777777" w:rsidR="00690563" w:rsidRPr="00E14EE9" w:rsidRDefault="00690563" w:rsidP="00690563">
            <w:pPr>
              <w:rPr>
                <w:lang w:val="it-CH"/>
              </w:rPr>
            </w:pPr>
            <w:r w:rsidRPr="00E14EE9">
              <w:rPr>
                <w:color w:val="263238"/>
                <w:sz w:val="15"/>
                <w:lang w:val="it-CH"/>
              </w:rPr>
              <w:t>ce indică simbolurile și cum se leagă de prognoză?</w:t>
            </w:r>
          </w:p>
        </w:tc>
        <w:tc>
          <w:tcPr>
            <w:tcW w:w="1372" w:type="pct"/>
            <w:tcMar>
              <w:top w:w="68" w:type="dxa"/>
              <w:left w:w="78" w:type="dxa"/>
              <w:bottom w:w="68" w:type="dxa"/>
              <w:right w:w="78" w:type="dxa"/>
            </w:tcMar>
          </w:tcPr>
          <w:p w14:paraId="598CAF38" w14:textId="77777777" w:rsidR="00690563" w:rsidRPr="00E14EE9" w:rsidRDefault="00690563" w:rsidP="00690563">
            <w:pPr>
              <w:rPr>
                <w:lang w:val="it-CH"/>
              </w:rPr>
            </w:pPr>
            <w:r w:rsidRPr="00E14EE9">
              <w:rPr>
                <w:color w:val="263238"/>
                <w:sz w:val="15"/>
                <w:lang w:val="it-CH"/>
              </w:rPr>
              <w:t>citirea izolată a unui simbol</w:t>
            </w:r>
          </w:p>
        </w:tc>
      </w:tr>
      <w:tr w:rsidR="00690563" w14:paraId="33422BB1" w14:textId="77777777" w:rsidTr="00690563">
        <w:trPr>
          <w:jc w:val="center"/>
        </w:trPr>
        <w:tc>
          <w:tcPr>
            <w:tcW w:w="2060" w:type="pct"/>
            <w:shd w:val="clear" w:color="auto" w:fill="F8FAFA"/>
            <w:tcMar>
              <w:top w:w="68" w:type="dxa"/>
              <w:left w:w="78" w:type="dxa"/>
              <w:bottom w:w="68" w:type="dxa"/>
              <w:right w:w="78" w:type="dxa"/>
            </w:tcMar>
          </w:tcPr>
          <w:p w14:paraId="566E4C55" w14:textId="77777777" w:rsidR="00690563" w:rsidRDefault="00690563" w:rsidP="00690563">
            <w:r>
              <w:rPr>
                <w:color w:val="263238"/>
                <w:sz w:val="15"/>
              </w:rPr>
              <w:t xml:space="preserve">model al </w:t>
            </w:r>
            <w:proofErr w:type="spellStart"/>
            <w:r>
              <w:rPr>
                <w:color w:val="263238"/>
                <w:sz w:val="15"/>
              </w:rPr>
              <w:t>plăcilor</w:t>
            </w:r>
            <w:proofErr w:type="spellEnd"/>
            <w:r>
              <w:rPr>
                <w:color w:val="263238"/>
                <w:sz w:val="15"/>
              </w:rPr>
              <w:t xml:space="preserve"> </w:t>
            </w:r>
            <w:proofErr w:type="spellStart"/>
            <w:r>
              <w:rPr>
                <w:color w:val="263238"/>
                <w:sz w:val="15"/>
              </w:rPr>
              <w:t>tectonice</w:t>
            </w:r>
            <w:proofErr w:type="spellEnd"/>
          </w:p>
        </w:tc>
        <w:tc>
          <w:tcPr>
            <w:tcW w:w="1568" w:type="pct"/>
            <w:shd w:val="clear" w:color="auto" w:fill="F8FAFA"/>
            <w:tcMar>
              <w:top w:w="68" w:type="dxa"/>
              <w:left w:w="78" w:type="dxa"/>
              <w:bottom w:w="68" w:type="dxa"/>
              <w:right w:w="78" w:type="dxa"/>
            </w:tcMar>
          </w:tcPr>
          <w:p w14:paraId="607337F6" w14:textId="77777777" w:rsidR="00690563" w:rsidRDefault="00690563" w:rsidP="00690563">
            <w:proofErr w:type="spellStart"/>
            <w:r>
              <w:rPr>
                <w:color w:val="263238"/>
                <w:sz w:val="15"/>
              </w:rPr>
              <w:t>ce</w:t>
            </w:r>
            <w:proofErr w:type="spellEnd"/>
            <w:r>
              <w:rPr>
                <w:color w:val="263238"/>
                <w:sz w:val="15"/>
              </w:rPr>
              <w:t xml:space="preserve"> </w:t>
            </w:r>
            <w:proofErr w:type="spellStart"/>
            <w:r>
              <w:rPr>
                <w:color w:val="263238"/>
                <w:sz w:val="15"/>
              </w:rPr>
              <w:t>mecanism</w:t>
            </w:r>
            <w:proofErr w:type="spellEnd"/>
            <w:r>
              <w:rPr>
                <w:color w:val="263238"/>
                <w:sz w:val="15"/>
              </w:rPr>
              <w:t xml:space="preserve"> </w:t>
            </w:r>
            <w:proofErr w:type="spellStart"/>
            <w:r>
              <w:rPr>
                <w:color w:val="263238"/>
                <w:sz w:val="15"/>
              </w:rPr>
              <w:t>simplifică</w:t>
            </w:r>
            <w:proofErr w:type="spellEnd"/>
            <w:r>
              <w:rPr>
                <w:color w:val="263238"/>
                <w:sz w:val="15"/>
              </w:rPr>
              <w:t>?</w:t>
            </w:r>
          </w:p>
        </w:tc>
        <w:tc>
          <w:tcPr>
            <w:tcW w:w="1372" w:type="pct"/>
            <w:shd w:val="clear" w:color="auto" w:fill="F8FAFA"/>
            <w:tcMar>
              <w:top w:w="68" w:type="dxa"/>
              <w:left w:w="78" w:type="dxa"/>
              <w:bottom w:w="68" w:type="dxa"/>
              <w:right w:w="78" w:type="dxa"/>
            </w:tcMar>
          </w:tcPr>
          <w:p w14:paraId="3F36C577" w14:textId="5A90219B" w:rsidR="00690563" w:rsidRPr="000778B3" w:rsidRDefault="00690563" w:rsidP="00690563">
            <w:r w:rsidRPr="000778B3">
              <w:rPr>
                <w:sz w:val="15"/>
              </w:rPr>
              <w:t xml:space="preserve">model </w:t>
            </w:r>
            <w:proofErr w:type="spellStart"/>
            <w:r w:rsidR="000778B3" w:rsidRPr="000778B3">
              <w:rPr>
                <w:sz w:val="15"/>
              </w:rPr>
              <w:t>fără</w:t>
            </w:r>
            <w:proofErr w:type="spellEnd"/>
            <w:r w:rsidR="000778B3" w:rsidRPr="000778B3">
              <w:rPr>
                <w:sz w:val="15"/>
              </w:rPr>
              <w:t xml:space="preserve"> </w:t>
            </w:r>
            <w:proofErr w:type="spellStart"/>
            <w:r w:rsidR="000778B3" w:rsidRPr="000778B3">
              <w:rPr>
                <w:sz w:val="15"/>
              </w:rPr>
              <w:t>explicație</w:t>
            </w:r>
            <w:proofErr w:type="spellEnd"/>
          </w:p>
        </w:tc>
      </w:tr>
      <w:tr w:rsidR="00690563" w14:paraId="518D0707" w14:textId="77777777" w:rsidTr="00690563">
        <w:trPr>
          <w:jc w:val="center"/>
        </w:trPr>
        <w:tc>
          <w:tcPr>
            <w:tcW w:w="2060" w:type="pct"/>
            <w:tcMar>
              <w:top w:w="68" w:type="dxa"/>
              <w:left w:w="78" w:type="dxa"/>
              <w:bottom w:w="68" w:type="dxa"/>
              <w:right w:w="78" w:type="dxa"/>
            </w:tcMar>
          </w:tcPr>
          <w:p w14:paraId="0C92E764" w14:textId="77777777" w:rsidR="00690563" w:rsidRDefault="00690563" w:rsidP="00690563">
            <w:proofErr w:type="spellStart"/>
            <w:r>
              <w:rPr>
                <w:color w:val="263238"/>
                <w:sz w:val="15"/>
              </w:rPr>
              <w:t>profil</w:t>
            </w:r>
            <w:proofErr w:type="spellEnd"/>
            <w:r>
              <w:rPr>
                <w:color w:val="263238"/>
                <w:sz w:val="15"/>
              </w:rPr>
              <w:t xml:space="preserve"> </w:t>
            </w:r>
            <w:proofErr w:type="spellStart"/>
            <w:r>
              <w:rPr>
                <w:color w:val="263238"/>
                <w:sz w:val="15"/>
              </w:rPr>
              <w:t>topografic</w:t>
            </w:r>
            <w:proofErr w:type="spellEnd"/>
          </w:p>
        </w:tc>
        <w:tc>
          <w:tcPr>
            <w:tcW w:w="1568" w:type="pct"/>
            <w:tcMar>
              <w:top w:w="68" w:type="dxa"/>
              <w:left w:w="78" w:type="dxa"/>
              <w:bottom w:w="68" w:type="dxa"/>
              <w:right w:w="78" w:type="dxa"/>
            </w:tcMar>
          </w:tcPr>
          <w:p w14:paraId="7AC3A2BE" w14:textId="77777777" w:rsidR="00690563" w:rsidRPr="00E14EE9" w:rsidRDefault="00690563" w:rsidP="00690563">
            <w:pPr>
              <w:rPr>
                <w:lang w:val="it-CH"/>
              </w:rPr>
            </w:pPr>
            <w:r w:rsidRPr="00E14EE9">
              <w:rPr>
                <w:color w:val="263238"/>
                <w:sz w:val="15"/>
                <w:lang w:val="it-CH"/>
              </w:rPr>
              <w:t>ce relație există între distanță, altitudine și pantă?</w:t>
            </w:r>
          </w:p>
        </w:tc>
        <w:tc>
          <w:tcPr>
            <w:tcW w:w="1372" w:type="pct"/>
            <w:tcMar>
              <w:top w:w="68" w:type="dxa"/>
              <w:left w:w="78" w:type="dxa"/>
              <w:bottom w:w="68" w:type="dxa"/>
              <w:right w:w="78" w:type="dxa"/>
            </w:tcMar>
          </w:tcPr>
          <w:p w14:paraId="3E4754CD" w14:textId="77777777" w:rsidR="00690563" w:rsidRDefault="00690563" w:rsidP="00690563">
            <w:proofErr w:type="spellStart"/>
            <w:r>
              <w:rPr>
                <w:color w:val="263238"/>
                <w:sz w:val="15"/>
              </w:rPr>
              <w:t>desen</w:t>
            </w:r>
            <w:proofErr w:type="spellEnd"/>
            <w:r>
              <w:rPr>
                <w:color w:val="263238"/>
                <w:sz w:val="15"/>
              </w:rPr>
              <w:t xml:space="preserve"> </w:t>
            </w:r>
            <w:proofErr w:type="spellStart"/>
            <w:r>
              <w:rPr>
                <w:color w:val="263238"/>
                <w:sz w:val="15"/>
              </w:rPr>
              <w:t>fără</w:t>
            </w:r>
            <w:proofErr w:type="spellEnd"/>
            <w:r>
              <w:rPr>
                <w:color w:val="263238"/>
                <w:sz w:val="15"/>
              </w:rPr>
              <w:t xml:space="preserve"> </w:t>
            </w:r>
            <w:proofErr w:type="spellStart"/>
            <w:r>
              <w:rPr>
                <w:color w:val="263238"/>
                <w:sz w:val="15"/>
              </w:rPr>
              <w:t>interpretare</w:t>
            </w:r>
            <w:proofErr w:type="spellEnd"/>
          </w:p>
        </w:tc>
      </w:tr>
      <w:tr w:rsidR="00690563" w:rsidRPr="00E14EE9" w14:paraId="225216BD" w14:textId="77777777" w:rsidTr="00690563">
        <w:trPr>
          <w:jc w:val="center"/>
        </w:trPr>
        <w:tc>
          <w:tcPr>
            <w:tcW w:w="2060" w:type="pct"/>
            <w:shd w:val="clear" w:color="auto" w:fill="F8FAFA"/>
            <w:tcMar>
              <w:top w:w="68" w:type="dxa"/>
              <w:left w:w="78" w:type="dxa"/>
              <w:bottom w:w="68" w:type="dxa"/>
              <w:right w:w="78" w:type="dxa"/>
            </w:tcMar>
          </w:tcPr>
          <w:p w14:paraId="2A53671E" w14:textId="77777777" w:rsidR="00690563" w:rsidRDefault="00690563" w:rsidP="00690563">
            <w:proofErr w:type="spellStart"/>
            <w:r>
              <w:rPr>
                <w:color w:val="263238"/>
                <w:sz w:val="15"/>
              </w:rPr>
              <w:t>serie</w:t>
            </w:r>
            <w:proofErr w:type="spellEnd"/>
            <w:r>
              <w:rPr>
                <w:color w:val="263238"/>
                <w:sz w:val="15"/>
              </w:rPr>
              <w:t xml:space="preserve"> </w:t>
            </w:r>
            <w:proofErr w:type="spellStart"/>
            <w:r>
              <w:rPr>
                <w:color w:val="263238"/>
                <w:sz w:val="15"/>
              </w:rPr>
              <w:t>temporală</w:t>
            </w:r>
            <w:proofErr w:type="spellEnd"/>
          </w:p>
        </w:tc>
        <w:tc>
          <w:tcPr>
            <w:tcW w:w="1568" w:type="pct"/>
            <w:shd w:val="clear" w:color="auto" w:fill="F8FAFA"/>
            <w:tcMar>
              <w:top w:w="68" w:type="dxa"/>
              <w:left w:w="78" w:type="dxa"/>
              <w:bottom w:w="68" w:type="dxa"/>
              <w:right w:w="78" w:type="dxa"/>
            </w:tcMar>
          </w:tcPr>
          <w:p w14:paraId="5CA7BFFD" w14:textId="77777777" w:rsidR="00690563" w:rsidRPr="00E14EE9" w:rsidRDefault="00690563" w:rsidP="00690563">
            <w:pPr>
              <w:rPr>
                <w:lang w:val="it-CH"/>
              </w:rPr>
            </w:pPr>
            <w:r w:rsidRPr="00E14EE9">
              <w:rPr>
                <w:color w:val="263238"/>
                <w:sz w:val="15"/>
                <w:lang w:val="it-CH"/>
              </w:rPr>
              <w:t>ce tendință și ce variabilitate apar?</w:t>
            </w:r>
          </w:p>
        </w:tc>
        <w:tc>
          <w:tcPr>
            <w:tcW w:w="1372" w:type="pct"/>
            <w:shd w:val="clear" w:color="auto" w:fill="F8FAFA"/>
            <w:tcMar>
              <w:top w:w="68" w:type="dxa"/>
              <w:left w:w="78" w:type="dxa"/>
              <w:bottom w:w="68" w:type="dxa"/>
              <w:right w:w="78" w:type="dxa"/>
            </w:tcMar>
          </w:tcPr>
          <w:p w14:paraId="2A7D41CD" w14:textId="77777777" w:rsidR="00690563" w:rsidRPr="00E14EE9" w:rsidRDefault="00690563" w:rsidP="00690563">
            <w:pPr>
              <w:rPr>
                <w:lang w:val="it-CH"/>
              </w:rPr>
            </w:pPr>
            <w:r w:rsidRPr="00E14EE9">
              <w:rPr>
                <w:color w:val="263238"/>
                <w:sz w:val="15"/>
                <w:lang w:val="it-CH"/>
              </w:rPr>
              <w:t>două valori tratate drept tendință</w:t>
            </w:r>
          </w:p>
        </w:tc>
      </w:tr>
      <w:tr w:rsidR="00690563" w:rsidRPr="00E14EE9" w14:paraId="4A622DFB" w14:textId="77777777" w:rsidTr="00690563">
        <w:trPr>
          <w:jc w:val="center"/>
        </w:trPr>
        <w:tc>
          <w:tcPr>
            <w:tcW w:w="2060" w:type="pct"/>
            <w:tcMar>
              <w:top w:w="68" w:type="dxa"/>
              <w:left w:w="78" w:type="dxa"/>
              <w:bottom w:w="68" w:type="dxa"/>
              <w:right w:w="78" w:type="dxa"/>
            </w:tcMar>
          </w:tcPr>
          <w:p w14:paraId="423F0C27" w14:textId="77777777" w:rsidR="00690563" w:rsidRDefault="00690563" w:rsidP="00690563">
            <w:r>
              <w:rPr>
                <w:color w:val="263238"/>
                <w:sz w:val="15"/>
              </w:rPr>
              <w:t xml:space="preserve">imagine </w:t>
            </w:r>
            <w:proofErr w:type="spellStart"/>
            <w:r>
              <w:rPr>
                <w:color w:val="263238"/>
                <w:sz w:val="15"/>
              </w:rPr>
              <w:t>satelitară</w:t>
            </w:r>
            <w:proofErr w:type="spellEnd"/>
          </w:p>
        </w:tc>
        <w:tc>
          <w:tcPr>
            <w:tcW w:w="1568" w:type="pct"/>
            <w:tcMar>
              <w:top w:w="68" w:type="dxa"/>
              <w:left w:w="78" w:type="dxa"/>
              <w:bottom w:w="68" w:type="dxa"/>
              <w:right w:w="78" w:type="dxa"/>
            </w:tcMar>
          </w:tcPr>
          <w:p w14:paraId="07C2168D" w14:textId="77777777" w:rsidR="00690563" w:rsidRPr="00E14EE9" w:rsidRDefault="00690563" w:rsidP="00690563">
            <w:pPr>
              <w:rPr>
                <w:lang w:val="it-CH"/>
              </w:rPr>
            </w:pPr>
            <w:r w:rsidRPr="00E14EE9">
              <w:rPr>
                <w:color w:val="263238"/>
                <w:sz w:val="15"/>
                <w:lang w:val="it-CH"/>
              </w:rPr>
              <w:t>ce bandă/rezoluție/moment și ce schimbare?</w:t>
            </w:r>
          </w:p>
        </w:tc>
        <w:tc>
          <w:tcPr>
            <w:tcW w:w="1372" w:type="pct"/>
            <w:tcMar>
              <w:top w:w="68" w:type="dxa"/>
              <w:left w:w="78" w:type="dxa"/>
              <w:bottom w:w="68" w:type="dxa"/>
              <w:right w:w="78" w:type="dxa"/>
            </w:tcMar>
          </w:tcPr>
          <w:p w14:paraId="3BE7E5A8" w14:textId="1DF3BD0A" w:rsidR="00690563" w:rsidRPr="00E14EE9" w:rsidRDefault="000778B3" w:rsidP="00690563">
            <w:pPr>
              <w:rPr>
                <w:lang w:val="it-CH"/>
              </w:rPr>
            </w:pPr>
            <w:r w:rsidRPr="00E14EE9">
              <w:rPr>
                <w:sz w:val="15"/>
                <w:lang w:val="it-CH"/>
              </w:rPr>
              <w:t>confuzie între culorile de pe imaginea satelitară și cele de pe hartă</w:t>
            </w:r>
          </w:p>
        </w:tc>
      </w:tr>
    </w:tbl>
    <w:p w14:paraId="338AC8C1" w14:textId="77777777" w:rsidR="00690563" w:rsidRPr="00E14EE9" w:rsidRDefault="00690563">
      <w:pPr>
        <w:rPr>
          <w:lang w:val="it-CH"/>
        </w:rPr>
      </w:pPr>
    </w:p>
    <w:tbl>
      <w:tblPr>
        <w:tblW w:w="5000" w:type="pct"/>
        <w:jc w:val="center"/>
        <w:tblLook w:val="04A0" w:firstRow="1" w:lastRow="0" w:firstColumn="1" w:lastColumn="0" w:noHBand="0" w:noVBand="1"/>
      </w:tblPr>
      <w:tblGrid>
        <w:gridCol w:w="4392"/>
        <w:gridCol w:w="6269"/>
      </w:tblGrid>
      <w:tr w:rsidR="00690563" w:rsidRPr="00E14EE9" w14:paraId="476F980D" w14:textId="77777777" w:rsidTr="00690563">
        <w:trPr>
          <w:jc w:val="center"/>
        </w:trPr>
        <w:tc>
          <w:tcPr>
            <w:tcW w:w="2056" w:type="pct"/>
            <w:shd w:val="clear" w:color="auto" w:fill="65506F"/>
            <w:tcMar>
              <w:top w:w="105" w:type="dxa"/>
              <w:left w:w="105" w:type="dxa"/>
              <w:bottom w:w="105" w:type="dxa"/>
              <w:right w:w="105" w:type="dxa"/>
            </w:tcMar>
          </w:tcPr>
          <w:p w14:paraId="6E447465" w14:textId="77777777" w:rsidR="00690563" w:rsidRDefault="00690563" w:rsidP="00690563">
            <w:pPr>
              <w:jc w:val="center"/>
            </w:pPr>
            <w:r>
              <w:rPr>
                <w:b/>
                <w:color w:val="FFFFFF"/>
                <w:sz w:val="15"/>
              </w:rPr>
              <w:t>CHEIE</w:t>
            </w:r>
          </w:p>
        </w:tc>
        <w:tc>
          <w:tcPr>
            <w:tcW w:w="2935" w:type="pct"/>
            <w:shd w:val="clear" w:color="auto" w:fill="F3EFF5"/>
            <w:tcMar>
              <w:top w:w="105" w:type="dxa"/>
              <w:left w:w="130" w:type="dxa"/>
              <w:bottom w:w="105" w:type="dxa"/>
              <w:right w:w="130" w:type="dxa"/>
            </w:tcMar>
          </w:tcPr>
          <w:p w14:paraId="53323031" w14:textId="77777777" w:rsidR="00690563" w:rsidRPr="00E14EE9" w:rsidRDefault="00690563" w:rsidP="00690563">
            <w:pPr>
              <w:rPr>
                <w:lang w:val="it-CH"/>
              </w:rPr>
            </w:pPr>
            <w:r w:rsidRPr="00E14EE9">
              <w:rPr>
                <w:color w:val="263238"/>
                <w:sz w:val="17"/>
                <w:lang w:val="it-CH"/>
              </w:rPr>
              <w:t>Un elev care poate construi un grafic, dar nu poate formula o concluzie și o limită pe baza lui, nu a finalizat încă sarcina geografică.</w:t>
            </w:r>
          </w:p>
        </w:tc>
      </w:tr>
    </w:tbl>
    <w:p w14:paraId="1F28F2CE"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569"/>
        <w:gridCol w:w="6112"/>
      </w:tblGrid>
      <w:tr w:rsidR="00787B6C" w14:paraId="7294925B" w14:textId="77777777" w:rsidTr="00690563">
        <w:trPr>
          <w:jc w:val="center"/>
        </w:trPr>
        <w:tc>
          <w:tcPr>
            <w:tcW w:w="2139" w:type="pct"/>
            <w:shd w:val="clear" w:color="auto" w:fill="2B6478"/>
            <w:tcMar>
              <w:top w:w="145" w:type="dxa"/>
              <w:left w:w="110" w:type="dxa"/>
              <w:bottom w:w="145" w:type="dxa"/>
              <w:right w:w="110" w:type="dxa"/>
            </w:tcMar>
          </w:tcPr>
          <w:p w14:paraId="00F798A4" w14:textId="77777777" w:rsidR="00787B6C" w:rsidRDefault="00690563">
            <w:pPr>
              <w:jc w:val="center"/>
            </w:pPr>
            <w:r>
              <w:rPr>
                <w:b/>
                <w:color w:val="FFFFFF"/>
                <w:sz w:val="30"/>
              </w:rPr>
              <w:lastRenderedPageBreak/>
              <w:t>22</w:t>
            </w:r>
          </w:p>
        </w:tc>
        <w:tc>
          <w:tcPr>
            <w:tcW w:w="2861" w:type="pct"/>
            <w:shd w:val="clear" w:color="auto" w:fill="17324D"/>
            <w:tcMar>
              <w:top w:w="120" w:type="dxa"/>
              <w:left w:w="145" w:type="dxa"/>
              <w:bottom w:w="120" w:type="dxa"/>
              <w:right w:w="145" w:type="dxa"/>
            </w:tcMar>
          </w:tcPr>
          <w:p w14:paraId="35A769DA" w14:textId="77777777" w:rsidR="00787B6C" w:rsidRDefault="00690563">
            <w:r>
              <w:rPr>
                <w:b/>
                <w:color w:val="FFFFFF"/>
                <w:sz w:val="25"/>
              </w:rPr>
              <w:t>TEHNOLOGIE ȘI IA</w:t>
            </w:r>
            <w:r>
              <w:br/>
            </w:r>
            <w:proofErr w:type="spellStart"/>
            <w:r>
              <w:rPr>
                <w:color w:val="DFE8EA"/>
                <w:sz w:val="16"/>
              </w:rPr>
              <w:t>Programa</w:t>
            </w:r>
            <w:proofErr w:type="spellEnd"/>
            <w:r>
              <w:rPr>
                <w:color w:val="DFE8EA"/>
                <w:sz w:val="16"/>
              </w:rPr>
              <w:t xml:space="preserve"> include explicit GIS </w:t>
            </w:r>
            <w:proofErr w:type="spellStart"/>
            <w:r>
              <w:rPr>
                <w:color w:val="DFE8EA"/>
                <w:sz w:val="16"/>
              </w:rPr>
              <w:t>și</w:t>
            </w:r>
            <w:proofErr w:type="spellEnd"/>
            <w:r>
              <w:rPr>
                <w:color w:val="DFE8EA"/>
                <w:sz w:val="16"/>
              </w:rPr>
              <w:t>/</w:t>
            </w:r>
            <w:proofErr w:type="spellStart"/>
            <w:r>
              <w:rPr>
                <w:color w:val="DFE8EA"/>
                <w:sz w:val="16"/>
              </w:rPr>
              <w:t>sau</w:t>
            </w:r>
            <w:proofErr w:type="spellEnd"/>
            <w:r>
              <w:rPr>
                <w:color w:val="DFE8EA"/>
                <w:sz w:val="16"/>
              </w:rPr>
              <w:t xml:space="preserve"> IA, </w:t>
            </w:r>
            <w:proofErr w:type="spellStart"/>
            <w:r>
              <w:rPr>
                <w:color w:val="DFE8EA"/>
                <w:sz w:val="16"/>
              </w:rPr>
              <w:t>dar</w:t>
            </w:r>
            <w:proofErr w:type="spellEnd"/>
            <w:r>
              <w:rPr>
                <w:color w:val="DFE8EA"/>
                <w:sz w:val="16"/>
              </w:rPr>
              <w:t xml:space="preserve"> </w:t>
            </w:r>
            <w:proofErr w:type="spellStart"/>
            <w:r>
              <w:rPr>
                <w:color w:val="DFE8EA"/>
                <w:sz w:val="16"/>
              </w:rPr>
              <w:t>rolul</w:t>
            </w:r>
            <w:proofErr w:type="spellEnd"/>
            <w:r>
              <w:rPr>
                <w:color w:val="DFE8EA"/>
                <w:sz w:val="16"/>
              </w:rPr>
              <w:t xml:space="preserve"> </w:t>
            </w:r>
            <w:proofErr w:type="spellStart"/>
            <w:r>
              <w:rPr>
                <w:color w:val="DFE8EA"/>
                <w:sz w:val="16"/>
              </w:rPr>
              <w:t>instrumentului</w:t>
            </w:r>
            <w:proofErr w:type="spellEnd"/>
            <w:r>
              <w:rPr>
                <w:color w:val="DFE8EA"/>
                <w:sz w:val="16"/>
              </w:rPr>
              <w:t xml:space="preserve"> </w:t>
            </w:r>
            <w:proofErr w:type="spellStart"/>
            <w:r>
              <w:rPr>
                <w:color w:val="DFE8EA"/>
                <w:sz w:val="16"/>
              </w:rPr>
              <w:t>trebuie</w:t>
            </w:r>
            <w:proofErr w:type="spellEnd"/>
            <w:r>
              <w:rPr>
                <w:color w:val="DFE8EA"/>
                <w:sz w:val="16"/>
              </w:rPr>
              <w:t xml:space="preserve"> </w:t>
            </w:r>
            <w:proofErr w:type="spellStart"/>
            <w:r>
              <w:rPr>
                <w:color w:val="DFE8EA"/>
                <w:sz w:val="16"/>
              </w:rPr>
              <w:t>delimitat</w:t>
            </w:r>
            <w:proofErr w:type="spellEnd"/>
            <w:r>
              <w:rPr>
                <w:color w:val="DFE8EA"/>
                <w:sz w:val="16"/>
              </w:rPr>
              <w:t xml:space="preserve"> </w:t>
            </w:r>
            <w:proofErr w:type="spellStart"/>
            <w:r>
              <w:rPr>
                <w:color w:val="DFE8EA"/>
                <w:sz w:val="16"/>
              </w:rPr>
              <w:t>clar</w:t>
            </w:r>
            <w:proofErr w:type="spellEnd"/>
            <w:r>
              <w:rPr>
                <w:color w:val="DFE8EA"/>
                <w:sz w:val="16"/>
              </w:rPr>
              <w:t>.</w:t>
            </w:r>
          </w:p>
        </w:tc>
      </w:tr>
    </w:tbl>
    <w:p w14:paraId="48BFA146" w14:textId="77777777" w:rsidR="00690563" w:rsidRDefault="00690563"/>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538"/>
        <w:gridCol w:w="3027"/>
        <w:gridCol w:w="3025"/>
      </w:tblGrid>
      <w:tr w:rsidR="00690563" w14:paraId="14322C4E" w14:textId="77777777" w:rsidTr="00690563">
        <w:trPr>
          <w:jc w:val="center"/>
        </w:trPr>
        <w:tc>
          <w:tcPr>
            <w:tcW w:w="2143" w:type="pct"/>
            <w:shd w:val="clear" w:color="auto" w:fill="2B6478"/>
            <w:tcMar>
              <w:top w:w="76" w:type="dxa"/>
              <w:left w:w="82" w:type="dxa"/>
              <w:bottom w:w="76" w:type="dxa"/>
              <w:right w:w="82" w:type="dxa"/>
            </w:tcMar>
          </w:tcPr>
          <w:p w14:paraId="7A9AC9C7" w14:textId="77777777" w:rsidR="00690563" w:rsidRDefault="00690563" w:rsidP="00690563">
            <w:pPr>
              <w:jc w:val="center"/>
            </w:pPr>
            <w:r>
              <w:rPr>
                <w:b/>
                <w:color w:val="FFFFFF"/>
                <w:sz w:val="14"/>
              </w:rPr>
              <w:t>UTILIZARE CU MIZĂ</w:t>
            </w:r>
          </w:p>
        </w:tc>
        <w:tc>
          <w:tcPr>
            <w:tcW w:w="1429" w:type="pct"/>
            <w:shd w:val="clear" w:color="auto" w:fill="3E755A"/>
            <w:tcMar>
              <w:top w:w="76" w:type="dxa"/>
              <w:left w:w="82" w:type="dxa"/>
              <w:bottom w:w="76" w:type="dxa"/>
              <w:right w:w="82" w:type="dxa"/>
            </w:tcMar>
          </w:tcPr>
          <w:p w14:paraId="1F3BBED9" w14:textId="77777777" w:rsidR="00690563" w:rsidRDefault="00690563" w:rsidP="00690563">
            <w:pPr>
              <w:jc w:val="center"/>
            </w:pPr>
            <w:r>
              <w:rPr>
                <w:b/>
                <w:color w:val="FFFFFF"/>
                <w:sz w:val="14"/>
              </w:rPr>
              <w:t>VERIFICARE</w:t>
            </w:r>
          </w:p>
        </w:tc>
        <w:tc>
          <w:tcPr>
            <w:tcW w:w="1429" w:type="pct"/>
            <w:shd w:val="clear" w:color="auto" w:fill="B58A45"/>
            <w:tcMar>
              <w:top w:w="76" w:type="dxa"/>
              <w:left w:w="82" w:type="dxa"/>
              <w:bottom w:w="76" w:type="dxa"/>
              <w:right w:w="82" w:type="dxa"/>
            </w:tcMar>
          </w:tcPr>
          <w:p w14:paraId="52153F81" w14:textId="77777777" w:rsidR="00690563" w:rsidRDefault="00690563" w:rsidP="00690563">
            <w:pPr>
              <w:jc w:val="center"/>
            </w:pPr>
            <w:r>
              <w:rPr>
                <w:b/>
                <w:color w:val="FFFFFF"/>
                <w:sz w:val="14"/>
              </w:rPr>
              <w:t>LIMITĂ</w:t>
            </w:r>
          </w:p>
        </w:tc>
      </w:tr>
      <w:tr w:rsidR="00690563" w:rsidRPr="00E14EE9" w14:paraId="63DED6A4" w14:textId="77777777" w:rsidTr="00690563">
        <w:trPr>
          <w:jc w:val="center"/>
        </w:trPr>
        <w:tc>
          <w:tcPr>
            <w:tcW w:w="2143" w:type="pct"/>
            <w:shd w:val="clear" w:color="auto" w:fill="F8FAFA"/>
            <w:tcMar>
              <w:top w:w="68" w:type="dxa"/>
              <w:left w:w="78" w:type="dxa"/>
              <w:bottom w:w="68" w:type="dxa"/>
              <w:right w:w="78" w:type="dxa"/>
            </w:tcMar>
          </w:tcPr>
          <w:p w14:paraId="63DA6A26" w14:textId="77777777" w:rsidR="00690563" w:rsidRPr="00E14EE9" w:rsidRDefault="00690563" w:rsidP="00690563">
            <w:pPr>
              <w:rPr>
                <w:lang w:val="it-CH"/>
              </w:rPr>
            </w:pPr>
            <w:r w:rsidRPr="00E14EE9">
              <w:rPr>
                <w:color w:val="263238"/>
                <w:sz w:val="15"/>
                <w:lang w:val="it-CH"/>
              </w:rPr>
              <w:t>IA propune termeni de căutare sau ipoteze</w:t>
            </w:r>
          </w:p>
        </w:tc>
        <w:tc>
          <w:tcPr>
            <w:tcW w:w="1429" w:type="pct"/>
            <w:shd w:val="clear" w:color="auto" w:fill="F8FAFA"/>
            <w:tcMar>
              <w:top w:w="68" w:type="dxa"/>
              <w:left w:w="78" w:type="dxa"/>
              <w:bottom w:w="68" w:type="dxa"/>
              <w:right w:w="78" w:type="dxa"/>
            </w:tcMar>
          </w:tcPr>
          <w:p w14:paraId="4D272E63" w14:textId="77777777" w:rsidR="00690563" w:rsidRPr="00E14EE9" w:rsidRDefault="00690563" w:rsidP="00690563">
            <w:pPr>
              <w:rPr>
                <w:lang w:val="it-CH"/>
              </w:rPr>
            </w:pPr>
            <w:r w:rsidRPr="00E14EE9">
              <w:rPr>
                <w:color w:val="263238"/>
                <w:sz w:val="15"/>
                <w:lang w:val="it-CH"/>
              </w:rPr>
              <w:t>sunt geografic relevante și verificabile?</w:t>
            </w:r>
          </w:p>
        </w:tc>
        <w:tc>
          <w:tcPr>
            <w:tcW w:w="1429" w:type="pct"/>
            <w:shd w:val="clear" w:color="auto" w:fill="F8FAFA"/>
            <w:tcMar>
              <w:top w:w="68" w:type="dxa"/>
              <w:left w:w="78" w:type="dxa"/>
              <w:bottom w:w="68" w:type="dxa"/>
              <w:right w:w="78" w:type="dxa"/>
            </w:tcMar>
          </w:tcPr>
          <w:p w14:paraId="732B6C18" w14:textId="77777777" w:rsidR="00690563" w:rsidRPr="00E14EE9" w:rsidRDefault="00690563" w:rsidP="00690563">
            <w:pPr>
              <w:rPr>
                <w:lang w:val="it-CH"/>
              </w:rPr>
            </w:pPr>
            <w:r w:rsidRPr="00E14EE9">
              <w:rPr>
                <w:color w:val="263238"/>
                <w:sz w:val="15"/>
                <w:lang w:val="it-CH"/>
              </w:rPr>
              <w:t>IA nu este sursă de autoritate</w:t>
            </w:r>
          </w:p>
        </w:tc>
      </w:tr>
      <w:tr w:rsidR="00690563" w14:paraId="237CD101" w14:textId="77777777" w:rsidTr="00690563">
        <w:trPr>
          <w:jc w:val="center"/>
        </w:trPr>
        <w:tc>
          <w:tcPr>
            <w:tcW w:w="2143" w:type="pct"/>
            <w:tcMar>
              <w:top w:w="68" w:type="dxa"/>
              <w:left w:w="78" w:type="dxa"/>
              <w:bottom w:w="68" w:type="dxa"/>
              <w:right w:w="78" w:type="dxa"/>
            </w:tcMar>
          </w:tcPr>
          <w:p w14:paraId="76DD5094" w14:textId="77777777" w:rsidR="00690563" w:rsidRPr="00E14EE9" w:rsidRDefault="00690563" w:rsidP="00690563">
            <w:pPr>
              <w:rPr>
                <w:lang w:val="it-CH"/>
              </w:rPr>
            </w:pPr>
            <w:r w:rsidRPr="00E14EE9">
              <w:rPr>
                <w:color w:val="263238"/>
                <w:sz w:val="15"/>
                <w:lang w:val="it-CH"/>
              </w:rPr>
              <w:t>IA generează un text despre un hazard</w:t>
            </w:r>
          </w:p>
        </w:tc>
        <w:tc>
          <w:tcPr>
            <w:tcW w:w="1429" w:type="pct"/>
            <w:tcMar>
              <w:top w:w="68" w:type="dxa"/>
              <w:left w:w="78" w:type="dxa"/>
              <w:bottom w:w="68" w:type="dxa"/>
              <w:right w:w="78" w:type="dxa"/>
            </w:tcMar>
          </w:tcPr>
          <w:p w14:paraId="23693966" w14:textId="77777777" w:rsidR="00690563" w:rsidRPr="00E14EE9" w:rsidRDefault="00690563" w:rsidP="00690563">
            <w:pPr>
              <w:rPr>
                <w:lang w:val="it-CH"/>
              </w:rPr>
            </w:pPr>
            <w:r w:rsidRPr="00E14EE9">
              <w:rPr>
                <w:color w:val="263238"/>
                <w:sz w:val="15"/>
                <w:lang w:val="it-CH"/>
              </w:rPr>
              <w:t>elevul verifică datele, localizarea, cauzele și sursele</w:t>
            </w:r>
          </w:p>
        </w:tc>
        <w:tc>
          <w:tcPr>
            <w:tcW w:w="1429" w:type="pct"/>
            <w:tcMar>
              <w:top w:w="68" w:type="dxa"/>
              <w:left w:w="78" w:type="dxa"/>
              <w:bottom w:w="68" w:type="dxa"/>
              <w:right w:w="78" w:type="dxa"/>
            </w:tcMar>
          </w:tcPr>
          <w:p w14:paraId="16CBCCCF" w14:textId="77777777" w:rsidR="00690563" w:rsidRDefault="00690563" w:rsidP="00690563">
            <w:proofErr w:type="spellStart"/>
            <w:r>
              <w:rPr>
                <w:color w:val="263238"/>
                <w:sz w:val="15"/>
              </w:rPr>
              <w:t>răspunsul</w:t>
            </w:r>
            <w:proofErr w:type="spellEnd"/>
            <w:r>
              <w:rPr>
                <w:color w:val="263238"/>
                <w:sz w:val="15"/>
              </w:rPr>
              <w:t xml:space="preserve"> nu </w:t>
            </w:r>
            <w:proofErr w:type="spellStart"/>
            <w:r>
              <w:rPr>
                <w:color w:val="263238"/>
                <w:sz w:val="15"/>
              </w:rPr>
              <w:t>înlocuiește</w:t>
            </w:r>
            <w:proofErr w:type="spellEnd"/>
            <w:r>
              <w:rPr>
                <w:color w:val="263238"/>
                <w:sz w:val="15"/>
              </w:rPr>
              <w:t xml:space="preserve"> </w:t>
            </w:r>
            <w:proofErr w:type="spellStart"/>
            <w:r>
              <w:rPr>
                <w:color w:val="263238"/>
                <w:sz w:val="15"/>
              </w:rPr>
              <w:t>documentarea</w:t>
            </w:r>
            <w:proofErr w:type="spellEnd"/>
          </w:p>
        </w:tc>
      </w:tr>
      <w:tr w:rsidR="00690563" w:rsidRPr="00E14EE9" w14:paraId="322651DB" w14:textId="77777777" w:rsidTr="00690563">
        <w:trPr>
          <w:jc w:val="center"/>
        </w:trPr>
        <w:tc>
          <w:tcPr>
            <w:tcW w:w="2143" w:type="pct"/>
            <w:shd w:val="clear" w:color="auto" w:fill="F8FAFA"/>
            <w:tcMar>
              <w:top w:w="68" w:type="dxa"/>
              <w:left w:w="78" w:type="dxa"/>
              <w:bottom w:w="68" w:type="dxa"/>
              <w:right w:w="78" w:type="dxa"/>
            </w:tcMar>
          </w:tcPr>
          <w:p w14:paraId="066AE8DC" w14:textId="77777777" w:rsidR="00690563" w:rsidRDefault="00690563" w:rsidP="00690563">
            <w:r>
              <w:rPr>
                <w:color w:val="263238"/>
                <w:sz w:val="15"/>
              </w:rPr>
              <w:t xml:space="preserve">GIS </w:t>
            </w:r>
            <w:proofErr w:type="spellStart"/>
            <w:r>
              <w:rPr>
                <w:color w:val="263238"/>
                <w:sz w:val="15"/>
              </w:rPr>
              <w:t>suprapune</w:t>
            </w:r>
            <w:proofErr w:type="spellEnd"/>
            <w:r>
              <w:rPr>
                <w:color w:val="263238"/>
                <w:sz w:val="15"/>
              </w:rPr>
              <w:t xml:space="preserve"> </w:t>
            </w:r>
            <w:proofErr w:type="spellStart"/>
            <w:r>
              <w:rPr>
                <w:color w:val="263238"/>
                <w:sz w:val="15"/>
              </w:rPr>
              <w:t>două</w:t>
            </w:r>
            <w:proofErr w:type="spellEnd"/>
            <w:r>
              <w:rPr>
                <w:color w:val="263238"/>
                <w:sz w:val="15"/>
              </w:rPr>
              <w:t xml:space="preserve"> </w:t>
            </w:r>
            <w:proofErr w:type="spellStart"/>
            <w:r>
              <w:rPr>
                <w:color w:val="263238"/>
                <w:sz w:val="15"/>
              </w:rPr>
              <w:t>straturi</w:t>
            </w:r>
            <w:proofErr w:type="spellEnd"/>
          </w:p>
        </w:tc>
        <w:tc>
          <w:tcPr>
            <w:tcW w:w="1429" w:type="pct"/>
            <w:shd w:val="clear" w:color="auto" w:fill="F8FAFA"/>
            <w:tcMar>
              <w:top w:w="68" w:type="dxa"/>
              <w:left w:w="78" w:type="dxa"/>
              <w:bottom w:w="68" w:type="dxa"/>
              <w:right w:w="78" w:type="dxa"/>
            </w:tcMar>
          </w:tcPr>
          <w:p w14:paraId="4E73FD10" w14:textId="3AEB009C" w:rsidR="00690563" w:rsidRPr="00E14EE9" w:rsidRDefault="00690563" w:rsidP="00690563">
            <w:pPr>
              <w:rPr>
                <w:lang w:val="it-CH"/>
              </w:rPr>
            </w:pPr>
            <w:r w:rsidRPr="00E14EE9">
              <w:rPr>
                <w:color w:val="263238"/>
                <w:sz w:val="15"/>
                <w:lang w:val="it-CH"/>
              </w:rPr>
              <w:t xml:space="preserve">elevul explică relația și limitele </w:t>
            </w:r>
            <w:r w:rsidR="00EC7794" w:rsidRPr="00E14EE9">
              <w:rPr>
                <w:color w:val="263238"/>
                <w:sz w:val="15"/>
                <w:lang w:val="it-CH"/>
              </w:rPr>
              <w:t>dintre cele două straturi</w:t>
            </w:r>
          </w:p>
        </w:tc>
        <w:tc>
          <w:tcPr>
            <w:tcW w:w="1429" w:type="pct"/>
            <w:shd w:val="clear" w:color="auto" w:fill="F8FAFA"/>
            <w:tcMar>
              <w:top w:w="68" w:type="dxa"/>
              <w:left w:w="78" w:type="dxa"/>
              <w:bottom w:w="68" w:type="dxa"/>
              <w:right w:w="78" w:type="dxa"/>
            </w:tcMar>
          </w:tcPr>
          <w:p w14:paraId="52C0310B" w14:textId="77777777" w:rsidR="00690563" w:rsidRPr="00E14EE9" w:rsidRDefault="00690563" w:rsidP="00690563">
            <w:pPr>
              <w:rPr>
                <w:lang w:val="it-CH"/>
              </w:rPr>
            </w:pPr>
            <w:r w:rsidRPr="00E14EE9">
              <w:rPr>
                <w:color w:val="263238"/>
                <w:sz w:val="15"/>
                <w:lang w:val="it-CH"/>
              </w:rPr>
              <w:t>suprapunerea nu dovedește automat cauzalitate</w:t>
            </w:r>
          </w:p>
        </w:tc>
      </w:tr>
      <w:tr w:rsidR="00690563" w14:paraId="4C5B9822" w14:textId="77777777" w:rsidTr="00690563">
        <w:trPr>
          <w:jc w:val="center"/>
        </w:trPr>
        <w:tc>
          <w:tcPr>
            <w:tcW w:w="2143" w:type="pct"/>
            <w:tcMar>
              <w:top w:w="68" w:type="dxa"/>
              <w:left w:w="78" w:type="dxa"/>
              <w:bottom w:w="68" w:type="dxa"/>
              <w:right w:w="78" w:type="dxa"/>
            </w:tcMar>
          </w:tcPr>
          <w:p w14:paraId="031F16C1" w14:textId="77777777" w:rsidR="00690563" w:rsidRPr="00E14EE9" w:rsidRDefault="00690563" w:rsidP="00690563">
            <w:pPr>
              <w:rPr>
                <w:lang w:val="it-CH"/>
              </w:rPr>
            </w:pPr>
            <w:r w:rsidRPr="00E14EE9">
              <w:rPr>
                <w:color w:val="263238"/>
                <w:sz w:val="15"/>
                <w:lang w:val="it-CH"/>
              </w:rPr>
              <w:t>imagine satelitară arată o schimbare</w:t>
            </w:r>
          </w:p>
        </w:tc>
        <w:tc>
          <w:tcPr>
            <w:tcW w:w="1429" w:type="pct"/>
            <w:tcMar>
              <w:top w:w="68" w:type="dxa"/>
              <w:left w:w="78" w:type="dxa"/>
              <w:bottom w:w="68" w:type="dxa"/>
              <w:right w:w="78" w:type="dxa"/>
            </w:tcMar>
          </w:tcPr>
          <w:p w14:paraId="5AB89592" w14:textId="77777777" w:rsidR="00690563" w:rsidRPr="00E14EE9" w:rsidRDefault="00690563" w:rsidP="00690563">
            <w:pPr>
              <w:rPr>
                <w:lang w:val="it-CH"/>
              </w:rPr>
            </w:pPr>
            <w:r w:rsidRPr="00E14EE9">
              <w:rPr>
                <w:color w:val="263238"/>
                <w:sz w:val="15"/>
                <w:lang w:val="it-CH"/>
              </w:rPr>
              <w:t>elevul compară aceeași zonă/scară/indicator</w:t>
            </w:r>
          </w:p>
        </w:tc>
        <w:tc>
          <w:tcPr>
            <w:tcW w:w="1429" w:type="pct"/>
            <w:tcMar>
              <w:top w:w="68" w:type="dxa"/>
              <w:left w:w="78" w:type="dxa"/>
              <w:bottom w:w="68" w:type="dxa"/>
              <w:right w:w="78" w:type="dxa"/>
            </w:tcMar>
          </w:tcPr>
          <w:p w14:paraId="764EE95D" w14:textId="77777777" w:rsidR="00690563" w:rsidRDefault="00690563" w:rsidP="00690563">
            <w:proofErr w:type="spellStart"/>
            <w:r>
              <w:rPr>
                <w:color w:val="263238"/>
                <w:sz w:val="15"/>
              </w:rPr>
              <w:t>diferența</w:t>
            </w:r>
            <w:proofErr w:type="spellEnd"/>
            <w:r>
              <w:rPr>
                <w:color w:val="263238"/>
                <w:sz w:val="15"/>
              </w:rPr>
              <w:t xml:space="preserve"> </w:t>
            </w:r>
            <w:proofErr w:type="spellStart"/>
            <w:r>
              <w:rPr>
                <w:color w:val="263238"/>
                <w:sz w:val="15"/>
              </w:rPr>
              <w:t>vizuală</w:t>
            </w:r>
            <w:proofErr w:type="spellEnd"/>
            <w:r>
              <w:rPr>
                <w:color w:val="263238"/>
                <w:sz w:val="15"/>
              </w:rPr>
              <w:t xml:space="preserve"> </w:t>
            </w:r>
            <w:proofErr w:type="spellStart"/>
            <w:r>
              <w:rPr>
                <w:color w:val="263238"/>
                <w:sz w:val="15"/>
              </w:rPr>
              <w:t>trebuie</w:t>
            </w:r>
            <w:proofErr w:type="spellEnd"/>
            <w:r>
              <w:rPr>
                <w:color w:val="263238"/>
                <w:sz w:val="15"/>
              </w:rPr>
              <w:t xml:space="preserve"> </w:t>
            </w:r>
            <w:proofErr w:type="spellStart"/>
            <w:r>
              <w:rPr>
                <w:color w:val="263238"/>
                <w:sz w:val="15"/>
              </w:rPr>
              <w:t>contextualizată</w:t>
            </w:r>
            <w:proofErr w:type="spellEnd"/>
          </w:p>
        </w:tc>
      </w:tr>
      <w:tr w:rsidR="00690563" w14:paraId="3FDA61F3" w14:textId="77777777" w:rsidTr="00690563">
        <w:trPr>
          <w:jc w:val="center"/>
        </w:trPr>
        <w:tc>
          <w:tcPr>
            <w:tcW w:w="2143" w:type="pct"/>
            <w:shd w:val="clear" w:color="auto" w:fill="F8FAFA"/>
            <w:tcMar>
              <w:top w:w="68" w:type="dxa"/>
              <w:left w:w="78" w:type="dxa"/>
              <w:bottom w:w="68" w:type="dxa"/>
              <w:right w:w="78" w:type="dxa"/>
            </w:tcMar>
          </w:tcPr>
          <w:p w14:paraId="70E83A39" w14:textId="77777777" w:rsidR="00690563" w:rsidRDefault="00690563" w:rsidP="00690563">
            <w:proofErr w:type="spellStart"/>
            <w:r>
              <w:rPr>
                <w:color w:val="263238"/>
                <w:sz w:val="15"/>
              </w:rPr>
              <w:t>aplicația</w:t>
            </w:r>
            <w:proofErr w:type="spellEnd"/>
            <w:r>
              <w:rPr>
                <w:color w:val="263238"/>
                <w:sz w:val="15"/>
              </w:rPr>
              <w:t xml:space="preserve"> </w:t>
            </w:r>
            <w:proofErr w:type="spellStart"/>
            <w:r>
              <w:rPr>
                <w:color w:val="263238"/>
                <w:sz w:val="15"/>
              </w:rPr>
              <w:t>calculează</w:t>
            </w:r>
            <w:proofErr w:type="spellEnd"/>
            <w:r>
              <w:rPr>
                <w:color w:val="263238"/>
                <w:sz w:val="15"/>
              </w:rPr>
              <w:t xml:space="preserve"> </w:t>
            </w:r>
            <w:proofErr w:type="spellStart"/>
            <w:r>
              <w:rPr>
                <w:color w:val="263238"/>
                <w:sz w:val="15"/>
              </w:rPr>
              <w:t>distanțe</w:t>
            </w:r>
            <w:proofErr w:type="spellEnd"/>
            <w:r>
              <w:rPr>
                <w:color w:val="263238"/>
                <w:sz w:val="15"/>
              </w:rPr>
              <w:t>/</w:t>
            </w:r>
            <w:proofErr w:type="spellStart"/>
            <w:r>
              <w:rPr>
                <w:color w:val="263238"/>
                <w:sz w:val="15"/>
              </w:rPr>
              <w:t>suprafețe</w:t>
            </w:r>
            <w:proofErr w:type="spellEnd"/>
          </w:p>
        </w:tc>
        <w:tc>
          <w:tcPr>
            <w:tcW w:w="1429" w:type="pct"/>
            <w:shd w:val="clear" w:color="auto" w:fill="F8FAFA"/>
            <w:tcMar>
              <w:top w:w="68" w:type="dxa"/>
              <w:left w:w="78" w:type="dxa"/>
              <w:bottom w:w="68" w:type="dxa"/>
              <w:right w:w="78" w:type="dxa"/>
            </w:tcMar>
          </w:tcPr>
          <w:p w14:paraId="180E8FCD" w14:textId="77777777" w:rsidR="00690563" w:rsidRPr="00E14EE9" w:rsidRDefault="00690563" w:rsidP="00690563">
            <w:pPr>
              <w:rPr>
                <w:lang w:val="it-CH"/>
              </w:rPr>
            </w:pPr>
            <w:r w:rsidRPr="00E14EE9">
              <w:rPr>
                <w:color w:val="263238"/>
                <w:sz w:val="15"/>
                <w:lang w:val="it-CH"/>
              </w:rPr>
              <w:t>elevul estimează ordinul de mărime și explică relevanța</w:t>
            </w:r>
          </w:p>
        </w:tc>
        <w:tc>
          <w:tcPr>
            <w:tcW w:w="1429" w:type="pct"/>
            <w:shd w:val="clear" w:color="auto" w:fill="F8FAFA"/>
            <w:tcMar>
              <w:top w:w="68" w:type="dxa"/>
              <w:left w:w="78" w:type="dxa"/>
              <w:bottom w:w="68" w:type="dxa"/>
              <w:right w:w="78" w:type="dxa"/>
            </w:tcMar>
          </w:tcPr>
          <w:p w14:paraId="01AF5EF4" w14:textId="77777777" w:rsidR="00690563" w:rsidRDefault="00690563" w:rsidP="00690563">
            <w:proofErr w:type="spellStart"/>
            <w:r>
              <w:rPr>
                <w:color w:val="263238"/>
                <w:sz w:val="15"/>
              </w:rPr>
              <w:t>instrumentul</w:t>
            </w:r>
            <w:proofErr w:type="spellEnd"/>
            <w:r>
              <w:rPr>
                <w:color w:val="263238"/>
                <w:sz w:val="15"/>
              </w:rPr>
              <w:t xml:space="preserve"> nu </w:t>
            </w:r>
            <w:proofErr w:type="spellStart"/>
            <w:r>
              <w:rPr>
                <w:color w:val="263238"/>
                <w:sz w:val="15"/>
              </w:rPr>
              <w:t>înlocuiește</w:t>
            </w:r>
            <w:proofErr w:type="spellEnd"/>
            <w:r>
              <w:rPr>
                <w:color w:val="263238"/>
                <w:sz w:val="15"/>
              </w:rPr>
              <w:t xml:space="preserve"> </w:t>
            </w:r>
            <w:proofErr w:type="spellStart"/>
            <w:r>
              <w:rPr>
                <w:color w:val="263238"/>
                <w:sz w:val="15"/>
              </w:rPr>
              <w:t>judecata</w:t>
            </w:r>
            <w:proofErr w:type="spellEnd"/>
          </w:p>
        </w:tc>
      </w:tr>
      <w:tr w:rsidR="00690563" w14:paraId="310C4C68" w14:textId="77777777" w:rsidTr="00690563">
        <w:trPr>
          <w:jc w:val="center"/>
        </w:trPr>
        <w:tc>
          <w:tcPr>
            <w:tcW w:w="2143" w:type="pct"/>
            <w:tcMar>
              <w:top w:w="68" w:type="dxa"/>
              <w:left w:w="78" w:type="dxa"/>
              <w:bottom w:w="68" w:type="dxa"/>
              <w:right w:w="78" w:type="dxa"/>
            </w:tcMar>
          </w:tcPr>
          <w:p w14:paraId="37EC80AC" w14:textId="77777777" w:rsidR="00690563" w:rsidRDefault="00690563" w:rsidP="00690563">
            <w:proofErr w:type="spellStart"/>
            <w:r>
              <w:rPr>
                <w:color w:val="263238"/>
                <w:sz w:val="15"/>
              </w:rPr>
              <w:t>produs</w:t>
            </w:r>
            <w:proofErr w:type="spellEnd"/>
            <w:r>
              <w:rPr>
                <w:color w:val="263238"/>
                <w:sz w:val="15"/>
              </w:rPr>
              <w:t xml:space="preserve"> </w:t>
            </w:r>
            <w:proofErr w:type="spellStart"/>
            <w:r>
              <w:rPr>
                <w:color w:val="263238"/>
                <w:sz w:val="15"/>
              </w:rPr>
              <w:t>asistat</w:t>
            </w:r>
            <w:proofErr w:type="spellEnd"/>
            <w:r>
              <w:rPr>
                <w:color w:val="263238"/>
                <w:sz w:val="15"/>
              </w:rPr>
              <w:t xml:space="preserve"> de IA</w:t>
            </w:r>
          </w:p>
        </w:tc>
        <w:tc>
          <w:tcPr>
            <w:tcW w:w="1429" w:type="pct"/>
            <w:tcMar>
              <w:top w:w="68" w:type="dxa"/>
              <w:left w:w="78" w:type="dxa"/>
              <w:bottom w:w="68" w:type="dxa"/>
              <w:right w:w="78" w:type="dxa"/>
            </w:tcMar>
          </w:tcPr>
          <w:p w14:paraId="0711055A" w14:textId="77777777" w:rsidR="00690563" w:rsidRPr="00E14EE9" w:rsidRDefault="00690563" w:rsidP="00690563">
            <w:pPr>
              <w:rPr>
                <w:lang w:val="it-CH"/>
              </w:rPr>
            </w:pPr>
            <w:r w:rsidRPr="00E14EE9">
              <w:rPr>
                <w:color w:val="263238"/>
                <w:sz w:val="15"/>
                <w:lang w:val="it-CH"/>
              </w:rPr>
              <w:t>elevul indică utilizarea, verifică și își asumă forma finală</w:t>
            </w:r>
          </w:p>
        </w:tc>
        <w:tc>
          <w:tcPr>
            <w:tcW w:w="1429" w:type="pct"/>
            <w:tcMar>
              <w:top w:w="68" w:type="dxa"/>
              <w:left w:w="78" w:type="dxa"/>
              <w:bottom w:w="68" w:type="dxa"/>
              <w:right w:w="78" w:type="dxa"/>
            </w:tcMar>
          </w:tcPr>
          <w:p w14:paraId="33071062" w14:textId="77777777" w:rsidR="00690563" w:rsidRDefault="00690563" w:rsidP="00690563">
            <w:proofErr w:type="spellStart"/>
            <w:r>
              <w:rPr>
                <w:color w:val="263238"/>
                <w:sz w:val="15"/>
              </w:rPr>
              <w:t>responsabilitatea</w:t>
            </w:r>
            <w:proofErr w:type="spellEnd"/>
            <w:r>
              <w:rPr>
                <w:color w:val="263238"/>
                <w:sz w:val="15"/>
              </w:rPr>
              <w:t xml:space="preserve"> </w:t>
            </w:r>
            <w:proofErr w:type="spellStart"/>
            <w:r>
              <w:rPr>
                <w:color w:val="263238"/>
                <w:sz w:val="15"/>
              </w:rPr>
              <w:t>rămâne</w:t>
            </w:r>
            <w:proofErr w:type="spellEnd"/>
            <w:r>
              <w:rPr>
                <w:color w:val="263238"/>
                <w:sz w:val="15"/>
              </w:rPr>
              <w:t xml:space="preserve"> </w:t>
            </w:r>
            <w:proofErr w:type="spellStart"/>
            <w:r>
              <w:rPr>
                <w:color w:val="263238"/>
                <w:sz w:val="15"/>
              </w:rPr>
              <w:t>umană</w:t>
            </w:r>
            <w:proofErr w:type="spellEnd"/>
          </w:p>
        </w:tc>
      </w:tr>
    </w:tbl>
    <w:p w14:paraId="3FDBEC3A" w14:textId="77777777" w:rsidR="00690563" w:rsidRDefault="00690563"/>
    <w:tbl>
      <w:tblPr>
        <w:tblW w:w="5000" w:type="pct"/>
        <w:jc w:val="center"/>
        <w:tblLook w:val="04A0" w:firstRow="1" w:lastRow="0" w:firstColumn="1" w:lastColumn="0" w:noHBand="0" w:noVBand="1"/>
      </w:tblPr>
      <w:tblGrid>
        <w:gridCol w:w="4569"/>
        <w:gridCol w:w="6092"/>
      </w:tblGrid>
      <w:tr w:rsidR="00690563" w:rsidRPr="00E14EE9" w14:paraId="20B368E6" w14:textId="77777777" w:rsidTr="00690563">
        <w:trPr>
          <w:jc w:val="center"/>
        </w:trPr>
        <w:tc>
          <w:tcPr>
            <w:tcW w:w="2139" w:type="pct"/>
            <w:shd w:val="clear" w:color="auto" w:fill="65506F"/>
            <w:tcMar>
              <w:top w:w="105" w:type="dxa"/>
              <w:left w:w="105" w:type="dxa"/>
              <w:bottom w:w="105" w:type="dxa"/>
              <w:right w:w="105" w:type="dxa"/>
            </w:tcMar>
          </w:tcPr>
          <w:p w14:paraId="73023A9E" w14:textId="77777777" w:rsidR="00690563" w:rsidRDefault="00690563" w:rsidP="00690563">
            <w:pPr>
              <w:jc w:val="center"/>
            </w:pPr>
            <w:r>
              <w:rPr>
                <w:b/>
                <w:color w:val="FFFFFF"/>
                <w:sz w:val="15"/>
              </w:rPr>
              <w:t>PRINCIPIU IA</w:t>
            </w:r>
          </w:p>
        </w:tc>
        <w:tc>
          <w:tcPr>
            <w:tcW w:w="2852" w:type="pct"/>
            <w:shd w:val="clear" w:color="auto" w:fill="F3EFF5"/>
            <w:tcMar>
              <w:top w:w="105" w:type="dxa"/>
              <w:left w:w="130" w:type="dxa"/>
              <w:bottom w:w="105" w:type="dxa"/>
              <w:right w:w="130" w:type="dxa"/>
            </w:tcMar>
          </w:tcPr>
          <w:p w14:paraId="378FBF87" w14:textId="3A13B1A4" w:rsidR="00690563" w:rsidRPr="00E14EE9" w:rsidRDefault="00690563" w:rsidP="00690563">
            <w:pPr>
              <w:rPr>
                <w:lang w:val="it-CH"/>
              </w:rPr>
            </w:pPr>
            <w:r w:rsidRPr="00E14EE9">
              <w:rPr>
                <w:color w:val="263238"/>
                <w:sz w:val="17"/>
                <w:lang w:val="it-CH"/>
              </w:rPr>
              <w:t>IA poate genera o variantă; elevul trebuie să producă o judecată geografică: unde este fenomenul, la ce scară, ce relații îl explică</w:t>
            </w:r>
            <w:r w:rsidR="0039506B" w:rsidRPr="00E14EE9">
              <w:rPr>
                <w:color w:val="263238"/>
                <w:sz w:val="17"/>
                <w:lang w:val="it-CH"/>
              </w:rPr>
              <w:t xml:space="preserve"> și</w:t>
            </w:r>
            <w:r w:rsidRPr="00E14EE9">
              <w:rPr>
                <w:color w:val="263238"/>
                <w:sz w:val="17"/>
                <w:lang w:val="it-CH"/>
              </w:rPr>
              <w:t xml:space="preserve"> ce surse îl </w:t>
            </w:r>
            <w:r w:rsidR="0039506B" w:rsidRPr="00E14EE9">
              <w:rPr>
                <w:color w:val="263238"/>
                <w:sz w:val="17"/>
                <w:lang w:val="it-CH"/>
              </w:rPr>
              <w:t>confirmă.</w:t>
            </w:r>
          </w:p>
        </w:tc>
      </w:tr>
    </w:tbl>
    <w:p w14:paraId="1DCC04A4"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210"/>
        <w:gridCol w:w="6471"/>
      </w:tblGrid>
      <w:tr w:rsidR="00787B6C" w:rsidRPr="00E14EE9" w14:paraId="77ACDA67" w14:textId="77777777" w:rsidTr="00690563">
        <w:trPr>
          <w:jc w:val="center"/>
        </w:trPr>
        <w:tc>
          <w:tcPr>
            <w:tcW w:w="1971" w:type="pct"/>
            <w:shd w:val="clear" w:color="auto" w:fill="2B6478"/>
            <w:tcMar>
              <w:top w:w="145" w:type="dxa"/>
              <w:left w:w="110" w:type="dxa"/>
              <w:bottom w:w="145" w:type="dxa"/>
              <w:right w:w="110" w:type="dxa"/>
            </w:tcMar>
          </w:tcPr>
          <w:p w14:paraId="36DACD30" w14:textId="77777777" w:rsidR="00787B6C" w:rsidRDefault="00690563">
            <w:pPr>
              <w:jc w:val="center"/>
            </w:pPr>
            <w:r>
              <w:rPr>
                <w:b/>
                <w:color w:val="FFFFFF"/>
                <w:sz w:val="30"/>
              </w:rPr>
              <w:lastRenderedPageBreak/>
              <w:t>23</w:t>
            </w:r>
          </w:p>
        </w:tc>
        <w:tc>
          <w:tcPr>
            <w:tcW w:w="3029" w:type="pct"/>
            <w:shd w:val="clear" w:color="auto" w:fill="17324D"/>
            <w:tcMar>
              <w:top w:w="120" w:type="dxa"/>
              <w:left w:w="145" w:type="dxa"/>
              <w:bottom w:w="120" w:type="dxa"/>
              <w:right w:w="145" w:type="dxa"/>
            </w:tcMar>
          </w:tcPr>
          <w:p w14:paraId="02FE7A77" w14:textId="02227FE0" w:rsidR="00787B6C" w:rsidRPr="00E14EE9" w:rsidRDefault="00690563">
            <w:pPr>
              <w:rPr>
                <w:lang w:val="it-CH"/>
              </w:rPr>
            </w:pPr>
            <w:r w:rsidRPr="00E14EE9">
              <w:rPr>
                <w:b/>
                <w:color w:val="FFFFFF"/>
                <w:sz w:val="25"/>
                <w:lang w:val="it-CH"/>
              </w:rPr>
              <w:t>INTERDISCIPLINARITATE REALĂ ȘI TEME TRANSVERSALE</w:t>
            </w:r>
            <w:r w:rsidRPr="00E14EE9">
              <w:rPr>
                <w:lang w:val="it-CH"/>
              </w:rPr>
              <w:br/>
            </w:r>
            <w:r w:rsidRPr="00E14EE9">
              <w:rPr>
                <w:color w:val="DFE8EA"/>
                <w:sz w:val="16"/>
                <w:lang w:val="it-CH"/>
              </w:rPr>
              <w:t>Geografia este</w:t>
            </w:r>
            <w:r w:rsidR="00B03B8A" w:rsidRPr="00E14EE9">
              <w:rPr>
                <w:color w:val="DFE8EA"/>
                <w:sz w:val="16"/>
                <w:lang w:val="it-CH"/>
              </w:rPr>
              <w:t>,</w:t>
            </w:r>
            <w:r w:rsidRPr="00E14EE9">
              <w:rPr>
                <w:color w:val="DFE8EA"/>
                <w:sz w:val="16"/>
                <w:lang w:val="it-CH"/>
              </w:rPr>
              <w:t xml:space="preserve"> prin structur</w:t>
            </w:r>
            <w:r w:rsidR="00B03B8A" w:rsidRPr="00E14EE9">
              <w:rPr>
                <w:color w:val="DFE8EA"/>
                <w:sz w:val="16"/>
                <w:lang w:val="it-CH"/>
              </w:rPr>
              <w:t>a ei,</w:t>
            </w:r>
            <w:r w:rsidRPr="00E14EE9">
              <w:rPr>
                <w:color w:val="DFE8EA"/>
                <w:sz w:val="16"/>
                <w:lang w:val="it-CH"/>
              </w:rPr>
              <w:t xml:space="preserve"> o disciplină de sinteză</w:t>
            </w:r>
            <w:r w:rsidR="00B03B8A" w:rsidRPr="00E14EE9">
              <w:rPr>
                <w:color w:val="DFE8EA"/>
                <w:sz w:val="16"/>
                <w:lang w:val="it-CH"/>
              </w:rPr>
              <w:t>.</w:t>
            </w:r>
          </w:p>
        </w:tc>
      </w:tr>
    </w:tbl>
    <w:p w14:paraId="3D43A3F2"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175"/>
        <w:gridCol w:w="3632"/>
        <w:gridCol w:w="2783"/>
      </w:tblGrid>
      <w:tr w:rsidR="00690563" w14:paraId="0B3CCD7A" w14:textId="77777777" w:rsidTr="00690563">
        <w:trPr>
          <w:jc w:val="center"/>
        </w:trPr>
        <w:tc>
          <w:tcPr>
            <w:tcW w:w="1971" w:type="pct"/>
            <w:shd w:val="clear" w:color="auto" w:fill="17324D"/>
            <w:tcMar>
              <w:top w:w="76" w:type="dxa"/>
              <w:left w:w="82" w:type="dxa"/>
              <w:bottom w:w="76" w:type="dxa"/>
              <w:right w:w="82" w:type="dxa"/>
            </w:tcMar>
          </w:tcPr>
          <w:p w14:paraId="66F55580" w14:textId="77777777" w:rsidR="00690563" w:rsidRDefault="00690563" w:rsidP="00690563">
            <w:pPr>
              <w:jc w:val="center"/>
            </w:pPr>
            <w:r>
              <w:rPr>
                <w:b/>
                <w:color w:val="FFFFFF"/>
                <w:sz w:val="14"/>
              </w:rPr>
              <w:t>CONEXIUNE</w:t>
            </w:r>
          </w:p>
        </w:tc>
        <w:tc>
          <w:tcPr>
            <w:tcW w:w="1715" w:type="pct"/>
            <w:shd w:val="clear" w:color="auto" w:fill="2B6478"/>
            <w:tcMar>
              <w:top w:w="76" w:type="dxa"/>
              <w:left w:w="82" w:type="dxa"/>
              <w:bottom w:w="76" w:type="dxa"/>
              <w:right w:w="82" w:type="dxa"/>
            </w:tcMar>
          </w:tcPr>
          <w:p w14:paraId="6CDE007D" w14:textId="77777777" w:rsidR="00690563" w:rsidRDefault="00690563" w:rsidP="00690563">
            <w:pPr>
              <w:jc w:val="center"/>
            </w:pPr>
            <w:r>
              <w:rPr>
                <w:b/>
                <w:color w:val="FFFFFF"/>
                <w:sz w:val="14"/>
              </w:rPr>
              <w:t>ÎNTREBARE COMUNĂ</w:t>
            </w:r>
          </w:p>
        </w:tc>
        <w:tc>
          <w:tcPr>
            <w:tcW w:w="1314" w:type="pct"/>
            <w:shd w:val="clear" w:color="auto" w:fill="3E755A"/>
            <w:tcMar>
              <w:top w:w="76" w:type="dxa"/>
              <w:left w:w="82" w:type="dxa"/>
              <w:bottom w:w="76" w:type="dxa"/>
              <w:right w:w="82" w:type="dxa"/>
            </w:tcMar>
          </w:tcPr>
          <w:p w14:paraId="1BC5B851" w14:textId="77777777" w:rsidR="00690563" w:rsidRDefault="00690563" w:rsidP="00690563">
            <w:pPr>
              <w:jc w:val="center"/>
            </w:pPr>
            <w:r>
              <w:rPr>
                <w:b/>
                <w:color w:val="FFFFFF"/>
                <w:sz w:val="14"/>
              </w:rPr>
              <w:t>PRODUS</w:t>
            </w:r>
          </w:p>
        </w:tc>
      </w:tr>
      <w:tr w:rsidR="00690563" w14:paraId="3FF548D7" w14:textId="77777777" w:rsidTr="00690563">
        <w:trPr>
          <w:jc w:val="center"/>
        </w:trPr>
        <w:tc>
          <w:tcPr>
            <w:tcW w:w="1971" w:type="pct"/>
            <w:shd w:val="clear" w:color="auto" w:fill="F8FAFA"/>
            <w:tcMar>
              <w:top w:w="68" w:type="dxa"/>
              <w:left w:w="78" w:type="dxa"/>
              <w:bottom w:w="68" w:type="dxa"/>
              <w:right w:w="78" w:type="dxa"/>
            </w:tcMar>
          </w:tcPr>
          <w:p w14:paraId="36A370D3" w14:textId="77777777" w:rsidR="00690563" w:rsidRDefault="00690563" w:rsidP="00690563">
            <w:proofErr w:type="spellStart"/>
            <w:r>
              <w:rPr>
                <w:color w:val="263238"/>
                <w:sz w:val="15"/>
              </w:rPr>
              <w:t>geografie</w:t>
            </w:r>
            <w:proofErr w:type="spellEnd"/>
            <w:r>
              <w:rPr>
                <w:color w:val="263238"/>
                <w:sz w:val="15"/>
              </w:rPr>
              <w:t xml:space="preserve"> + </w:t>
            </w:r>
            <w:proofErr w:type="spellStart"/>
            <w:r>
              <w:rPr>
                <w:color w:val="263238"/>
                <w:sz w:val="15"/>
              </w:rPr>
              <w:t>fizică</w:t>
            </w:r>
            <w:proofErr w:type="spellEnd"/>
          </w:p>
        </w:tc>
        <w:tc>
          <w:tcPr>
            <w:tcW w:w="1715" w:type="pct"/>
            <w:shd w:val="clear" w:color="auto" w:fill="F8FAFA"/>
            <w:tcMar>
              <w:top w:w="68" w:type="dxa"/>
              <w:left w:w="78" w:type="dxa"/>
              <w:bottom w:w="68" w:type="dxa"/>
              <w:right w:w="78" w:type="dxa"/>
            </w:tcMar>
          </w:tcPr>
          <w:p w14:paraId="372C2EA3" w14:textId="77777777" w:rsidR="00690563" w:rsidRDefault="00690563" w:rsidP="00690563">
            <w:r>
              <w:rPr>
                <w:color w:val="263238"/>
                <w:sz w:val="15"/>
              </w:rPr>
              <w:t xml:space="preserve">Cum </w:t>
            </w:r>
            <w:proofErr w:type="spellStart"/>
            <w:r>
              <w:rPr>
                <w:color w:val="263238"/>
                <w:sz w:val="15"/>
              </w:rPr>
              <w:t>explicăm</w:t>
            </w:r>
            <w:proofErr w:type="spellEnd"/>
            <w:r>
              <w:rPr>
                <w:color w:val="263238"/>
                <w:sz w:val="15"/>
              </w:rPr>
              <w:t xml:space="preserve"> </w:t>
            </w:r>
            <w:proofErr w:type="spellStart"/>
            <w:r>
              <w:rPr>
                <w:color w:val="263238"/>
                <w:sz w:val="15"/>
              </w:rPr>
              <w:t>mișcări</w:t>
            </w:r>
            <w:proofErr w:type="spellEnd"/>
            <w:r>
              <w:rPr>
                <w:color w:val="263238"/>
                <w:sz w:val="15"/>
              </w:rPr>
              <w:t xml:space="preserve">, </w:t>
            </w:r>
            <w:proofErr w:type="spellStart"/>
            <w:r>
              <w:rPr>
                <w:color w:val="263238"/>
                <w:sz w:val="15"/>
              </w:rPr>
              <w:t>energie</w:t>
            </w:r>
            <w:proofErr w:type="spellEnd"/>
            <w:r>
              <w:rPr>
                <w:color w:val="263238"/>
                <w:sz w:val="15"/>
              </w:rPr>
              <w:t xml:space="preserve">, </w:t>
            </w:r>
            <w:proofErr w:type="spellStart"/>
            <w:r>
              <w:rPr>
                <w:color w:val="263238"/>
                <w:sz w:val="15"/>
              </w:rPr>
              <w:t>radiație</w:t>
            </w:r>
            <w:proofErr w:type="spellEnd"/>
            <w:r>
              <w:rPr>
                <w:color w:val="263238"/>
                <w:sz w:val="15"/>
              </w:rPr>
              <w:t xml:space="preserve">, </w:t>
            </w:r>
            <w:proofErr w:type="spellStart"/>
            <w:r>
              <w:rPr>
                <w:color w:val="263238"/>
                <w:sz w:val="15"/>
              </w:rPr>
              <w:t>atmosferă</w:t>
            </w:r>
            <w:proofErr w:type="spellEnd"/>
            <w:r>
              <w:rPr>
                <w:color w:val="263238"/>
                <w:sz w:val="15"/>
              </w:rPr>
              <w:t>?</w:t>
            </w:r>
          </w:p>
        </w:tc>
        <w:tc>
          <w:tcPr>
            <w:tcW w:w="1314" w:type="pct"/>
            <w:shd w:val="clear" w:color="auto" w:fill="F8FAFA"/>
            <w:tcMar>
              <w:top w:w="68" w:type="dxa"/>
              <w:left w:w="78" w:type="dxa"/>
              <w:bottom w:w="68" w:type="dxa"/>
              <w:right w:w="78" w:type="dxa"/>
            </w:tcMar>
          </w:tcPr>
          <w:p w14:paraId="3505F0D7" w14:textId="77777777" w:rsidR="00690563" w:rsidRDefault="00690563" w:rsidP="00690563">
            <w:r>
              <w:rPr>
                <w:color w:val="263238"/>
                <w:sz w:val="15"/>
              </w:rPr>
              <w:t xml:space="preserve">model + </w:t>
            </w:r>
            <w:proofErr w:type="spellStart"/>
            <w:r>
              <w:rPr>
                <w:color w:val="263238"/>
                <w:sz w:val="15"/>
              </w:rPr>
              <w:t>explicație</w:t>
            </w:r>
            <w:proofErr w:type="spellEnd"/>
          </w:p>
        </w:tc>
      </w:tr>
      <w:tr w:rsidR="00690563" w14:paraId="4E24E937" w14:textId="77777777" w:rsidTr="00690563">
        <w:trPr>
          <w:jc w:val="center"/>
        </w:trPr>
        <w:tc>
          <w:tcPr>
            <w:tcW w:w="1971" w:type="pct"/>
            <w:tcMar>
              <w:top w:w="68" w:type="dxa"/>
              <w:left w:w="78" w:type="dxa"/>
              <w:bottom w:w="68" w:type="dxa"/>
              <w:right w:w="78" w:type="dxa"/>
            </w:tcMar>
          </w:tcPr>
          <w:p w14:paraId="3FF826B0" w14:textId="77777777" w:rsidR="00690563" w:rsidRDefault="00690563" w:rsidP="00690563">
            <w:proofErr w:type="spellStart"/>
            <w:r>
              <w:rPr>
                <w:color w:val="263238"/>
                <w:sz w:val="15"/>
              </w:rPr>
              <w:t>geografie</w:t>
            </w:r>
            <w:proofErr w:type="spellEnd"/>
            <w:r>
              <w:rPr>
                <w:color w:val="263238"/>
                <w:sz w:val="15"/>
              </w:rPr>
              <w:t xml:space="preserve"> + </w:t>
            </w:r>
            <w:proofErr w:type="spellStart"/>
            <w:r>
              <w:rPr>
                <w:color w:val="263238"/>
                <w:sz w:val="15"/>
              </w:rPr>
              <w:t>chimie</w:t>
            </w:r>
            <w:proofErr w:type="spellEnd"/>
          </w:p>
        </w:tc>
        <w:tc>
          <w:tcPr>
            <w:tcW w:w="1715" w:type="pct"/>
            <w:tcMar>
              <w:top w:w="68" w:type="dxa"/>
              <w:left w:w="78" w:type="dxa"/>
              <w:bottom w:w="68" w:type="dxa"/>
              <w:right w:w="78" w:type="dxa"/>
            </w:tcMar>
          </w:tcPr>
          <w:p w14:paraId="2DF10BD3" w14:textId="77777777" w:rsidR="00690563" w:rsidRPr="00E14EE9" w:rsidRDefault="00690563" w:rsidP="00690563">
            <w:pPr>
              <w:rPr>
                <w:lang w:val="it-CH"/>
              </w:rPr>
            </w:pPr>
            <w:r w:rsidRPr="00E14EE9">
              <w:rPr>
                <w:color w:val="263238"/>
                <w:sz w:val="15"/>
                <w:lang w:val="it-CH"/>
              </w:rPr>
              <w:t>Cum se leagă compoziția aerului/apei/rocii de procese și calitate?</w:t>
            </w:r>
          </w:p>
        </w:tc>
        <w:tc>
          <w:tcPr>
            <w:tcW w:w="1314" w:type="pct"/>
            <w:tcMar>
              <w:top w:w="68" w:type="dxa"/>
              <w:left w:w="78" w:type="dxa"/>
              <w:bottom w:w="68" w:type="dxa"/>
              <w:right w:w="78" w:type="dxa"/>
            </w:tcMar>
          </w:tcPr>
          <w:p w14:paraId="135F67FC" w14:textId="77777777" w:rsidR="00690563" w:rsidRDefault="00690563" w:rsidP="00690563">
            <w:proofErr w:type="spellStart"/>
            <w:r>
              <w:rPr>
                <w:color w:val="263238"/>
                <w:sz w:val="15"/>
              </w:rPr>
              <w:t>studiu</w:t>
            </w:r>
            <w:proofErr w:type="spellEnd"/>
            <w:r>
              <w:rPr>
                <w:color w:val="263238"/>
                <w:sz w:val="15"/>
              </w:rPr>
              <w:t xml:space="preserve"> de date</w:t>
            </w:r>
          </w:p>
        </w:tc>
      </w:tr>
      <w:tr w:rsidR="00690563" w14:paraId="1374E2E5" w14:textId="77777777" w:rsidTr="00690563">
        <w:trPr>
          <w:jc w:val="center"/>
        </w:trPr>
        <w:tc>
          <w:tcPr>
            <w:tcW w:w="1971" w:type="pct"/>
            <w:shd w:val="clear" w:color="auto" w:fill="F8FAFA"/>
            <w:tcMar>
              <w:top w:w="68" w:type="dxa"/>
              <w:left w:w="78" w:type="dxa"/>
              <w:bottom w:w="68" w:type="dxa"/>
              <w:right w:w="78" w:type="dxa"/>
            </w:tcMar>
          </w:tcPr>
          <w:p w14:paraId="7913C56F" w14:textId="77777777" w:rsidR="00690563" w:rsidRDefault="00690563" w:rsidP="00690563">
            <w:proofErr w:type="spellStart"/>
            <w:r>
              <w:rPr>
                <w:color w:val="263238"/>
                <w:sz w:val="15"/>
              </w:rPr>
              <w:t>geografie</w:t>
            </w:r>
            <w:proofErr w:type="spellEnd"/>
            <w:r>
              <w:rPr>
                <w:color w:val="263238"/>
                <w:sz w:val="15"/>
              </w:rPr>
              <w:t xml:space="preserve"> + </w:t>
            </w:r>
            <w:proofErr w:type="spellStart"/>
            <w:r>
              <w:rPr>
                <w:color w:val="263238"/>
                <w:sz w:val="15"/>
              </w:rPr>
              <w:t>biologie</w:t>
            </w:r>
            <w:proofErr w:type="spellEnd"/>
          </w:p>
        </w:tc>
        <w:tc>
          <w:tcPr>
            <w:tcW w:w="1715" w:type="pct"/>
            <w:shd w:val="clear" w:color="auto" w:fill="F8FAFA"/>
            <w:tcMar>
              <w:top w:w="68" w:type="dxa"/>
              <w:left w:w="78" w:type="dxa"/>
              <w:bottom w:w="68" w:type="dxa"/>
              <w:right w:w="78" w:type="dxa"/>
            </w:tcMar>
          </w:tcPr>
          <w:p w14:paraId="068A2718" w14:textId="77777777" w:rsidR="00690563" w:rsidRPr="00E14EE9" w:rsidRDefault="00690563" w:rsidP="00690563">
            <w:pPr>
              <w:rPr>
                <w:lang w:val="it-CH"/>
              </w:rPr>
            </w:pPr>
            <w:r w:rsidRPr="00E14EE9">
              <w:rPr>
                <w:color w:val="263238"/>
                <w:sz w:val="15"/>
                <w:lang w:val="it-CH"/>
              </w:rPr>
              <w:t>Cum se leagă climă–sol–biodiversitate–om?</w:t>
            </w:r>
          </w:p>
        </w:tc>
        <w:tc>
          <w:tcPr>
            <w:tcW w:w="1314" w:type="pct"/>
            <w:shd w:val="clear" w:color="auto" w:fill="F8FAFA"/>
            <w:tcMar>
              <w:top w:w="68" w:type="dxa"/>
              <w:left w:w="78" w:type="dxa"/>
              <w:bottom w:w="68" w:type="dxa"/>
              <w:right w:w="78" w:type="dxa"/>
            </w:tcMar>
          </w:tcPr>
          <w:p w14:paraId="7D0A6941" w14:textId="77777777" w:rsidR="00690563" w:rsidRDefault="00690563" w:rsidP="00690563">
            <w:proofErr w:type="spellStart"/>
            <w:r>
              <w:rPr>
                <w:color w:val="263238"/>
                <w:sz w:val="15"/>
              </w:rPr>
              <w:t>hartă</w:t>
            </w:r>
            <w:proofErr w:type="spellEnd"/>
            <w:r>
              <w:rPr>
                <w:color w:val="263238"/>
                <w:sz w:val="15"/>
              </w:rPr>
              <w:t xml:space="preserve"> </w:t>
            </w:r>
            <w:proofErr w:type="spellStart"/>
            <w:r>
              <w:rPr>
                <w:color w:val="263238"/>
                <w:sz w:val="15"/>
              </w:rPr>
              <w:t>tematică</w:t>
            </w:r>
            <w:proofErr w:type="spellEnd"/>
            <w:r>
              <w:rPr>
                <w:color w:val="263238"/>
                <w:sz w:val="15"/>
              </w:rPr>
              <w:t xml:space="preserve"> / </w:t>
            </w:r>
            <w:proofErr w:type="spellStart"/>
            <w:r>
              <w:rPr>
                <w:color w:val="263238"/>
                <w:sz w:val="15"/>
              </w:rPr>
              <w:t>studiu</w:t>
            </w:r>
            <w:proofErr w:type="spellEnd"/>
            <w:r>
              <w:rPr>
                <w:color w:val="263238"/>
                <w:sz w:val="15"/>
              </w:rPr>
              <w:t xml:space="preserve"> local</w:t>
            </w:r>
          </w:p>
        </w:tc>
      </w:tr>
      <w:tr w:rsidR="00690563" w14:paraId="6B4469B2" w14:textId="77777777" w:rsidTr="00690563">
        <w:trPr>
          <w:jc w:val="center"/>
        </w:trPr>
        <w:tc>
          <w:tcPr>
            <w:tcW w:w="1971" w:type="pct"/>
            <w:tcMar>
              <w:top w:w="68" w:type="dxa"/>
              <w:left w:w="78" w:type="dxa"/>
              <w:bottom w:w="68" w:type="dxa"/>
              <w:right w:w="78" w:type="dxa"/>
            </w:tcMar>
          </w:tcPr>
          <w:p w14:paraId="06311D79" w14:textId="77777777" w:rsidR="00690563" w:rsidRDefault="00690563" w:rsidP="00690563">
            <w:proofErr w:type="spellStart"/>
            <w:r>
              <w:rPr>
                <w:color w:val="263238"/>
                <w:sz w:val="15"/>
              </w:rPr>
              <w:t>geografie</w:t>
            </w:r>
            <w:proofErr w:type="spellEnd"/>
            <w:r>
              <w:rPr>
                <w:color w:val="263238"/>
                <w:sz w:val="15"/>
              </w:rPr>
              <w:t xml:space="preserve"> + </w:t>
            </w:r>
            <w:proofErr w:type="spellStart"/>
            <w:r>
              <w:rPr>
                <w:color w:val="263238"/>
                <w:sz w:val="15"/>
              </w:rPr>
              <w:t>matematică</w:t>
            </w:r>
            <w:proofErr w:type="spellEnd"/>
          </w:p>
        </w:tc>
        <w:tc>
          <w:tcPr>
            <w:tcW w:w="1715" w:type="pct"/>
            <w:tcMar>
              <w:top w:w="68" w:type="dxa"/>
              <w:left w:w="78" w:type="dxa"/>
              <w:bottom w:w="68" w:type="dxa"/>
              <w:right w:w="78" w:type="dxa"/>
            </w:tcMar>
          </w:tcPr>
          <w:p w14:paraId="254459DD" w14:textId="77777777" w:rsidR="00690563" w:rsidRDefault="00690563" w:rsidP="00690563">
            <w:r>
              <w:rPr>
                <w:color w:val="263238"/>
                <w:sz w:val="15"/>
              </w:rPr>
              <w:t xml:space="preserve">Cum </w:t>
            </w:r>
            <w:proofErr w:type="spellStart"/>
            <w:r>
              <w:rPr>
                <w:color w:val="263238"/>
                <w:sz w:val="15"/>
              </w:rPr>
              <w:t>măsurăm</w:t>
            </w:r>
            <w:proofErr w:type="spellEnd"/>
            <w:r>
              <w:rPr>
                <w:color w:val="263238"/>
                <w:sz w:val="15"/>
              </w:rPr>
              <w:t xml:space="preserve">, </w:t>
            </w:r>
            <w:proofErr w:type="spellStart"/>
            <w:r>
              <w:rPr>
                <w:color w:val="263238"/>
                <w:sz w:val="15"/>
              </w:rPr>
              <w:t>comparăm</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reprezentăm</w:t>
            </w:r>
            <w:proofErr w:type="spellEnd"/>
            <w:r>
              <w:rPr>
                <w:color w:val="263238"/>
                <w:sz w:val="15"/>
              </w:rPr>
              <w:t xml:space="preserve"> </w:t>
            </w:r>
            <w:proofErr w:type="spellStart"/>
            <w:r>
              <w:rPr>
                <w:color w:val="263238"/>
                <w:sz w:val="15"/>
              </w:rPr>
              <w:t>spațiul</w:t>
            </w:r>
            <w:proofErr w:type="spellEnd"/>
            <w:r>
              <w:rPr>
                <w:color w:val="263238"/>
                <w:sz w:val="15"/>
              </w:rPr>
              <w:t>?</w:t>
            </w:r>
          </w:p>
        </w:tc>
        <w:tc>
          <w:tcPr>
            <w:tcW w:w="1314" w:type="pct"/>
            <w:tcMar>
              <w:top w:w="68" w:type="dxa"/>
              <w:left w:w="78" w:type="dxa"/>
              <w:bottom w:w="68" w:type="dxa"/>
              <w:right w:w="78" w:type="dxa"/>
            </w:tcMar>
          </w:tcPr>
          <w:p w14:paraId="4A3841E2" w14:textId="49B0673E" w:rsidR="00690563" w:rsidRDefault="00690563" w:rsidP="00690563">
            <w:proofErr w:type="spellStart"/>
            <w:r>
              <w:rPr>
                <w:color w:val="263238"/>
                <w:sz w:val="15"/>
              </w:rPr>
              <w:t>sca</w:t>
            </w:r>
            <w:r w:rsidR="00516D77">
              <w:rPr>
                <w:color w:val="263238"/>
                <w:sz w:val="15"/>
              </w:rPr>
              <w:t>r</w:t>
            </w:r>
            <w:r>
              <w:rPr>
                <w:color w:val="263238"/>
                <w:sz w:val="15"/>
              </w:rPr>
              <w:t>ă</w:t>
            </w:r>
            <w:proofErr w:type="spellEnd"/>
            <w:r>
              <w:rPr>
                <w:color w:val="263238"/>
                <w:sz w:val="15"/>
              </w:rPr>
              <w:t xml:space="preserve">, </w:t>
            </w:r>
            <w:proofErr w:type="spellStart"/>
            <w:r>
              <w:rPr>
                <w:color w:val="263238"/>
                <w:sz w:val="15"/>
              </w:rPr>
              <w:t>grafic</w:t>
            </w:r>
            <w:proofErr w:type="spellEnd"/>
            <w:r>
              <w:rPr>
                <w:color w:val="263238"/>
                <w:sz w:val="15"/>
              </w:rPr>
              <w:t xml:space="preserve">, </w:t>
            </w:r>
            <w:proofErr w:type="spellStart"/>
            <w:r>
              <w:rPr>
                <w:color w:val="263238"/>
                <w:sz w:val="15"/>
              </w:rPr>
              <w:t>analiză</w:t>
            </w:r>
            <w:proofErr w:type="spellEnd"/>
          </w:p>
        </w:tc>
      </w:tr>
      <w:tr w:rsidR="00690563" w14:paraId="7A3A118D" w14:textId="77777777" w:rsidTr="00690563">
        <w:trPr>
          <w:jc w:val="center"/>
        </w:trPr>
        <w:tc>
          <w:tcPr>
            <w:tcW w:w="1971" w:type="pct"/>
            <w:shd w:val="clear" w:color="auto" w:fill="F8FAFA"/>
            <w:tcMar>
              <w:top w:w="68" w:type="dxa"/>
              <w:left w:w="78" w:type="dxa"/>
              <w:bottom w:w="68" w:type="dxa"/>
              <w:right w:w="78" w:type="dxa"/>
            </w:tcMar>
          </w:tcPr>
          <w:p w14:paraId="3A97AF66" w14:textId="77777777" w:rsidR="00690563" w:rsidRDefault="00690563" w:rsidP="00690563">
            <w:proofErr w:type="spellStart"/>
            <w:r>
              <w:rPr>
                <w:color w:val="263238"/>
                <w:sz w:val="15"/>
              </w:rPr>
              <w:t>geografie</w:t>
            </w:r>
            <w:proofErr w:type="spellEnd"/>
            <w:r>
              <w:rPr>
                <w:color w:val="263238"/>
                <w:sz w:val="15"/>
              </w:rPr>
              <w:t xml:space="preserve"> + </w:t>
            </w:r>
            <w:proofErr w:type="spellStart"/>
            <w:r>
              <w:rPr>
                <w:color w:val="263238"/>
                <w:sz w:val="15"/>
              </w:rPr>
              <w:t>istorie</w:t>
            </w:r>
            <w:proofErr w:type="spellEnd"/>
          </w:p>
        </w:tc>
        <w:tc>
          <w:tcPr>
            <w:tcW w:w="1715" w:type="pct"/>
            <w:shd w:val="clear" w:color="auto" w:fill="F8FAFA"/>
            <w:tcMar>
              <w:top w:w="68" w:type="dxa"/>
              <w:left w:w="78" w:type="dxa"/>
              <w:bottom w:w="68" w:type="dxa"/>
              <w:right w:w="78" w:type="dxa"/>
            </w:tcMar>
          </w:tcPr>
          <w:p w14:paraId="6830BEE2" w14:textId="77777777" w:rsidR="00690563" w:rsidRPr="00E14EE9" w:rsidRDefault="00690563" w:rsidP="00690563">
            <w:pPr>
              <w:rPr>
                <w:lang w:val="it-CH"/>
              </w:rPr>
            </w:pPr>
            <w:r w:rsidRPr="00E14EE9">
              <w:rPr>
                <w:color w:val="263238"/>
                <w:sz w:val="15"/>
                <w:lang w:val="it-CH"/>
              </w:rPr>
              <w:t>Cum schimbă procesele și resursele utilizarea teritoriului în timp?</w:t>
            </w:r>
          </w:p>
        </w:tc>
        <w:tc>
          <w:tcPr>
            <w:tcW w:w="1314" w:type="pct"/>
            <w:shd w:val="clear" w:color="auto" w:fill="F8FAFA"/>
            <w:tcMar>
              <w:top w:w="68" w:type="dxa"/>
              <w:left w:w="78" w:type="dxa"/>
              <w:bottom w:w="68" w:type="dxa"/>
              <w:right w:w="78" w:type="dxa"/>
            </w:tcMar>
          </w:tcPr>
          <w:p w14:paraId="3117D458" w14:textId="77777777" w:rsidR="00690563" w:rsidRDefault="00690563" w:rsidP="00690563">
            <w:proofErr w:type="spellStart"/>
            <w:r>
              <w:rPr>
                <w:color w:val="263238"/>
                <w:sz w:val="15"/>
              </w:rPr>
              <w:t>analiză</w:t>
            </w:r>
            <w:proofErr w:type="spellEnd"/>
            <w:r>
              <w:rPr>
                <w:color w:val="263238"/>
                <w:sz w:val="15"/>
              </w:rPr>
              <w:t xml:space="preserve"> </w:t>
            </w:r>
            <w:proofErr w:type="spellStart"/>
            <w:r>
              <w:rPr>
                <w:color w:val="263238"/>
                <w:sz w:val="15"/>
              </w:rPr>
              <w:t>diacronică</w:t>
            </w:r>
            <w:proofErr w:type="spellEnd"/>
          </w:p>
        </w:tc>
      </w:tr>
      <w:tr w:rsidR="00690563" w14:paraId="1A11EE25" w14:textId="77777777" w:rsidTr="00690563">
        <w:trPr>
          <w:jc w:val="center"/>
        </w:trPr>
        <w:tc>
          <w:tcPr>
            <w:tcW w:w="1971" w:type="pct"/>
            <w:tcMar>
              <w:top w:w="68" w:type="dxa"/>
              <w:left w:w="78" w:type="dxa"/>
              <w:bottom w:w="68" w:type="dxa"/>
              <w:right w:w="78" w:type="dxa"/>
            </w:tcMar>
          </w:tcPr>
          <w:p w14:paraId="20C04968" w14:textId="77777777" w:rsidR="00690563" w:rsidRDefault="00690563" w:rsidP="00690563">
            <w:proofErr w:type="spellStart"/>
            <w:r>
              <w:rPr>
                <w:color w:val="263238"/>
                <w:sz w:val="15"/>
              </w:rPr>
              <w:t>geografie</w:t>
            </w:r>
            <w:proofErr w:type="spellEnd"/>
            <w:r>
              <w:rPr>
                <w:color w:val="263238"/>
                <w:sz w:val="15"/>
              </w:rPr>
              <w:t xml:space="preserve"> + TIC</w:t>
            </w:r>
          </w:p>
        </w:tc>
        <w:tc>
          <w:tcPr>
            <w:tcW w:w="1715" w:type="pct"/>
            <w:tcMar>
              <w:top w:w="68" w:type="dxa"/>
              <w:left w:w="78" w:type="dxa"/>
              <w:bottom w:w="68" w:type="dxa"/>
              <w:right w:w="78" w:type="dxa"/>
            </w:tcMar>
          </w:tcPr>
          <w:p w14:paraId="0BCCE5F0" w14:textId="77777777" w:rsidR="00690563" w:rsidRDefault="00690563" w:rsidP="00690563">
            <w:r>
              <w:rPr>
                <w:color w:val="263238"/>
                <w:sz w:val="15"/>
              </w:rPr>
              <w:t xml:space="preserve">Cum </w:t>
            </w:r>
            <w:proofErr w:type="spellStart"/>
            <w:r>
              <w:rPr>
                <w:color w:val="263238"/>
                <w:sz w:val="15"/>
              </w:rPr>
              <w:t>colectăm</w:t>
            </w:r>
            <w:proofErr w:type="spellEnd"/>
            <w:r>
              <w:rPr>
                <w:color w:val="263238"/>
                <w:sz w:val="15"/>
              </w:rPr>
              <w:t xml:space="preserve">, </w:t>
            </w:r>
            <w:proofErr w:type="spellStart"/>
            <w:r>
              <w:rPr>
                <w:color w:val="263238"/>
                <w:sz w:val="15"/>
              </w:rPr>
              <w:t>integrăm</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cartografiem</w:t>
            </w:r>
            <w:proofErr w:type="spellEnd"/>
            <w:r>
              <w:rPr>
                <w:color w:val="263238"/>
                <w:sz w:val="15"/>
              </w:rPr>
              <w:t xml:space="preserve"> date?</w:t>
            </w:r>
          </w:p>
        </w:tc>
        <w:tc>
          <w:tcPr>
            <w:tcW w:w="1314" w:type="pct"/>
            <w:tcMar>
              <w:top w:w="68" w:type="dxa"/>
              <w:left w:w="78" w:type="dxa"/>
              <w:bottom w:w="68" w:type="dxa"/>
              <w:right w:w="78" w:type="dxa"/>
            </w:tcMar>
          </w:tcPr>
          <w:p w14:paraId="4E9DE2C8" w14:textId="77777777" w:rsidR="00690563" w:rsidRDefault="00690563" w:rsidP="00690563">
            <w:r>
              <w:rPr>
                <w:color w:val="263238"/>
                <w:sz w:val="15"/>
              </w:rPr>
              <w:t xml:space="preserve">GIS / </w:t>
            </w:r>
            <w:proofErr w:type="spellStart"/>
            <w:r>
              <w:rPr>
                <w:color w:val="263238"/>
                <w:sz w:val="15"/>
              </w:rPr>
              <w:t>produs</w:t>
            </w:r>
            <w:proofErr w:type="spellEnd"/>
            <w:r>
              <w:rPr>
                <w:color w:val="263238"/>
                <w:sz w:val="15"/>
              </w:rPr>
              <w:t xml:space="preserve"> digital</w:t>
            </w:r>
          </w:p>
        </w:tc>
      </w:tr>
      <w:tr w:rsidR="00690563" w14:paraId="684FFDA6" w14:textId="77777777" w:rsidTr="00690563">
        <w:trPr>
          <w:jc w:val="center"/>
        </w:trPr>
        <w:tc>
          <w:tcPr>
            <w:tcW w:w="1971" w:type="pct"/>
            <w:shd w:val="clear" w:color="auto" w:fill="F8FAFA"/>
            <w:tcMar>
              <w:top w:w="68" w:type="dxa"/>
              <w:left w:w="78" w:type="dxa"/>
              <w:bottom w:w="68" w:type="dxa"/>
              <w:right w:w="78" w:type="dxa"/>
            </w:tcMar>
          </w:tcPr>
          <w:p w14:paraId="3CE9D2F7" w14:textId="77777777" w:rsidR="00690563" w:rsidRDefault="00690563" w:rsidP="00690563">
            <w:proofErr w:type="spellStart"/>
            <w:r>
              <w:rPr>
                <w:color w:val="263238"/>
                <w:sz w:val="15"/>
              </w:rPr>
              <w:t>geografie</w:t>
            </w:r>
            <w:proofErr w:type="spellEnd"/>
            <w:r>
              <w:rPr>
                <w:color w:val="263238"/>
                <w:sz w:val="15"/>
              </w:rPr>
              <w:t xml:space="preserve"> + </w:t>
            </w:r>
            <w:proofErr w:type="spellStart"/>
            <w:r>
              <w:rPr>
                <w:color w:val="263238"/>
                <w:sz w:val="15"/>
              </w:rPr>
              <w:t>educație</w:t>
            </w:r>
            <w:proofErr w:type="spellEnd"/>
            <w:r>
              <w:rPr>
                <w:color w:val="263238"/>
                <w:sz w:val="15"/>
              </w:rPr>
              <w:t xml:space="preserve"> </w:t>
            </w:r>
            <w:proofErr w:type="spellStart"/>
            <w:r>
              <w:rPr>
                <w:color w:val="263238"/>
                <w:sz w:val="15"/>
              </w:rPr>
              <w:t>socială</w:t>
            </w:r>
            <w:proofErr w:type="spellEnd"/>
          </w:p>
        </w:tc>
        <w:tc>
          <w:tcPr>
            <w:tcW w:w="1715" w:type="pct"/>
            <w:shd w:val="clear" w:color="auto" w:fill="F8FAFA"/>
            <w:tcMar>
              <w:top w:w="68" w:type="dxa"/>
              <w:left w:w="78" w:type="dxa"/>
              <w:bottom w:w="68" w:type="dxa"/>
              <w:right w:w="78" w:type="dxa"/>
            </w:tcMar>
          </w:tcPr>
          <w:p w14:paraId="714F192E" w14:textId="77777777" w:rsidR="00690563" w:rsidRPr="00E14EE9" w:rsidRDefault="00690563" w:rsidP="00690563">
            <w:pPr>
              <w:rPr>
                <w:lang w:val="it-CH"/>
              </w:rPr>
            </w:pPr>
            <w:r w:rsidRPr="00E14EE9">
              <w:rPr>
                <w:color w:val="263238"/>
                <w:sz w:val="15"/>
                <w:lang w:val="it-CH"/>
              </w:rPr>
              <w:t>Cum transformăm analiza de risc sau mediu în decizie comunitară?</w:t>
            </w:r>
          </w:p>
        </w:tc>
        <w:tc>
          <w:tcPr>
            <w:tcW w:w="1314" w:type="pct"/>
            <w:shd w:val="clear" w:color="auto" w:fill="F8FAFA"/>
            <w:tcMar>
              <w:top w:w="68" w:type="dxa"/>
              <w:left w:w="78" w:type="dxa"/>
              <w:bottom w:w="68" w:type="dxa"/>
              <w:right w:w="78" w:type="dxa"/>
            </w:tcMar>
          </w:tcPr>
          <w:p w14:paraId="0285F68C" w14:textId="77777777" w:rsidR="00690563" w:rsidRDefault="00690563" w:rsidP="00690563">
            <w:r>
              <w:rPr>
                <w:color w:val="263238"/>
                <w:sz w:val="15"/>
              </w:rPr>
              <w:t xml:space="preserve">plan </w:t>
            </w:r>
            <w:proofErr w:type="spellStart"/>
            <w:r>
              <w:rPr>
                <w:color w:val="263238"/>
                <w:sz w:val="15"/>
              </w:rPr>
              <w:t>argumentat</w:t>
            </w:r>
            <w:proofErr w:type="spellEnd"/>
          </w:p>
        </w:tc>
      </w:tr>
    </w:tbl>
    <w:p w14:paraId="5FC2AA43" w14:textId="77777777" w:rsidR="00690563" w:rsidRDefault="00690563"/>
    <w:tbl>
      <w:tblPr>
        <w:tblW w:w="5000" w:type="pct"/>
        <w:jc w:val="center"/>
        <w:tblLook w:val="04A0" w:firstRow="1" w:lastRow="0" w:firstColumn="1" w:lastColumn="0" w:noHBand="0" w:noVBand="1"/>
      </w:tblPr>
      <w:tblGrid>
        <w:gridCol w:w="5330"/>
        <w:gridCol w:w="5331"/>
      </w:tblGrid>
      <w:tr w:rsidR="00690563" w:rsidRPr="00E14EE9" w14:paraId="6FB11304" w14:textId="77777777" w:rsidTr="00690563">
        <w:trPr>
          <w:jc w:val="center"/>
        </w:trPr>
        <w:tc>
          <w:tcPr>
            <w:tcW w:w="1971" w:type="pct"/>
            <w:shd w:val="clear" w:color="auto" w:fill="B58A45"/>
            <w:tcMar>
              <w:top w:w="105" w:type="dxa"/>
              <w:left w:w="105" w:type="dxa"/>
              <w:bottom w:w="105" w:type="dxa"/>
              <w:right w:w="105" w:type="dxa"/>
            </w:tcMar>
          </w:tcPr>
          <w:p w14:paraId="4A0ABED4" w14:textId="77777777" w:rsidR="00690563" w:rsidRDefault="00690563" w:rsidP="00690563">
            <w:pPr>
              <w:jc w:val="center"/>
            </w:pPr>
            <w:r>
              <w:rPr>
                <w:b/>
                <w:color w:val="FFFFFF"/>
                <w:sz w:val="15"/>
              </w:rPr>
              <w:t>TEME TRANSVERSALE</w:t>
            </w:r>
          </w:p>
        </w:tc>
        <w:tc>
          <w:tcPr>
            <w:tcW w:w="1971" w:type="pct"/>
            <w:shd w:val="clear" w:color="auto" w:fill="F7F2E7"/>
            <w:tcMar>
              <w:top w:w="105" w:type="dxa"/>
              <w:left w:w="130" w:type="dxa"/>
              <w:bottom w:w="105" w:type="dxa"/>
              <w:right w:w="130" w:type="dxa"/>
            </w:tcMar>
          </w:tcPr>
          <w:p w14:paraId="1947B9D6" w14:textId="406C698B" w:rsidR="00690563" w:rsidRPr="00E14EE9" w:rsidRDefault="00690563" w:rsidP="00690563">
            <w:pPr>
              <w:rPr>
                <w:lang w:val="it-CH"/>
              </w:rPr>
            </w:pPr>
            <w:r w:rsidRPr="00E14EE9">
              <w:rPr>
                <w:color w:val="263238"/>
                <w:sz w:val="17"/>
                <w:lang w:val="it-CH"/>
              </w:rPr>
              <w:t>Programa oferă contexte autentice pentru educația de mediu și schimbări climatice, digitalizare și securitate cibernetică, sănătate, sustenabilitate și responsabilitate civică.</w:t>
            </w:r>
          </w:p>
        </w:tc>
      </w:tr>
    </w:tbl>
    <w:p w14:paraId="77337D35" w14:textId="77777777" w:rsidR="00787B6C" w:rsidRPr="00E14EE9" w:rsidRDefault="00690563">
      <w:pPr>
        <w:rPr>
          <w:lang w:val="it-CH"/>
        </w:rPr>
      </w:pPr>
      <w:r w:rsidRPr="00E14EE9">
        <w:rPr>
          <w:lang w:val="it-CH"/>
        </w:rPr>
        <w:br w:type="page"/>
      </w:r>
    </w:p>
    <w:tbl>
      <w:tblPr>
        <w:tblW w:w="0" w:type="auto"/>
        <w:jc w:val="center"/>
        <w:tblLayout w:type="fixed"/>
        <w:tblLook w:val="04A0" w:firstRow="1" w:lastRow="0" w:firstColumn="1" w:lastColumn="0" w:noHBand="0" w:noVBand="1"/>
      </w:tblPr>
      <w:tblGrid>
        <w:gridCol w:w="5213"/>
        <w:gridCol w:w="5213"/>
      </w:tblGrid>
      <w:tr w:rsidR="00787B6C" w:rsidRPr="00E14EE9" w14:paraId="27BCDF51" w14:textId="77777777">
        <w:trPr>
          <w:jc w:val="center"/>
        </w:trPr>
        <w:tc>
          <w:tcPr>
            <w:tcW w:w="5213" w:type="dxa"/>
            <w:shd w:val="clear" w:color="auto" w:fill="2B6478"/>
            <w:tcMar>
              <w:top w:w="145" w:type="dxa"/>
              <w:left w:w="110" w:type="dxa"/>
              <w:bottom w:w="145" w:type="dxa"/>
              <w:right w:w="110" w:type="dxa"/>
            </w:tcMar>
          </w:tcPr>
          <w:p w14:paraId="0D5744BB" w14:textId="77777777" w:rsidR="00787B6C" w:rsidRDefault="00690563">
            <w:pPr>
              <w:jc w:val="center"/>
            </w:pPr>
            <w:r>
              <w:rPr>
                <w:b/>
                <w:color w:val="FFFFFF"/>
                <w:sz w:val="30"/>
              </w:rPr>
              <w:lastRenderedPageBreak/>
              <w:t>24</w:t>
            </w:r>
          </w:p>
        </w:tc>
        <w:tc>
          <w:tcPr>
            <w:tcW w:w="5213" w:type="dxa"/>
            <w:shd w:val="clear" w:color="auto" w:fill="17324D"/>
            <w:tcMar>
              <w:top w:w="120" w:type="dxa"/>
              <w:left w:w="145" w:type="dxa"/>
              <w:bottom w:w="120" w:type="dxa"/>
              <w:right w:w="145" w:type="dxa"/>
            </w:tcMar>
          </w:tcPr>
          <w:p w14:paraId="67F471C1" w14:textId="26AA62D8" w:rsidR="00787B6C" w:rsidRPr="00E14EE9" w:rsidRDefault="00690563">
            <w:pPr>
              <w:rPr>
                <w:lang w:val="it-CH"/>
              </w:rPr>
            </w:pPr>
            <w:r w:rsidRPr="00E14EE9">
              <w:rPr>
                <w:b/>
                <w:color w:val="FFFFFF"/>
                <w:sz w:val="25"/>
                <w:lang w:val="it-CH"/>
              </w:rPr>
              <w:t>EVALUAREA CARE PRODUCE ÎNVĂȚARE</w:t>
            </w:r>
            <w:r w:rsidRPr="00E14EE9">
              <w:rPr>
                <w:lang w:val="it-CH"/>
              </w:rPr>
              <w:br/>
            </w:r>
            <w:r w:rsidRPr="00E14EE9">
              <w:rPr>
                <w:color w:val="DFE8EA"/>
                <w:sz w:val="16"/>
                <w:lang w:val="it-CH"/>
              </w:rPr>
              <w:t xml:space="preserve">Geografia permite o varietate de dovezi: hartă, grafic, explicație, produs GIS, studiu de caz, </w:t>
            </w:r>
            <w:r w:rsidR="0010257F" w:rsidRPr="00E14EE9">
              <w:rPr>
                <w:color w:val="DFE8EA"/>
                <w:sz w:val="16"/>
                <w:lang w:val="it-CH"/>
              </w:rPr>
              <w:t xml:space="preserve">aplicație pe </w:t>
            </w:r>
            <w:r w:rsidRPr="00E14EE9">
              <w:rPr>
                <w:color w:val="DFE8EA"/>
                <w:sz w:val="16"/>
                <w:lang w:val="it-CH"/>
              </w:rPr>
              <w:t>teren, proiect, portofoliu.</w:t>
            </w:r>
          </w:p>
        </w:tc>
      </w:tr>
    </w:tbl>
    <w:p w14:paraId="13CFF6FA" w14:textId="77777777" w:rsidR="00690563" w:rsidRPr="00E14EE9" w:rsidRDefault="00690563">
      <w:pPr>
        <w:rPr>
          <w:lang w:val="it-CH"/>
        </w:rPr>
      </w:pPr>
    </w:p>
    <w:p w14:paraId="2C42926A" w14:textId="762FCD5A" w:rsidR="00787B6C" w:rsidRPr="00E14EE9" w:rsidRDefault="00787B6C" w:rsidP="00690563">
      <w:pPr>
        <w:jc w:val="center"/>
        <w:rPr>
          <w:lang w:val="it-CH"/>
        </w:rPr>
      </w:pPr>
    </w:p>
    <w:p w14:paraId="10F7ABD3" w14:textId="77777777" w:rsidR="00690563" w:rsidRPr="00E14EE9" w:rsidRDefault="00690563" w:rsidP="00690563">
      <w:pPr>
        <w:jc w:val="center"/>
        <w:rPr>
          <w:lang w:val="it-CH"/>
        </w:rPr>
      </w:pPr>
    </w:p>
    <w:tbl>
      <w:tblPr>
        <w:tblW w:w="4867"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647"/>
        <w:gridCol w:w="5661"/>
      </w:tblGrid>
      <w:tr w:rsidR="00787B6C" w14:paraId="55CDBB8F" w14:textId="77777777" w:rsidTr="00690563">
        <w:trPr>
          <w:jc w:val="center"/>
        </w:trPr>
        <w:tc>
          <w:tcPr>
            <w:tcW w:w="2254" w:type="pct"/>
            <w:shd w:val="clear" w:color="auto" w:fill="66757F"/>
            <w:tcMar>
              <w:top w:w="76" w:type="dxa"/>
              <w:left w:w="82" w:type="dxa"/>
              <w:bottom w:w="76" w:type="dxa"/>
              <w:right w:w="82" w:type="dxa"/>
            </w:tcMar>
          </w:tcPr>
          <w:p w14:paraId="088783CA" w14:textId="77777777" w:rsidR="00787B6C" w:rsidRDefault="00690563">
            <w:pPr>
              <w:jc w:val="center"/>
            </w:pPr>
            <w:r>
              <w:rPr>
                <w:b/>
                <w:color w:val="FFFFFF"/>
                <w:sz w:val="14"/>
              </w:rPr>
              <w:t>MAI PUȚIN UTIL</w:t>
            </w:r>
          </w:p>
        </w:tc>
        <w:tc>
          <w:tcPr>
            <w:tcW w:w="2746" w:type="pct"/>
            <w:shd w:val="clear" w:color="auto" w:fill="3E755A"/>
            <w:tcMar>
              <w:top w:w="76" w:type="dxa"/>
              <w:left w:w="82" w:type="dxa"/>
              <w:bottom w:w="76" w:type="dxa"/>
              <w:right w:w="82" w:type="dxa"/>
            </w:tcMar>
          </w:tcPr>
          <w:p w14:paraId="51D79075" w14:textId="77777777" w:rsidR="00787B6C" w:rsidRDefault="00690563">
            <w:pPr>
              <w:jc w:val="center"/>
            </w:pPr>
            <w:r>
              <w:rPr>
                <w:b/>
                <w:color w:val="FFFFFF"/>
                <w:sz w:val="14"/>
              </w:rPr>
              <w:t>MAI UTIL</w:t>
            </w:r>
          </w:p>
        </w:tc>
      </w:tr>
      <w:tr w:rsidR="00787B6C" w14:paraId="6AB90042" w14:textId="77777777" w:rsidTr="00690563">
        <w:trPr>
          <w:jc w:val="center"/>
        </w:trPr>
        <w:tc>
          <w:tcPr>
            <w:tcW w:w="2254" w:type="pct"/>
            <w:shd w:val="clear" w:color="auto" w:fill="F8FAFA"/>
            <w:tcMar>
              <w:top w:w="68" w:type="dxa"/>
              <w:left w:w="78" w:type="dxa"/>
              <w:bottom w:w="68" w:type="dxa"/>
              <w:right w:w="78" w:type="dxa"/>
            </w:tcMar>
          </w:tcPr>
          <w:p w14:paraId="50A13BBC" w14:textId="77777777" w:rsidR="00787B6C" w:rsidRDefault="00690563">
            <w:r>
              <w:rPr>
                <w:color w:val="263238"/>
                <w:sz w:val="15"/>
              </w:rPr>
              <w:t>„</w:t>
            </w:r>
            <w:proofErr w:type="spellStart"/>
            <w:r>
              <w:rPr>
                <w:color w:val="263238"/>
                <w:sz w:val="15"/>
              </w:rPr>
              <w:t>Harta</w:t>
            </w:r>
            <w:proofErr w:type="spellEnd"/>
            <w:r>
              <w:rPr>
                <w:color w:val="263238"/>
                <w:sz w:val="15"/>
              </w:rPr>
              <w:t xml:space="preserve"> </w:t>
            </w:r>
            <w:proofErr w:type="spellStart"/>
            <w:r>
              <w:rPr>
                <w:color w:val="263238"/>
                <w:sz w:val="15"/>
              </w:rPr>
              <w:t>este</w:t>
            </w:r>
            <w:proofErr w:type="spellEnd"/>
            <w:r>
              <w:rPr>
                <w:color w:val="263238"/>
                <w:sz w:val="15"/>
              </w:rPr>
              <w:t xml:space="preserve"> </w:t>
            </w:r>
            <w:proofErr w:type="spellStart"/>
            <w:r>
              <w:rPr>
                <w:color w:val="263238"/>
                <w:sz w:val="15"/>
              </w:rPr>
              <w:t>incompletă</w:t>
            </w:r>
            <w:proofErr w:type="spellEnd"/>
            <w:r>
              <w:rPr>
                <w:color w:val="263238"/>
                <w:sz w:val="15"/>
              </w:rPr>
              <w:t>.”</w:t>
            </w:r>
          </w:p>
        </w:tc>
        <w:tc>
          <w:tcPr>
            <w:tcW w:w="2746" w:type="pct"/>
            <w:shd w:val="clear" w:color="auto" w:fill="F8FAFA"/>
            <w:tcMar>
              <w:top w:w="68" w:type="dxa"/>
              <w:left w:w="78" w:type="dxa"/>
              <w:bottom w:w="68" w:type="dxa"/>
              <w:right w:w="78" w:type="dxa"/>
            </w:tcMar>
          </w:tcPr>
          <w:p w14:paraId="547D6C85" w14:textId="77777777" w:rsidR="00787B6C" w:rsidRDefault="00690563">
            <w:r w:rsidRPr="00E14EE9">
              <w:rPr>
                <w:color w:val="263238"/>
                <w:sz w:val="15"/>
                <w:lang w:val="it-CH"/>
              </w:rPr>
              <w:t xml:space="preserve">„Ai titlu și scară, dar legenda nu permite diferențierea celor două categorii. </w:t>
            </w:r>
            <w:proofErr w:type="spellStart"/>
            <w:r>
              <w:rPr>
                <w:color w:val="263238"/>
                <w:sz w:val="15"/>
              </w:rPr>
              <w:t>Revizuiește</w:t>
            </w:r>
            <w:proofErr w:type="spellEnd"/>
            <w:r>
              <w:rPr>
                <w:color w:val="263238"/>
                <w:sz w:val="15"/>
              </w:rPr>
              <w:t xml:space="preserve"> </w:t>
            </w:r>
            <w:proofErr w:type="spellStart"/>
            <w:r>
              <w:rPr>
                <w:color w:val="263238"/>
                <w:sz w:val="15"/>
              </w:rPr>
              <w:t>simbolurile</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verifică</w:t>
            </w:r>
            <w:proofErr w:type="spellEnd"/>
            <w:r>
              <w:rPr>
                <w:color w:val="263238"/>
                <w:sz w:val="15"/>
              </w:rPr>
              <w:t xml:space="preserve"> </w:t>
            </w:r>
            <w:proofErr w:type="spellStart"/>
            <w:r>
              <w:rPr>
                <w:color w:val="263238"/>
                <w:sz w:val="15"/>
              </w:rPr>
              <w:t>dacă</w:t>
            </w:r>
            <w:proofErr w:type="spellEnd"/>
            <w:r>
              <w:rPr>
                <w:color w:val="263238"/>
                <w:sz w:val="15"/>
              </w:rPr>
              <w:t xml:space="preserve"> </w:t>
            </w:r>
            <w:proofErr w:type="spellStart"/>
            <w:r>
              <w:rPr>
                <w:color w:val="263238"/>
                <w:sz w:val="15"/>
              </w:rPr>
              <w:t>fiecare</w:t>
            </w:r>
            <w:proofErr w:type="spellEnd"/>
            <w:r>
              <w:rPr>
                <w:color w:val="263238"/>
                <w:sz w:val="15"/>
              </w:rPr>
              <w:t xml:space="preserve"> </w:t>
            </w:r>
            <w:proofErr w:type="spellStart"/>
            <w:r>
              <w:rPr>
                <w:color w:val="263238"/>
                <w:sz w:val="15"/>
              </w:rPr>
              <w:t>apare</w:t>
            </w:r>
            <w:proofErr w:type="spellEnd"/>
            <w:r>
              <w:rPr>
                <w:color w:val="263238"/>
                <w:sz w:val="15"/>
              </w:rPr>
              <w:t xml:space="preserve"> pe </w:t>
            </w:r>
            <w:proofErr w:type="spellStart"/>
            <w:r>
              <w:rPr>
                <w:color w:val="263238"/>
                <w:sz w:val="15"/>
              </w:rPr>
              <w:t>hartă</w:t>
            </w:r>
            <w:proofErr w:type="spellEnd"/>
            <w:r>
              <w:rPr>
                <w:color w:val="263238"/>
                <w:sz w:val="15"/>
              </w:rPr>
              <w:t>.”</w:t>
            </w:r>
          </w:p>
        </w:tc>
      </w:tr>
      <w:tr w:rsidR="00787B6C" w:rsidRPr="00E14EE9" w14:paraId="188145D7" w14:textId="77777777" w:rsidTr="00690563">
        <w:trPr>
          <w:jc w:val="center"/>
        </w:trPr>
        <w:tc>
          <w:tcPr>
            <w:tcW w:w="2254" w:type="pct"/>
            <w:tcMar>
              <w:top w:w="68" w:type="dxa"/>
              <w:left w:w="78" w:type="dxa"/>
              <w:bottom w:w="68" w:type="dxa"/>
              <w:right w:w="78" w:type="dxa"/>
            </w:tcMar>
          </w:tcPr>
          <w:p w14:paraId="564BCAED" w14:textId="77777777" w:rsidR="00787B6C" w:rsidRDefault="00690563">
            <w:r>
              <w:rPr>
                <w:color w:val="263238"/>
                <w:sz w:val="15"/>
              </w:rPr>
              <w:t>„</w:t>
            </w:r>
            <w:proofErr w:type="spellStart"/>
            <w:r>
              <w:rPr>
                <w:color w:val="263238"/>
                <w:sz w:val="15"/>
              </w:rPr>
              <w:t>Explică</w:t>
            </w:r>
            <w:proofErr w:type="spellEnd"/>
            <w:r>
              <w:rPr>
                <w:color w:val="263238"/>
                <w:sz w:val="15"/>
              </w:rPr>
              <w:t xml:space="preserve"> </w:t>
            </w:r>
            <w:proofErr w:type="spellStart"/>
            <w:r>
              <w:rPr>
                <w:color w:val="263238"/>
                <w:sz w:val="15"/>
              </w:rPr>
              <w:t>mai</w:t>
            </w:r>
            <w:proofErr w:type="spellEnd"/>
            <w:r>
              <w:rPr>
                <w:color w:val="263238"/>
                <w:sz w:val="15"/>
              </w:rPr>
              <w:t xml:space="preserve"> bine.”</w:t>
            </w:r>
          </w:p>
        </w:tc>
        <w:tc>
          <w:tcPr>
            <w:tcW w:w="2746" w:type="pct"/>
            <w:tcMar>
              <w:top w:w="68" w:type="dxa"/>
              <w:left w:w="78" w:type="dxa"/>
              <w:bottom w:w="68" w:type="dxa"/>
              <w:right w:w="78" w:type="dxa"/>
            </w:tcMar>
          </w:tcPr>
          <w:p w14:paraId="34B4D5F7" w14:textId="77777777" w:rsidR="00787B6C" w:rsidRPr="00E14EE9" w:rsidRDefault="00690563">
            <w:pPr>
              <w:rPr>
                <w:lang w:val="it-CH"/>
              </w:rPr>
            </w:pPr>
            <w:r w:rsidRPr="00E14EE9">
              <w:rPr>
                <w:color w:val="263238"/>
                <w:sz w:val="15"/>
                <w:lang w:val="it-CH"/>
              </w:rPr>
              <w:t>„Ai descris succesiunea fenomenului. Lipsește însă mecanismul dintre cauza indicată și consecința observată.”</w:t>
            </w:r>
          </w:p>
        </w:tc>
      </w:tr>
      <w:tr w:rsidR="00787B6C" w:rsidRPr="00E14EE9" w14:paraId="73D5E81E" w14:textId="77777777" w:rsidTr="00690563">
        <w:trPr>
          <w:jc w:val="center"/>
        </w:trPr>
        <w:tc>
          <w:tcPr>
            <w:tcW w:w="2254" w:type="pct"/>
            <w:shd w:val="clear" w:color="auto" w:fill="F8FAFA"/>
            <w:tcMar>
              <w:top w:w="68" w:type="dxa"/>
              <w:left w:w="78" w:type="dxa"/>
              <w:bottom w:w="68" w:type="dxa"/>
              <w:right w:w="78" w:type="dxa"/>
            </w:tcMar>
          </w:tcPr>
          <w:p w14:paraId="32610C2B" w14:textId="77777777" w:rsidR="00787B6C" w:rsidRDefault="00690563">
            <w:r>
              <w:rPr>
                <w:color w:val="263238"/>
                <w:sz w:val="15"/>
              </w:rPr>
              <w:t>„</w:t>
            </w:r>
            <w:proofErr w:type="spellStart"/>
            <w:r>
              <w:rPr>
                <w:color w:val="263238"/>
                <w:sz w:val="15"/>
              </w:rPr>
              <w:t>Grafic</w:t>
            </w:r>
            <w:proofErr w:type="spellEnd"/>
            <w:r>
              <w:rPr>
                <w:color w:val="263238"/>
                <w:sz w:val="15"/>
              </w:rPr>
              <w:t xml:space="preserve"> bun.”</w:t>
            </w:r>
          </w:p>
        </w:tc>
        <w:tc>
          <w:tcPr>
            <w:tcW w:w="2746" w:type="pct"/>
            <w:shd w:val="clear" w:color="auto" w:fill="F8FAFA"/>
            <w:tcMar>
              <w:top w:w="68" w:type="dxa"/>
              <w:left w:w="78" w:type="dxa"/>
              <w:bottom w:w="68" w:type="dxa"/>
              <w:right w:w="78" w:type="dxa"/>
            </w:tcMar>
          </w:tcPr>
          <w:p w14:paraId="501C96E6" w14:textId="77777777" w:rsidR="00787B6C" w:rsidRPr="00E14EE9" w:rsidRDefault="00690563">
            <w:pPr>
              <w:rPr>
                <w:lang w:val="it-CH"/>
              </w:rPr>
            </w:pPr>
            <w:r w:rsidRPr="00E14EE9">
              <w:rPr>
                <w:color w:val="263238"/>
                <w:sz w:val="15"/>
                <w:lang w:val="it-CH"/>
              </w:rPr>
              <w:t>„Ai reprezentat corect datele. Formulează acum o concluzie și precizează intervalul pentru care este valabilă.”</w:t>
            </w:r>
          </w:p>
        </w:tc>
      </w:tr>
      <w:tr w:rsidR="00787B6C" w:rsidRPr="00E14EE9" w14:paraId="0FFF9390" w14:textId="77777777" w:rsidTr="00690563">
        <w:trPr>
          <w:jc w:val="center"/>
        </w:trPr>
        <w:tc>
          <w:tcPr>
            <w:tcW w:w="2254" w:type="pct"/>
            <w:tcMar>
              <w:top w:w="68" w:type="dxa"/>
              <w:left w:w="78" w:type="dxa"/>
              <w:bottom w:w="68" w:type="dxa"/>
              <w:right w:w="78" w:type="dxa"/>
            </w:tcMar>
          </w:tcPr>
          <w:p w14:paraId="7036BCAF" w14:textId="77777777" w:rsidR="00787B6C" w:rsidRDefault="00690563">
            <w:r>
              <w:rPr>
                <w:color w:val="263238"/>
                <w:sz w:val="15"/>
              </w:rPr>
              <w:t>„</w:t>
            </w:r>
            <w:proofErr w:type="spellStart"/>
            <w:r>
              <w:rPr>
                <w:color w:val="263238"/>
                <w:sz w:val="15"/>
              </w:rPr>
              <w:t>Proiect</w:t>
            </w:r>
            <w:proofErr w:type="spellEnd"/>
            <w:r>
              <w:rPr>
                <w:color w:val="263238"/>
                <w:sz w:val="15"/>
              </w:rPr>
              <w:t xml:space="preserve"> </w:t>
            </w:r>
            <w:proofErr w:type="spellStart"/>
            <w:r>
              <w:rPr>
                <w:color w:val="263238"/>
                <w:sz w:val="15"/>
              </w:rPr>
              <w:t>reușit</w:t>
            </w:r>
            <w:proofErr w:type="spellEnd"/>
            <w:r>
              <w:rPr>
                <w:color w:val="263238"/>
                <w:sz w:val="15"/>
              </w:rPr>
              <w:t>.”</w:t>
            </w:r>
          </w:p>
        </w:tc>
        <w:tc>
          <w:tcPr>
            <w:tcW w:w="2746" w:type="pct"/>
            <w:tcMar>
              <w:top w:w="68" w:type="dxa"/>
              <w:left w:w="78" w:type="dxa"/>
              <w:bottom w:w="68" w:type="dxa"/>
              <w:right w:w="78" w:type="dxa"/>
            </w:tcMar>
          </w:tcPr>
          <w:p w14:paraId="7EF17417" w14:textId="77777777" w:rsidR="00787B6C" w:rsidRPr="00E14EE9" w:rsidRDefault="00690563">
            <w:pPr>
              <w:rPr>
                <w:lang w:val="it-CH"/>
              </w:rPr>
            </w:pPr>
            <w:r w:rsidRPr="00E14EE9">
              <w:rPr>
                <w:color w:val="263238"/>
                <w:sz w:val="15"/>
                <w:lang w:val="it-CH"/>
              </w:rPr>
              <w:t>„Soluția este relevantă, dar nu ai analizat fezabilitatea. Adaugă cine o poate aplica, resursele și un indicator de rezultat.”</w:t>
            </w:r>
          </w:p>
        </w:tc>
      </w:tr>
    </w:tbl>
    <w:p w14:paraId="5ACCC2DE" w14:textId="77777777" w:rsidR="00690563" w:rsidRPr="00E14EE9" w:rsidRDefault="00690563">
      <w:pPr>
        <w:rPr>
          <w:lang w:val="it-CH"/>
        </w:rPr>
      </w:pPr>
    </w:p>
    <w:tbl>
      <w:tblPr>
        <w:tblW w:w="5000" w:type="pct"/>
        <w:jc w:val="center"/>
        <w:tblLook w:val="04A0" w:firstRow="1" w:lastRow="0" w:firstColumn="1" w:lastColumn="0" w:noHBand="0" w:noVBand="1"/>
      </w:tblPr>
      <w:tblGrid>
        <w:gridCol w:w="4678"/>
        <w:gridCol w:w="5983"/>
      </w:tblGrid>
      <w:tr w:rsidR="00690563" w:rsidRPr="00E14EE9" w14:paraId="011C6BF7" w14:textId="77777777" w:rsidTr="00690563">
        <w:trPr>
          <w:jc w:val="center"/>
        </w:trPr>
        <w:tc>
          <w:tcPr>
            <w:tcW w:w="2194" w:type="pct"/>
            <w:shd w:val="clear" w:color="auto" w:fill="3E755A"/>
            <w:tcMar>
              <w:top w:w="105" w:type="dxa"/>
              <w:left w:w="105" w:type="dxa"/>
              <w:bottom w:w="105" w:type="dxa"/>
              <w:right w:w="105" w:type="dxa"/>
            </w:tcMar>
          </w:tcPr>
          <w:p w14:paraId="7C5CAA64" w14:textId="77777777" w:rsidR="00690563" w:rsidRDefault="00690563" w:rsidP="00690563">
            <w:pPr>
              <w:jc w:val="center"/>
            </w:pPr>
            <w:r>
              <w:rPr>
                <w:b/>
                <w:color w:val="FFFFFF"/>
                <w:sz w:val="15"/>
              </w:rPr>
              <w:t>EVALUAREA SE ÎNCHEIE…</w:t>
            </w:r>
          </w:p>
        </w:tc>
        <w:tc>
          <w:tcPr>
            <w:tcW w:w="2806" w:type="pct"/>
            <w:shd w:val="clear" w:color="auto" w:fill="EEF5F1"/>
            <w:tcMar>
              <w:top w:w="105" w:type="dxa"/>
              <w:left w:w="130" w:type="dxa"/>
              <w:bottom w:w="105" w:type="dxa"/>
              <w:right w:w="130" w:type="dxa"/>
            </w:tcMar>
          </w:tcPr>
          <w:p w14:paraId="0A01C62D" w14:textId="461C949A" w:rsidR="00690563" w:rsidRPr="00E14EE9" w:rsidRDefault="00690563" w:rsidP="00690563">
            <w:pPr>
              <w:rPr>
                <w:lang w:val="it-CH"/>
              </w:rPr>
            </w:pPr>
            <w:r w:rsidRPr="00E14EE9">
              <w:rPr>
                <w:b/>
                <w:bCs/>
                <w:color w:val="263238"/>
                <w:sz w:val="17"/>
                <w:lang w:val="it-CH"/>
              </w:rPr>
              <w:t>cu nota</w:t>
            </w:r>
            <w:r w:rsidRPr="00E14EE9">
              <w:rPr>
                <w:color w:val="263238"/>
                <w:sz w:val="17"/>
                <w:lang w:val="it-CH"/>
              </w:rPr>
              <w:t xml:space="preserve">, </w:t>
            </w:r>
            <w:r w:rsidR="00B17792" w:rsidRPr="00E14EE9">
              <w:rPr>
                <w:color w:val="263238"/>
                <w:sz w:val="17"/>
                <w:lang w:val="it-CH"/>
              </w:rPr>
              <w:t>precum și</w:t>
            </w:r>
            <w:r w:rsidRPr="00E14EE9">
              <w:rPr>
                <w:color w:val="263238"/>
                <w:sz w:val="17"/>
                <w:lang w:val="it-CH"/>
              </w:rPr>
              <w:t xml:space="preserve"> cu o decizie: reiau o achiziție, schimb scara, ofer o hartă mai simplă, cer o sursă suplimentară, refac legenda, solicit o revizuire sau deschid sarcina.</w:t>
            </w:r>
          </w:p>
        </w:tc>
      </w:tr>
    </w:tbl>
    <w:p w14:paraId="3A669E60"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539"/>
        <w:gridCol w:w="6142"/>
      </w:tblGrid>
      <w:tr w:rsidR="00787B6C" w:rsidRPr="00E14EE9" w14:paraId="526C84F3" w14:textId="77777777" w:rsidTr="00690563">
        <w:trPr>
          <w:jc w:val="center"/>
        </w:trPr>
        <w:tc>
          <w:tcPr>
            <w:tcW w:w="2125" w:type="pct"/>
            <w:shd w:val="clear" w:color="auto" w:fill="2B6478"/>
            <w:tcMar>
              <w:top w:w="145" w:type="dxa"/>
              <w:left w:w="110" w:type="dxa"/>
              <w:bottom w:w="145" w:type="dxa"/>
              <w:right w:w="110" w:type="dxa"/>
            </w:tcMar>
          </w:tcPr>
          <w:p w14:paraId="0DD692D5" w14:textId="77777777" w:rsidR="00787B6C" w:rsidRDefault="00690563">
            <w:pPr>
              <w:jc w:val="center"/>
            </w:pPr>
            <w:r>
              <w:rPr>
                <w:b/>
                <w:color w:val="FFFFFF"/>
                <w:sz w:val="30"/>
              </w:rPr>
              <w:lastRenderedPageBreak/>
              <w:t>25</w:t>
            </w:r>
          </w:p>
        </w:tc>
        <w:tc>
          <w:tcPr>
            <w:tcW w:w="2875" w:type="pct"/>
            <w:shd w:val="clear" w:color="auto" w:fill="17324D"/>
            <w:tcMar>
              <w:top w:w="120" w:type="dxa"/>
              <w:left w:w="145" w:type="dxa"/>
              <w:bottom w:w="120" w:type="dxa"/>
              <w:right w:w="145" w:type="dxa"/>
            </w:tcMar>
          </w:tcPr>
          <w:p w14:paraId="7BCBBF08" w14:textId="77777777" w:rsidR="00787B6C" w:rsidRPr="00E14EE9" w:rsidRDefault="00690563">
            <w:pPr>
              <w:rPr>
                <w:lang w:val="it-CH"/>
              </w:rPr>
            </w:pPr>
            <w:r w:rsidRPr="00E14EE9">
              <w:rPr>
                <w:b/>
                <w:color w:val="FFFFFF"/>
                <w:sz w:val="25"/>
                <w:lang w:val="it-CH"/>
              </w:rPr>
              <w:t>DIFERENȚIERE FĂRĂ TRASEE PARALELE</w:t>
            </w:r>
            <w:r w:rsidRPr="00E14EE9">
              <w:rPr>
                <w:lang w:val="it-CH"/>
              </w:rPr>
              <w:br/>
            </w:r>
            <w:r w:rsidRPr="00E14EE9">
              <w:rPr>
                <w:color w:val="DFE8EA"/>
                <w:sz w:val="16"/>
                <w:lang w:val="it-CH"/>
              </w:rPr>
              <w:t>Aceeași problemă geografică poate fi lucrată cu grade diferite de sprijin, complexitate și autonomie.</w:t>
            </w:r>
          </w:p>
        </w:tc>
      </w:tr>
    </w:tbl>
    <w:p w14:paraId="28353F9C" w14:textId="77777777" w:rsidR="00690563" w:rsidRPr="00E14EE9" w:rsidRDefault="00690563">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508"/>
        <w:gridCol w:w="3041"/>
        <w:gridCol w:w="3041"/>
      </w:tblGrid>
      <w:tr w:rsidR="00690563" w14:paraId="56EF5217" w14:textId="77777777" w:rsidTr="00690563">
        <w:trPr>
          <w:jc w:val="center"/>
        </w:trPr>
        <w:tc>
          <w:tcPr>
            <w:tcW w:w="2128" w:type="pct"/>
            <w:shd w:val="clear" w:color="auto" w:fill="17324D"/>
            <w:tcMar>
              <w:top w:w="76" w:type="dxa"/>
              <w:left w:w="82" w:type="dxa"/>
              <w:bottom w:w="76" w:type="dxa"/>
              <w:right w:w="82" w:type="dxa"/>
            </w:tcMar>
          </w:tcPr>
          <w:p w14:paraId="1DD61BA4" w14:textId="77777777" w:rsidR="00690563" w:rsidRDefault="00690563" w:rsidP="00690563">
            <w:pPr>
              <w:jc w:val="center"/>
            </w:pPr>
            <w:r>
              <w:rPr>
                <w:b/>
                <w:color w:val="FFFFFF"/>
                <w:sz w:val="14"/>
              </w:rPr>
              <w:t>DIMENSIUNE</w:t>
            </w:r>
          </w:p>
        </w:tc>
        <w:tc>
          <w:tcPr>
            <w:tcW w:w="1436" w:type="pct"/>
            <w:shd w:val="clear" w:color="auto" w:fill="2B6478"/>
            <w:tcMar>
              <w:top w:w="76" w:type="dxa"/>
              <w:left w:w="82" w:type="dxa"/>
              <w:bottom w:w="76" w:type="dxa"/>
              <w:right w:w="82" w:type="dxa"/>
            </w:tcMar>
          </w:tcPr>
          <w:p w14:paraId="39EF1F7F" w14:textId="77777777" w:rsidR="00690563" w:rsidRDefault="00690563" w:rsidP="00690563">
            <w:pPr>
              <w:jc w:val="center"/>
            </w:pPr>
            <w:r>
              <w:rPr>
                <w:b/>
                <w:color w:val="FFFFFF"/>
                <w:sz w:val="14"/>
              </w:rPr>
              <w:t>MAI MULT SPRIJIN</w:t>
            </w:r>
          </w:p>
        </w:tc>
        <w:tc>
          <w:tcPr>
            <w:tcW w:w="1436" w:type="pct"/>
            <w:shd w:val="clear" w:color="auto" w:fill="3E755A"/>
            <w:tcMar>
              <w:top w:w="76" w:type="dxa"/>
              <w:left w:w="82" w:type="dxa"/>
              <w:bottom w:w="76" w:type="dxa"/>
              <w:right w:w="82" w:type="dxa"/>
            </w:tcMar>
          </w:tcPr>
          <w:p w14:paraId="25981877" w14:textId="77777777" w:rsidR="00690563" w:rsidRDefault="00690563" w:rsidP="00690563">
            <w:pPr>
              <w:jc w:val="center"/>
            </w:pPr>
            <w:r>
              <w:rPr>
                <w:b/>
                <w:color w:val="FFFFFF"/>
                <w:sz w:val="14"/>
              </w:rPr>
              <w:t>MAI MULTĂ AUTONOMIE</w:t>
            </w:r>
          </w:p>
        </w:tc>
      </w:tr>
      <w:tr w:rsidR="00690563" w14:paraId="47942313" w14:textId="77777777" w:rsidTr="00690563">
        <w:trPr>
          <w:jc w:val="center"/>
        </w:trPr>
        <w:tc>
          <w:tcPr>
            <w:tcW w:w="2128" w:type="pct"/>
            <w:shd w:val="clear" w:color="auto" w:fill="F8FAFA"/>
            <w:tcMar>
              <w:top w:w="68" w:type="dxa"/>
              <w:left w:w="78" w:type="dxa"/>
              <w:bottom w:w="68" w:type="dxa"/>
              <w:right w:w="78" w:type="dxa"/>
            </w:tcMar>
          </w:tcPr>
          <w:p w14:paraId="362D136C" w14:textId="77777777" w:rsidR="00690563" w:rsidRDefault="00690563" w:rsidP="00690563">
            <w:proofErr w:type="spellStart"/>
            <w:r>
              <w:rPr>
                <w:color w:val="263238"/>
                <w:sz w:val="16"/>
              </w:rPr>
              <w:t>hartă</w:t>
            </w:r>
            <w:proofErr w:type="spellEnd"/>
          </w:p>
        </w:tc>
        <w:tc>
          <w:tcPr>
            <w:tcW w:w="1436" w:type="pct"/>
            <w:shd w:val="clear" w:color="auto" w:fill="F8FAFA"/>
            <w:tcMar>
              <w:top w:w="68" w:type="dxa"/>
              <w:left w:w="78" w:type="dxa"/>
              <w:bottom w:w="68" w:type="dxa"/>
              <w:right w:w="78" w:type="dxa"/>
            </w:tcMar>
          </w:tcPr>
          <w:p w14:paraId="7A4EF29E" w14:textId="77777777" w:rsidR="00690563" w:rsidRDefault="00690563" w:rsidP="00690563">
            <w:proofErr w:type="spellStart"/>
            <w:r>
              <w:rPr>
                <w:color w:val="263238"/>
                <w:sz w:val="16"/>
              </w:rPr>
              <w:t>legendă</w:t>
            </w:r>
            <w:proofErr w:type="spellEnd"/>
            <w:r>
              <w:rPr>
                <w:color w:val="263238"/>
                <w:sz w:val="16"/>
              </w:rPr>
              <w:t xml:space="preserve"> </w:t>
            </w:r>
            <w:proofErr w:type="spellStart"/>
            <w:r>
              <w:rPr>
                <w:color w:val="263238"/>
                <w:sz w:val="16"/>
              </w:rPr>
              <w:t>simplă</w:t>
            </w:r>
            <w:proofErr w:type="spellEnd"/>
            <w:r>
              <w:rPr>
                <w:color w:val="263238"/>
                <w:sz w:val="16"/>
              </w:rPr>
              <w:t xml:space="preserve">, </w:t>
            </w:r>
            <w:proofErr w:type="spellStart"/>
            <w:r>
              <w:rPr>
                <w:color w:val="263238"/>
                <w:sz w:val="16"/>
              </w:rPr>
              <w:t>repere</w:t>
            </w:r>
            <w:proofErr w:type="spellEnd"/>
            <w:r>
              <w:rPr>
                <w:color w:val="263238"/>
                <w:sz w:val="16"/>
              </w:rPr>
              <w:t xml:space="preserve"> indicate</w:t>
            </w:r>
          </w:p>
        </w:tc>
        <w:tc>
          <w:tcPr>
            <w:tcW w:w="1436" w:type="pct"/>
            <w:shd w:val="clear" w:color="auto" w:fill="F8FAFA"/>
            <w:tcMar>
              <w:top w:w="68" w:type="dxa"/>
              <w:left w:w="78" w:type="dxa"/>
              <w:bottom w:w="68" w:type="dxa"/>
              <w:right w:w="78" w:type="dxa"/>
            </w:tcMar>
          </w:tcPr>
          <w:p w14:paraId="41BE962D" w14:textId="77777777" w:rsidR="00690563" w:rsidRDefault="00690563" w:rsidP="00690563">
            <w:proofErr w:type="spellStart"/>
            <w:r>
              <w:rPr>
                <w:color w:val="263238"/>
                <w:sz w:val="16"/>
              </w:rPr>
              <w:t>selectează</w:t>
            </w:r>
            <w:proofErr w:type="spellEnd"/>
            <w:r>
              <w:rPr>
                <w:color w:val="263238"/>
                <w:sz w:val="16"/>
              </w:rPr>
              <w:t xml:space="preserve"> </w:t>
            </w:r>
            <w:proofErr w:type="spellStart"/>
            <w:r>
              <w:rPr>
                <w:color w:val="263238"/>
                <w:sz w:val="16"/>
              </w:rPr>
              <w:t>harta</w:t>
            </w:r>
            <w:proofErr w:type="spellEnd"/>
            <w:r>
              <w:rPr>
                <w:color w:val="263238"/>
                <w:sz w:val="16"/>
              </w:rPr>
              <w:t xml:space="preserve"> </w:t>
            </w:r>
            <w:proofErr w:type="spellStart"/>
            <w:r>
              <w:rPr>
                <w:color w:val="263238"/>
                <w:sz w:val="16"/>
              </w:rPr>
              <w:t>și</w:t>
            </w:r>
            <w:proofErr w:type="spellEnd"/>
            <w:r>
              <w:rPr>
                <w:color w:val="263238"/>
                <w:sz w:val="16"/>
              </w:rPr>
              <w:t xml:space="preserve"> </w:t>
            </w:r>
            <w:proofErr w:type="spellStart"/>
            <w:r>
              <w:rPr>
                <w:color w:val="263238"/>
                <w:sz w:val="16"/>
              </w:rPr>
              <w:t>justifică</w:t>
            </w:r>
            <w:proofErr w:type="spellEnd"/>
            <w:r>
              <w:rPr>
                <w:color w:val="263238"/>
                <w:sz w:val="16"/>
              </w:rPr>
              <w:t xml:space="preserve"> </w:t>
            </w:r>
            <w:proofErr w:type="spellStart"/>
            <w:r>
              <w:rPr>
                <w:color w:val="263238"/>
                <w:sz w:val="16"/>
              </w:rPr>
              <w:t>alegerea</w:t>
            </w:r>
            <w:proofErr w:type="spellEnd"/>
          </w:p>
        </w:tc>
      </w:tr>
      <w:tr w:rsidR="00690563" w:rsidRPr="00E14EE9" w14:paraId="77386F59" w14:textId="77777777" w:rsidTr="00690563">
        <w:trPr>
          <w:jc w:val="center"/>
        </w:trPr>
        <w:tc>
          <w:tcPr>
            <w:tcW w:w="2128" w:type="pct"/>
            <w:tcMar>
              <w:top w:w="68" w:type="dxa"/>
              <w:left w:w="78" w:type="dxa"/>
              <w:bottom w:w="68" w:type="dxa"/>
              <w:right w:w="78" w:type="dxa"/>
            </w:tcMar>
          </w:tcPr>
          <w:p w14:paraId="19126ADE" w14:textId="77777777" w:rsidR="00690563" w:rsidRDefault="00690563" w:rsidP="00690563">
            <w:proofErr w:type="spellStart"/>
            <w:r>
              <w:rPr>
                <w:color w:val="263238"/>
                <w:sz w:val="16"/>
              </w:rPr>
              <w:t>scară</w:t>
            </w:r>
            <w:proofErr w:type="spellEnd"/>
          </w:p>
        </w:tc>
        <w:tc>
          <w:tcPr>
            <w:tcW w:w="1436" w:type="pct"/>
            <w:tcMar>
              <w:top w:w="68" w:type="dxa"/>
              <w:left w:w="78" w:type="dxa"/>
              <w:bottom w:w="68" w:type="dxa"/>
              <w:right w:w="78" w:type="dxa"/>
            </w:tcMar>
          </w:tcPr>
          <w:p w14:paraId="729A8DC1" w14:textId="77777777" w:rsidR="00690563" w:rsidRDefault="00690563" w:rsidP="00690563">
            <w:proofErr w:type="spellStart"/>
            <w:r>
              <w:rPr>
                <w:color w:val="263238"/>
                <w:sz w:val="16"/>
              </w:rPr>
              <w:t>calcul</w:t>
            </w:r>
            <w:proofErr w:type="spellEnd"/>
            <w:r>
              <w:rPr>
                <w:color w:val="263238"/>
                <w:sz w:val="16"/>
              </w:rPr>
              <w:t xml:space="preserve"> </w:t>
            </w:r>
            <w:proofErr w:type="spellStart"/>
            <w:r>
              <w:rPr>
                <w:color w:val="263238"/>
                <w:sz w:val="16"/>
              </w:rPr>
              <w:t>ghidat</w:t>
            </w:r>
            <w:proofErr w:type="spellEnd"/>
          </w:p>
        </w:tc>
        <w:tc>
          <w:tcPr>
            <w:tcW w:w="1436" w:type="pct"/>
            <w:tcMar>
              <w:top w:w="68" w:type="dxa"/>
              <w:left w:w="78" w:type="dxa"/>
              <w:bottom w:w="68" w:type="dxa"/>
              <w:right w:w="78" w:type="dxa"/>
            </w:tcMar>
          </w:tcPr>
          <w:p w14:paraId="2E3D0D6A" w14:textId="77777777" w:rsidR="00690563" w:rsidRPr="00E14EE9" w:rsidRDefault="00690563" w:rsidP="00690563">
            <w:pPr>
              <w:rPr>
                <w:lang w:val="it-CH"/>
              </w:rPr>
            </w:pPr>
            <w:r w:rsidRPr="00E14EE9">
              <w:rPr>
                <w:color w:val="263238"/>
                <w:sz w:val="16"/>
                <w:lang w:val="it-CH"/>
              </w:rPr>
              <w:t>schimbă scara și discută efectul</w:t>
            </w:r>
          </w:p>
        </w:tc>
      </w:tr>
      <w:tr w:rsidR="00690563" w14:paraId="268C71C5" w14:textId="77777777" w:rsidTr="00690563">
        <w:trPr>
          <w:jc w:val="center"/>
        </w:trPr>
        <w:tc>
          <w:tcPr>
            <w:tcW w:w="2128" w:type="pct"/>
            <w:shd w:val="clear" w:color="auto" w:fill="F8FAFA"/>
            <w:tcMar>
              <w:top w:w="68" w:type="dxa"/>
              <w:left w:w="78" w:type="dxa"/>
              <w:bottom w:w="68" w:type="dxa"/>
              <w:right w:w="78" w:type="dxa"/>
            </w:tcMar>
          </w:tcPr>
          <w:p w14:paraId="4B14B359" w14:textId="77777777" w:rsidR="00690563" w:rsidRDefault="00690563" w:rsidP="00690563">
            <w:proofErr w:type="spellStart"/>
            <w:r>
              <w:rPr>
                <w:color w:val="263238"/>
                <w:sz w:val="16"/>
              </w:rPr>
              <w:t>surse</w:t>
            </w:r>
            <w:proofErr w:type="spellEnd"/>
          </w:p>
        </w:tc>
        <w:tc>
          <w:tcPr>
            <w:tcW w:w="1436" w:type="pct"/>
            <w:shd w:val="clear" w:color="auto" w:fill="F8FAFA"/>
            <w:tcMar>
              <w:top w:w="68" w:type="dxa"/>
              <w:left w:w="78" w:type="dxa"/>
              <w:bottom w:w="68" w:type="dxa"/>
              <w:right w:w="78" w:type="dxa"/>
            </w:tcMar>
          </w:tcPr>
          <w:p w14:paraId="74314DA6" w14:textId="77777777" w:rsidR="00690563" w:rsidRDefault="00690563" w:rsidP="00690563">
            <w:r>
              <w:rPr>
                <w:color w:val="263238"/>
                <w:sz w:val="16"/>
              </w:rPr>
              <w:t xml:space="preserve">2 </w:t>
            </w:r>
            <w:proofErr w:type="spellStart"/>
            <w:r>
              <w:rPr>
                <w:color w:val="263238"/>
                <w:sz w:val="16"/>
              </w:rPr>
              <w:t>surse</w:t>
            </w:r>
            <w:proofErr w:type="spellEnd"/>
            <w:r>
              <w:rPr>
                <w:color w:val="263238"/>
                <w:sz w:val="16"/>
              </w:rPr>
              <w:t xml:space="preserve"> </w:t>
            </w:r>
            <w:proofErr w:type="spellStart"/>
            <w:r>
              <w:rPr>
                <w:color w:val="263238"/>
                <w:sz w:val="16"/>
              </w:rPr>
              <w:t>selectate</w:t>
            </w:r>
            <w:proofErr w:type="spellEnd"/>
          </w:p>
        </w:tc>
        <w:tc>
          <w:tcPr>
            <w:tcW w:w="1436" w:type="pct"/>
            <w:shd w:val="clear" w:color="auto" w:fill="F8FAFA"/>
            <w:tcMar>
              <w:top w:w="68" w:type="dxa"/>
              <w:left w:w="78" w:type="dxa"/>
              <w:bottom w:w="68" w:type="dxa"/>
              <w:right w:w="78" w:type="dxa"/>
            </w:tcMar>
          </w:tcPr>
          <w:p w14:paraId="227CBDDC" w14:textId="77777777" w:rsidR="00690563" w:rsidRDefault="00690563" w:rsidP="00690563">
            <w:proofErr w:type="spellStart"/>
            <w:r>
              <w:rPr>
                <w:color w:val="263238"/>
                <w:sz w:val="16"/>
              </w:rPr>
              <w:t>selectează</w:t>
            </w:r>
            <w:proofErr w:type="spellEnd"/>
            <w:r>
              <w:rPr>
                <w:color w:val="263238"/>
                <w:sz w:val="16"/>
              </w:rPr>
              <w:t xml:space="preserve"> </w:t>
            </w:r>
            <w:proofErr w:type="spellStart"/>
            <w:r>
              <w:rPr>
                <w:color w:val="263238"/>
                <w:sz w:val="16"/>
              </w:rPr>
              <w:t>și</w:t>
            </w:r>
            <w:proofErr w:type="spellEnd"/>
            <w:r>
              <w:rPr>
                <w:color w:val="263238"/>
                <w:sz w:val="16"/>
              </w:rPr>
              <w:t xml:space="preserve"> </w:t>
            </w:r>
            <w:proofErr w:type="spellStart"/>
            <w:r>
              <w:rPr>
                <w:color w:val="263238"/>
                <w:sz w:val="16"/>
              </w:rPr>
              <w:t>evaluează</w:t>
            </w:r>
            <w:proofErr w:type="spellEnd"/>
            <w:r>
              <w:rPr>
                <w:color w:val="263238"/>
                <w:sz w:val="16"/>
              </w:rPr>
              <w:t xml:space="preserve"> </w:t>
            </w:r>
            <w:proofErr w:type="spellStart"/>
            <w:r>
              <w:rPr>
                <w:color w:val="263238"/>
                <w:sz w:val="16"/>
              </w:rPr>
              <w:t>sursele</w:t>
            </w:r>
            <w:proofErr w:type="spellEnd"/>
          </w:p>
        </w:tc>
      </w:tr>
      <w:tr w:rsidR="00690563" w14:paraId="04E6E87E" w14:textId="77777777" w:rsidTr="00690563">
        <w:trPr>
          <w:jc w:val="center"/>
        </w:trPr>
        <w:tc>
          <w:tcPr>
            <w:tcW w:w="2128" w:type="pct"/>
            <w:tcMar>
              <w:top w:w="68" w:type="dxa"/>
              <w:left w:w="78" w:type="dxa"/>
              <w:bottom w:w="68" w:type="dxa"/>
              <w:right w:w="78" w:type="dxa"/>
            </w:tcMar>
          </w:tcPr>
          <w:p w14:paraId="74F56C07" w14:textId="77777777" w:rsidR="00690563" w:rsidRDefault="00690563" w:rsidP="00690563">
            <w:r>
              <w:rPr>
                <w:color w:val="263238"/>
                <w:sz w:val="16"/>
              </w:rPr>
              <w:t>GIS</w:t>
            </w:r>
          </w:p>
        </w:tc>
        <w:tc>
          <w:tcPr>
            <w:tcW w:w="1436" w:type="pct"/>
            <w:tcMar>
              <w:top w:w="68" w:type="dxa"/>
              <w:left w:w="78" w:type="dxa"/>
              <w:bottom w:w="68" w:type="dxa"/>
              <w:right w:w="78" w:type="dxa"/>
            </w:tcMar>
          </w:tcPr>
          <w:p w14:paraId="063E441B" w14:textId="77777777" w:rsidR="00690563" w:rsidRDefault="00690563" w:rsidP="00690563">
            <w:proofErr w:type="spellStart"/>
            <w:r>
              <w:rPr>
                <w:color w:val="263238"/>
                <w:sz w:val="16"/>
              </w:rPr>
              <w:t>straturi</w:t>
            </w:r>
            <w:proofErr w:type="spellEnd"/>
            <w:r>
              <w:rPr>
                <w:color w:val="263238"/>
                <w:sz w:val="16"/>
              </w:rPr>
              <w:t xml:space="preserve"> </w:t>
            </w:r>
            <w:proofErr w:type="spellStart"/>
            <w:r>
              <w:rPr>
                <w:color w:val="263238"/>
                <w:sz w:val="16"/>
              </w:rPr>
              <w:t>pregătite</w:t>
            </w:r>
            <w:proofErr w:type="spellEnd"/>
          </w:p>
        </w:tc>
        <w:tc>
          <w:tcPr>
            <w:tcW w:w="1436" w:type="pct"/>
            <w:tcMar>
              <w:top w:w="68" w:type="dxa"/>
              <w:left w:w="78" w:type="dxa"/>
              <w:bottom w:w="68" w:type="dxa"/>
              <w:right w:w="78" w:type="dxa"/>
            </w:tcMar>
          </w:tcPr>
          <w:p w14:paraId="1DC76127" w14:textId="77777777" w:rsidR="00690563" w:rsidRDefault="00690563" w:rsidP="00690563">
            <w:proofErr w:type="spellStart"/>
            <w:r>
              <w:rPr>
                <w:color w:val="263238"/>
                <w:sz w:val="16"/>
              </w:rPr>
              <w:t>alege</w:t>
            </w:r>
            <w:proofErr w:type="spellEnd"/>
            <w:r>
              <w:rPr>
                <w:color w:val="263238"/>
                <w:sz w:val="16"/>
              </w:rPr>
              <w:t>/</w:t>
            </w:r>
            <w:proofErr w:type="spellStart"/>
            <w:r>
              <w:rPr>
                <w:color w:val="263238"/>
                <w:sz w:val="16"/>
              </w:rPr>
              <w:t>creează</w:t>
            </w:r>
            <w:proofErr w:type="spellEnd"/>
            <w:r>
              <w:rPr>
                <w:color w:val="263238"/>
                <w:sz w:val="16"/>
              </w:rPr>
              <w:t xml:space="preserve"> </w:t>
            </w:r>
            <w:proofErr w:type="spellStart"/>
            <w:r>
              <w:rPr>
                <w:color w:val="263238"/>
                <w:sz w:val="16"/>
              </w:rPr>
              <w:t>straturi</w:t>
            </w:r>
            <w:proofErr w:type="spellEnd"/>
            <w:r>
              <w:rPr>
                <w:color w:val="263238"/>
                <w:sz w:val="16"/>
              </w:rPr>
              <w:t xml:space="preserve"> </w:t>
            </w:r>
            <w:proofErr w:type="spellStart"/>
            <w:r>
              <w:rPr>
                <w:color w:val="263238"/>
                <w:sz w:val="16"/>
              </w:rPr>
              <w:t>relevante</w:t>
            </w:r>
            <w:proofErr w:type="spellEnd"/>
          </w:p>
        </w:tc>
      </w:tr>
      <w:tr w:rsidR="00690563" w14:paraId="5B9E0C3A" w14:textId="77777777" w:rsidTr="00690563">
        <w:trPr>
          <w:jc w:val="center"/>
        </w:trPr>
        <w:tc>
          <w:tcPr>
            <w:tcW w:w="2128" w:type="pct"/>
            <w:shd w:val="clear" w:color="auto" w:fill="F8FAFA"/>
            <w:tcMar>
              <w:top w:w="68" w:type="dxa"/>
              <w:left w:w="78" w:type="dxa"/>
              <w:bottom w:w="68" w:type="dxa"/>
              <w:right w:w="78" w:type="dxa"/>
            </w:tcMar>
          </w:tcPr>
          <w:p w14:paraId="2971DCA7" w14:textId="77777777" w:rsidR="00690563" w:rsidRDefault="00690563" w:rsidP="00690563">
            <w:r>
              <w:rPr>
                <w:color w:val="263238"/>
                <w:sz w:val="16"/>
              </w:rPr>
              <w:t>date</w:t>
            </w:r>
          </w:p>
        </w:tc>
        <w:tc>
          <w:tcPr>
            <w:tcW w:w="1436" w:type="pct"/>
            <w:shd w:val="clear" w:color="auto" w:fill="F8FAFA"/>
            <w:tcMar>
              <w:top w:w="68" w:type="dxa"/>
              <w:left w:w="78" w:type="dxa"/>
              <w:bottom w:w="68" w:type="dxa"/>
              <w:right w:w="78" w:type="dxa"/>
            </w:tcMar>
          </w:tcPr>
          <w:p w14:paraId="102AB2F6" w14:textId="246D4602" w:rsidR="00690563" w:rsidRDefault="00690563" w:rsidP="00690563">
            <w:r>
              <w:rPr>
                <w:color w:val="263238"/>
                <w:sz w:val="16"/>
              </w:rPr>
              <w:t xml:space="preserve">set mic </w:t>
            </w:r>
          </w:p>
        </w:tc>
        <w:tc>
          <w:tcPr>
            <w:tcW w:w="1436" w:type="pct"/>
            <w:shd w:val="clear" w:color="auto" w:fill="F8FAFA"/>
            <w:tcMar>
              <w:top w:w="68" w:type="dxa"/>
              <w:left w:w="78" w:type="dxa"/>
              <w:bottom w:w="68" w:type="dxa"/>
              <w:right w:w="78" w:type="dxa"/>
            </w:tcMar>
          </w:tcPr>
          <w:p w14:paraId="512034FF" w14:textId="77777777" w:rsidR="00690563" w:rsidRDefault="00690563" w:rsidP="00690563">
            <w:r>
              <w:rPr>
                <w:color w:val="263238"/>
                <w:sz w:val="16"/>
              </w:rPr>
              <w:t xml:space="preserve">date multiple, incomplete </w:t>
            </w:r>
            <w:proofErr w:type="spellStart"/>
            <w:r>
              <w:rPr>
                <w:color w:val="263238"/>
                <w:sz w:val="16"/>
              </w:rPr>
              <w:t>sau</w:t>
            </w:r>
            <w:proofErr w:type="spellEnd"/>
            <w:r>
              <w:rPr>
                <w:color w:val="263238"/>
                <w:sz w:val="16"/>
              </w:rPr>
              <w:t xml:space="preserve"> </w:t>
            </w:r>
            <w:proofErr w:type="spellStart"/>
            <w:r>
              <w:rPr>
                <w:color w:val="263238"/>
                <w:sz w:val="16"/>
              </w:rPr>
              <w:t>contradictorii</w:t>
            </w:r>
            <w:proofErr w:type="spellEnd"/>
          </w:p>
        </w:tc>
      </w:tr>
      <w:tr w:rsidR="00690563" w14:paraId="6B10AC45" w14:textId="77777777" w:rsidTr="00690563">
        <w:trPr>
          <w:jc w:val="center"/>
        </w:trPr>
        <w:tc>
          <w:tcPr>
            <w:tcW w:w="2128" w:type="pct"/>
            <w:tcMar>
              <w:top w:w="68" w:type="dxa"/>
              <w:left w:w="78" w:type="dxa"/>
              <w:bottom w:w="68" w:type="dxa"/>
              <w:right w:w="78" w:type="dxa"/>
            </w:tcMar>
          </w:tcPr>
          <w:p w14:paraId="5947F4FF" w14:textId="77777777" w:rsidR="00690563" w:rsidRDefault="00690563" w:rsidP="00690563">
            <w:proofErr w:type="spellStart"/>
            <w:r>
              <w:rPr>
                <w:color w:val="263238"/>
                <w:sz w:val="16"/>
              </w:rPr>
              <w:t>investigație</w:t>
            </w:r>
            <w:proofErr w:type="spellEnd"/>
          </w:p>
        </w:tc>
        <w:tc>
          <w:tcPr>
            <w:tcW w:w="1436" w:type="pct"/>
            <w:tcMar>
              <w:top w:w="68" w:type="dxa"/>
              <w:left w:w="78" w:type="dxa"/>
              <w:bottom w:w="68" w:type="dxa"/>
              <w:right w:w="78" w:type="dxa"/>
            </w:tcMar>
          </w:tcPr>
          <w:p w14:paraId="388EB201" w14:textId="77777777" w:rsidR="00690563" w:rsidRDefault="00690563" w:rsidP="00690563">
            <w:proofErr w:type="spellStart"/>
            <w:r>
              <w:rPr>
                <w:color w:val="263238"/>
                <w:sz w:val="16"/>
              </w:rPr>
              <w:t>întrebare</w:t>
            </w:r>
            <w:proofErr w:type="spellEnd"/>
            <w:r>
              <w:rPr>
                <w:color w:val="263238"/>
                <w:sz w:val="16"/>
              </w:rPr>
              <w:t xml:space="preserve"> </w:t>
            </w:r>
            <w:proofErr w:type="spellStart"/>
            <w:r>
              <w:rPr>
                <w:color w:val="263238"/>
                <w:sz w:val="16"/>
              </w:rPr>
              <w:t>și</w:t>
            </w:r>
            <w:proofErr w:type="spellEnd"/>
            <w:r>
              <w:rPr>
                <w:color w:val="263238"/>
                <w:sz w:val="16"/>
              </w:rPr>
              <w:t xml:space="preserve"> </w:t>
            </w:r>
            <w:proofErr w:type="spellStart"/>
            <w:r>
              <w:rPr>
                <w:color w:val="263238"/>
                <w:sz w:val="16"/>
              </w:rPr>
              <w:t>traseu</w:t>
            </w:r>
            <w:proofErr w:type="spellEnd"/>
            <w:r>
              <w:rPr>
                <w:color w:val="263238"/>
                <w:sz w:val="16"/>
              </w:rPr>
              <w:t xml:space="preserve"> date</w:t>
            </w:r>
          </w:p>
        </w:tc>
        <w:tc>
          <w:tcPr>
            <w:tcW w:w="1436" w:type="pct"/>
            <w:tcMar>
              <w:top w:w="68" w:type="dxa"/>
              <w:left w:w="78" w:type="dxa"/>
              <w:bottom w:w="68" w:type="dxa"/>
              <w:right w:w="78" w:type="dxa"/>
            </w:tcMar>
          </w:tcPr>
          <w:p w14:paraId="554FA242" w14:textId="77777777" w:rsidR="00690563" w:rsidRDefault="00690563" w:rsidP="00690563">
            <w:proofErr w:type="spellStart"/>
            <w:r>
              <w:rPr>
                <w:color w:val="263238"/>
                <w:sz w:val="16"/>
              </w:rPr>
              <w:t>elevul</w:t>
            </w:r>
            <w:proofErr w:type="spellEnd"/>
            <w:r>
              <w:rPr>
                <w:color w:val="263238"/>
                <w:sz w:val="16"/>
              </w:rPr>
              <w:t xml:space="preserve"> </w:t>
            </w:r>
            <w:proofErr w:type="spellStart"/>
            <w:r>
              <w:rPr>
                <w:color w:val="263238"/>
                <w:sz w:val="16"/>
              </w:rPr>
              <w:t>proiectează</w:t>
            </w:r>
            <w:proofErr w:type="spellEnd"/>
            <w:r>
              <w:rPr>
                <w:color w:val="263238"/>
                <w:sz w:val="16"/>
              </w:rPr>
              <w:t xml:space="preserve"> </w:t>
            </w:r>
            <w:proofErr w:type="spellStart"/>
            <w:r>
              <w:rPr>
                <w:color w:val="263238"/>
                <w:sz w:val="16"/>
              </w:rPr>
              <w:t>demersul</w:t>
            </w:r>
            <w:proofErr w:type="spellEnd"/>
          </w:p>
        </w:tc>
      </w:tr>
      <w:tr w:rsidR="00690563" w:rsidRPr="00E14EE9" w14:paraId="30644CD3" w14:textId="77777777" w:rsidTr="00690563">
        <w:trPr>
          <w:jc w:val="center"/>
        </w:trPr>
        <w:tc>
          <w:tcPr>
            <w:tcW w:w="2128" w:type="pct"/>
            <w:shd w:val="clear" w:color="auto" w:fill="F8FAFA"/>
            <w:tcMar>
              <w:top w:w="68" w:type="dxa"/>
              <w:left w:w="78" w:type="dxa"/>
              <w:bottom w:w="68" w:type="dxa"/>
              <w:right w:w="78" w:type="dxa"/>
            </w:tcMar>
          </w:tcPr>
          <w:p w14:paraId="79ADBB4A" w14:textId="77777777" w:rsidR="00690563" w:rsidRDefault="00690563" w:rsidP="00690563">
            <w:proofErr w:type="spellStart"/>
            <w:r>
              <w:rPr>
                <w:color w:val="263238"/>
                <w:sz w:val="16"/>
              </w:rPr>
              <w:t>produs</w:t>
            </w:r>
            <w:proofErr w:type="spellEnd"/>
          </w:p>
        </w:tc>
        <w:tc>
          <w:tcPr>
            <w:tcW w:w="1436" w:type="pct"/>
            <w:shd w:val="clear" w:color="auto" w:fill="F8FAFA"/>
            <w:tcMar>
              <w:top w:w="68" w:type="dxa"/>
              <w:left w:w="78" w:type="dxa"/>
              <w:bottom w:w="68" w:type="dxa"/>
              <w:right w:w="78" w:type="dxa"/>
            </w:tcMar>
          </w:tcPr>
          <w:p w14:paraId="18F6F933" w14:textId="77777777" w:rsidR="00690563" w:rsidRDefault="00690563" w:rsidP="00690563">
            <w:r>
              <w:rPr>
                <w:color w:val="263238"/>
                <w:sz w:val="16"/>
              </w:rPr>
              <w:t xml:space="preserve">format </w:t>
            </w:r>
            <w:proofErr w:type="spellStart"/>
            <w:r>
              <w:rPr>
                <w:color w:val="263238"/>
                <w:sz w:val="16"/>
              </w:rPr>
              <w:t>dat</w:t>
            </w:r>
            <w:proofErr w:type="spellEnd"/>
          </w:p>
        </w:tc>
        <w:tc>
          <w:tcPr>
            <w:tcW w:w="1436" w:type="pct"/>
            <w:shd w:val="clear" w:color="auto" w:fill="F8FAFA"/>
            <w:tcMar>
              <w:top w:w="68" w:type="dxa"/>
              <w:left w:w="78" w:type="dxa"/>
              <w:bottom w:w="68" w:type="dxa"/>
              <w:right w:w="78" w:type="dxa"/>
            </w:tcMar>
          </w:tcPr>
          <w:p w14:paraId="55C2E1FB" w14:textId="77777777" w:rsidR="00690563" w:rsidRPr="00E14EE9" w:rsidRDefault="00690563" w:rsidP="00690563">
            <w:pPr>
              <w:rPr>
                <w:lang w:val="it-CH"/>
              </w:rPr>
            </w:pPr>
            <w:r w:rsidRPr="00E14EE9">
              <w:rPr>
                <w:color w:val="263238"/>
                <w:sz w:val="16"/>
                <w:lang w:val="it-CH"/>
              </w:rPr>
              <w:t>alege forma potrivită publicului și scopului</w:t>
            </w:r>
          </w:p>
        </w:tc>
      </w:tr>
    </w:tbl>
    <w:p w14:paraId="12E4110C" w14:textId="77777777" w:rsidR="00690563" w:rsidRPr="00E14EE9" w:rsidRDefault="00690563">
      <w:pPr>
        <w:rPr>
          <w:lang w:val="it-CH"/>
        </w:rPr>
      </w:pPr>
    </w:p>
    <w:tbl>
      <w:tblPr>
        <w:tblW w:w="5000" w:type="pct"/>
        <w:jc w:val="center"/>
        <w:tblLook w:val="04A0" w:firstRow="1" w:lastRow="0" w:firstColumn="1" w:lastColumn="0" w:noHBand="0" w:noVBand="1"/>
      </w:tblPr>
      <w:tblGrid>
        <w:gridCol w:w="4539"/>
        <w:gridCol w:w="6122"/>
      </w:tblGrid>
      <w:tr w:rsidR="00690563" w14:paraId="18C7A8BD" w14:textId="77777777" w:rsidTr="00690563">
        <w:trPr>
          <w:jc w:val="center"/>
        </w:trPr>
        <w:tc>
          <w:tcPr>
            <w:tcW w:w="2125" w:type="pct"/>
            <w:shd w:val="clear" w:color="auto" w:fill="B58A45"/>
            <w:tcMar>
              <w:top w:w="105" w:type="dxa"/>
              <w:left w:w="105" w:type="dxa"/>
              <w:bottom w:w="105" w:type="dxa"/>
              <w:right w:w="105" w:type="dxa"/>
            </w:tcMar>
          </w:tcPr>
          <w:p w14:paraId="526EBD65" w14:textId="77777777" w:rsidR="00690563" w:rsidRDefault="00690563" w:rsidP="00690563">
            <w:pPr>
              <w:jc w:val="center"/>
            </w:pPr>
            <w:r>
              <w:rPr>
                <w:b/>
                <w:color w:val="FFFFFF"/>
                <w:sz w:val="15"/>
              </w:rPr>
              <w:t>IMPORTANT</w:t>
            </w:r>
          </w:p>
        </w:tc>
        <w:tc>
          <w:tcPr>
            <w:tcW w:w="2866" w:type="pct"/>
            <w:shd w:val="clear" w:color="auto" w:fill="F7F2E7"/>
            <w:tcMar>
              <w:top w:w="105" w:type="dxa"/>
              <w:left w:w="130" w:type="dxa"/>
              <w:bottom w:w="105" w:type="dxa"/>
              <w:right w:w="130" w:type="dxa"/>
            </w:tcMar>
          </w:tcPr>
          <w:p w14:paraId="7D64A2D4" w14:textId="77777777" w:rsidR="00690563" w:rsidRDefault="00690563" w:rsidP="00690563">
            <w:r w:rsidRPr="00E14EE9">
              <w:rPr>
                <w:color w:val="263238"/>
                <w:sz w:val="17"/>
                <w:lang w:val="it-CH"/>
              </w:rPr>
              <w:t xml:space="preserve">Diferențierea nu înseamnă să păstrăm elevii permanent la sarcini mai simple. </w:t>
            </w:r>
            <w:proofErr w:type="spellStart"/>
            <w:r>
              <w:rPr>
                <w:color w:val="263238"/>
                <w:sz w:val="17"/>
              </w:rPr>
              <w:t>Sprijinul</w:t>
            </w:r>
            <w:proofErr w:type="spellEnd"/>
            <w:r>
              <w:rPr>
                <w:color w:val="263238"/>
                <w:sz w:val="17"/>
              </w:rPr>
              <w:t xml:space="preserve"> are </w:t>
            </w:r>
            <w:proofErr w:type="spellStart"/>
            <w:r>
              <w:rPr>
                <w:color w:val="263238"/>
                <w:sz w:val="17"/>
              </w:rPr>
              <w:t>sens</w:t>
            </w:r>
            <w:proofErr w:type="spellEnd"/>
            <w:r>
              <w:rPr>
                <w:color w:val="263238"/>
                <w:sz w:val="17"/>
              </w:rPr>
              <w:t xml:space="preserve"> </w:t>
            </w:r>
            <w:proofErr w:type="spellStart"/>
            <w:r>
              <w:rPr>
                <w:color w:val="263238"/>
                <w:sz w:val="17"/>
              </w:rPr>
              <w:t>dacă</w:t>
            </w:r>
            <w:proofErr w:type="spellEnd"/>
            <w:r>
              <w:rPr>
                <w:color w:val="263238"/>
                <w:sz w:val="17"/>
              </w:rPr>
              <w:t xml:space="preserve"> </w:t>
            </w:r>
            <w:proofErr w:type="spellStart"/>
            <w:r>
              <w:rPr>
                <w:color w:val="263238"/>
                <w:sz w:val="17"/>
              </w:rPr>
              <w:t>poate</w:t>
            </w:r>
            <w:proofErr w:type="spellEnd"/>
            <w:r>
              <w:rPr>
                <w:color w:val="263238"/>
                <w:sz w:val="17"/>
              </w:rPr>
              <w:t xml:space="preserve"> fi </w:t>
            </w:r>
            <w:proofErr w:type="spellStart"/>
            <w:r>
              <w:rPr>
                <w:color w:val="263238"/>
                <w:sz w:val="17"/>
              </w:rPr>
              <w:t>retras</w:t>
            </w:r>
            <w:proofErr w:type="spellEnd"/>
            <w:r>
              <w:rPr>
                <w:color w:val="263238"/>
                <w:sz w:val="17"/>
              </w:rPr>
              <w:t xml:space="preserve"> pe </w:t>
            </w:r>
            <w:proofErr w:type="spellStart"/>
            <w:r>
              <w:rPr>
                <w:color w:val="263238"/>
                <w:sz w:val="17"/>
              </w:rPr>
              <w:t>măsură</w:t>
            </w:r>
            <w:proofErr w:type="spellEnd"/>
            <w:r>
              <w:rPr>
                <w:color w:val="263238"/>
                <w:sz w:val="17"/>
              </w:rPr>
              <w:t xml:space="preserve"> </w:t>
            </w:r>
            <w:proofErr w:type="spellStart"/>
            <w:r>
              <w:rPr>
                <w:color w:val="263238"/>
                <w:sz w:val="17"/>
              </w:rPr>
              <w:t>ce</w:t>
            </w:r>
            <w:proofErr w:type="spellEnd"/>
            <w:r>
              <w:rPr>
                <w:color w:val="263238"/>
                <w:sz w:val="17"/>
              </w:rPr>
              <w:t xml:space="preserve"> apar </w:t>
            </w:r>
            <w:proofErr w:type="spellStart"/>
            <w:r>
              <w:rPr>
                <w:color w:val="263238"/>
                <w:sz w:val="17"/>
              </w:rPr>
              <w:t>dovezi</w:t>
            </w:r>
            <w:proofErr w:type="spellEnd"/>
            <w:r>
              <w:rPr>
                <w:color w:val="263238"/>
                <w:sz w:val="17"/>
              </w:rPr>
              <w:t xml:space="preserve"> de </w:t>
            </w:r>
            <w:proofErr w:type="spellStart"/>
            <w:r>
              <w:rPr>
                <w:color w:val="263238"/>
                <w:sz w:val="17"/>
              </w:rPr>
              <w:t>autonomie</w:t>
            </w:r>
            <w:proofErr w:type="spellEnd"/>
            <w:r>
              <w:rPr>
                <w:color w:val="263238"/>
                <w:sz w:val="17"/>
              </w:rPr>
              <w:t>.</w:t>
            </w:r>
          </w:p>
        </w:tc>
      </w:tr>
    </w:tbl>
    <w:p w14:paraId="3EA108BE" w14:textId="77777777" w:rsidR="00787B6C" w:rsidRDefault="00690563">
      <w:r>
        <w:br w:type="page"/>
      </w:r>
    </w:p>
    <w:tbl>
      <w:tblPr>
        <w:tblW w:w="0" w:type="auto"/>
        <w:jc w:val="center"/>
        <w:tblLayout w:type="fixed"/>
        <w:tblLook w:val="04A0" w:firstRow="1" w:lastRow="0" w:firstColumn="1" w:lastColumn="0" w:noHBand="0" w:noVBand="1"/>
      </w:tblPr>
      <w:tblGrid>
        <w:gridCol w:w="5213"/>
        <w:gridCol w:w="5213"/>
      </w:tblGrid>
      <w:tr w:rsidR="00787B6C" w:rsidRPr="00E14EE9" w14:paraId="3FC04BAF" w14:textId="77777777">
        <w:trPr>
          <w:jc w:val="center"/>
        </w:trPr>
        <w:tc>
          <w:tcPr>
            <w:tcW w:w="5213" w:type="dxa"/>
            <w:shd w:val="clear" w:color="auto" w:fill="2B6478"/>
            <w:tcMar>
              <w:top w:w="145" w:type="dxa"/>
              <w:left w:w="110" w:type="dxa"/>
              <w:bottom w:w="145" w:type="dxa"/>
              <w:right w:w="110" w:type="dxa"/>
            </w:tcMar>
          </w:tcPr>
          <w:p w14:paraId="42D92FB3" w14:textId="77777777" w:rsidR="00787B6C" w:rsidRDefault="00690563">
            <w:pPr>
              <w:jc w:val="center"/>
            </w:pPr>
            <w:r>
              <w:rPr>
                <w:b/>
                <w:color w:val="FFFFFF"/>
                <w:sz w:val="30"/>
              </w:rPr>
              <w:lastRenderedPageBreak/>
              <w:t>26</w:t>
            </w:r>
          </w:p>
        </w:tc>
        <w:tc>
          <w:tcPr>
            <w:tcW w:w="5213" w:type="dxa"/>
            <w:shd w:val="clear" w:color="auto" w:fill="17324D"/>
            <w:tcMar>
              <w:top w:w="120" w:type="dxa"/>
              <w:left w:w="145" w:type="dxa"/>
              <w:bottom w:w="120" w:type="dxa"/>
              <w:right w:w="145" w:type="dxa"/>
            </w:tcMar>
          </w:tcPr>
          <w:p w14:paraId="2107B53B" w14:textId="1ABDDA63" w:rsidR="00787B6C" w:rsidRPr="00E14EE9" w:rsidRDefault="00690563">
            <w:pPr>
              <w:rPr>
                <w:lang w:val="it-CH"/>
              </w:rPr>
            </w:pPr>
            <w:r w:rsidRPr="00E14EE9">
              <w:rPr>
                <w:b/>
                <w:color w:val="FFFFFF"/>
                <w:sz w:val="25"/>
                <w:lang w:val="it-CH"/>
              </w:rPr>
              <w:t xml:space="preserve">DE LA PROGRAMĂ LA CLASĂ: </w:t>
            </w:r>
            <w:r w:rsidR="00EC2F77" w:rsidRPr="00E14EE9">
              <w:rPr>
                <w:b/>
                <w:color w:val="FFFFFF"/>
                <w:sz w:val="25"/>
                <w:lang w:val="it-CH"/>
              </w:rPr>
              <w:t xml:space="preserve">EXEMPLIFICARE PRIN </w:t>
            </w:r>
            <w:r w:rsidRPr="00E14EE9">
              <w:rPr>
                <w:b/>
                <w:color w:val="FFFFFF"/>
                <w:sz w:val="25"/>
                <w:lang w:val="it-CH"/>
              </w:rPr>
              <w:t>TREI MICROSECVENȚE</w:t>
            </w:r>
            <w:r w:rsidR="00EC2F77" w:rsidRPr="00E14EE9">
              <w:rPr>
                <w:b/>
                <w:color w:val="FFFFFF"/>
                <w:sz w:val="25"/>
                <w:lang w:val="it-CH"/>
              </w:rPr>
              <w:t xml:space="preserve"> / CAZURI</w:t>
            </w:r>
            <w:r w:rsidRPr="00E14EE9">
              <w:rPr>
                <w:lang w:val="it-CH"/>
              </w:rPr>
              <w:br/>
            </w:r>
            <w:r w:rsidRPr="00E14EE9">
              <w:rPr>
                <w:color w:val="DFE8EA"/>
                <w:sz w:val="16"/>
                <w:lang w:val="it-CH"/>
              </w:rPr>
              <w:t xml:space="preserve">Intenție → activitate → dovadă </w:t>
            </w:r>
            <w:r w:rsidR="008C5070" w:rsidRPr="00E14EE9">
              <w:rPr>
                <w:color w:val="DFE8EA"/>
                <w:sz w:val="16"/>
                <w:lang w:val="it-CH"/>
              </w:rPr>
              <w:t>/</w:t>
            </w:r>
            <w:r w:rsidRPr="00E14EE9">
              <w:rPr>
                <w:color w:val="DFE8EA"/>
                <w:sz w:val="16"/>
                <w:lang w:val="it-CH"/>
              </w:rPr>
              <w:t xml:space="preserve"> feedback → transfer.</w:t>
            </w:r>
          </w:p>
        </w:tc>
      </w:tr>
    </w:tbl>
    <w:p w14:paraId="4F245BB4" w14:textId="77777777" w:rsidR="00690563" w:rsidRPr="00E14EE9" w:rsidRDefault="00690563">
      <w:pPr>
        <w:rPr>
          <w:b/>
          <w:color w:val="17324D"/>
          <w:sz w:val="22"/>
          <w:lang w:val="it-CH"/>
        </w:rPr>
      </w:pPr>
    </w:p>
    <w:p w14:paraId="40DEEE25" w14:textId="77777777" w:rsidR="00787B6C" w:rsidRPr="00E14EE9" w:rsidRDefault="00690563">
      <w:pPr>
        <w:rPr>
          <w:lang w:val="it-CH"/>
        </w:rPr>
      </w:pPr>
      <w:r w:rsidRPr="00E14EE9">
        <w:rPr>
          <w:b/>
          <w:color w:val="17324D"/>
          <w:sz w:val="22"/>
          <w:lang w:val="it-CH"/>
        </w:rPr>
        <w:t>A. Hartă și GIS — cum se schimbă un spațiu?</w:t>
      </w: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3204"/>
        <w:gridCol w:w="4181"/>
        <w:gridCol w:w="3205"/>
      </w:tblGrid>
      <w:tr w:rsidR="00787B6C" w14:paraId="4E168189" w14:textId="77777777" w:rsidTr="00690563">
        <w:trPr>
          <w:jc w:val="center"/>
        </w:trPr>
        <w:tc>
          <w:tcPr>
            <w:tcW w:w="1513" w:type="pct"/>
            <w:shd w:val="clear" w:color="auto" w:fill="2B6478"/>
            <w:tcMar>
              <w:top w:w="76" w:type="dxa"/>
              <w:left w:w="82" w:type="dxa"/>
              <w:bottom w:w="76" w:type="dxa"/>
              <w:right w:w="82" w:type="dxa"/>
            </w:tcMar>
          </w:tcPr>
          <w:p w14:paraId="4362CE8B" w14:textId="77777777" w:rsidR="00787B6C" w:rsidRDefault="00690563">
            <w:pPr>
              <w:jc w:val="center"/>
            </w:pPr>
            <w:r>
              <w:rPr>
                <w:b/>
                <w:color w:val="FFFFFF"/>
                <w:sz w:val="14"/>
              </w:rPr>
              <w:t>MOMENT</w:t>
            </w:r>
          </w:p>
        </w:tc>
        <w:tc>
          <w:tcPr>
            <w:tcW w:w="1974" w:type="pct"/>
            <w:shd w:val="clear" w:color="auto" w:fill="3E755A"/>
            <w:tcMar>
              <w:top w:w="76" w:type="dxa"/>
              <w:left w:w="82" w:type="dxa"/>
              <w:bottom w:w="76" w:type="dxa"/>
              <w:right w:w="82" w:type="dxa"/>
            </w:tcMar>
          </w:tcPr>
          <w:p w14:paraId="409A80D0" w14:textId="77777777" w:rsidR="00787B6C" w:rsidRDefault="00690563">
            <w:pPr>
              <w:jc w:val="center"/>
            </w:pPr>
            <w:r>
              <w:rPr>
                <w:b/>
                <w:color w:val="FFFFFF"/>
                <w:sz w:val="14"/>
              </w:rPr>
              <w:t>ACTIVITATEA ELEVULUI</w:t>
            </w:r>
          </w:p>
        </w:tc>
        <w:tc>
          <w:tcPr>
            <w:tcW w:w="1513" w:type="pct"/>
            <w:shd w:val="clear" w:color="auto" w:fill="17324D"/>
            <w:tcMar>
              <w:top w:w="76" w:type="dxa"/>
              <w:left w:w="82" w:type="dxa"/>
              <w:bottom w:w="76" w:type="dxa"/>
              <w:right w:w="82" w:type="dxa"/>
            </w:tcMar>
          </w:tcPr>
          <w:p w14:paraId="024C8EFF" w14:textId="77777777" w:rsidR="00787B6C" w:rsidRDefault="00690563">
            <w:pPr>
              <w:jc w:val="center"/>
            </w:pPr>
            <w:r>
              <w:rPr>
                <w:b/>
                <w:color w:val="FFFFFF"/>
                <w:sz w:val="14"/>
              </w:rPr>
              <w:t>DOVADĂ / FEEDBACK</w:t>
            </w:r>
          </w:p>
        </w:tc>
      </w:tr>
      <w:tr w:rsidR="00787B6C" w14:paraId="74BF89D1" w14:textId="77777777" w:rsidTr="00690563">
        <w:trPr>
          <w:jc w:val="center"/>
        </w:trPr>
        <w:tc>
          <w:tcPr>
            <w:tcW w:w="1513" w:type="pct"/>
            <w:shd w:val="clear" w:color="auto" w:fill="F8FAFA"/>
            <w:tcMar>
              <w:top w:w="68" w:type="dxa"/>
              <w:left w:w="78" w:type="dxa"/>
              <w:bottom w:w="68" w:type="dxa"/>
              <w:right w:w="78" w:type="dxa"/>
            </w:tcMar>
          </w:tcPr>
          <w:p w14:paraId="507447C0" w14:textId="77777777" w:rsidR="00787B6C" w:rsidRDefault="00690563">
            <w:r>
              <w:rPr>
                <w:color w:val="263238"/>
                <w:sz w:val="15"/>
              </w:rPr>
              <w:t xml:space="preserve">1. </w:t>
            </w:r>
            <w:proofErr w:type="spellStart"/>
            <w:r>
              <w:rPr>
                <w:color w:val="263238"/>
                <w:sz w:val="15"/>
              </w:rPr>
              <w:t>Întrebare</w:t>
            </w:r>
            <w:proofErr w:type="spellEnd"/>
          </w:p>
        </w:tc>
        <w:tc>
          <w:tcPr>
            <w:tcW w:w="1974" w:type="pct"/>
            <w:shd w:val="clear" w:color="auto" w:fill="F8FAFA"/>
            <w:tcMar>
              <w:top w:w="68" w:type="dxa"/>
              <w:left w:w="78" w:type="dxa"/>
              <w:bottom w:w="68" w:type="dxa"/>
              <w:right w:w="78" w:type="dxa"/>
            </w:tcMar>
          </w:tcPr>
          <w:p w14:paraId="17F17F92" w14:textId="77777777" w:rsidR="00787B6C" w:rsidRPr="00E14EE9" w:rsidRDefault="00690563">
            <w:pPr>
              <w:rPr>
                <w:lang w:val="it-CH"/>
              </w:rPr>
            </w:pPr>
            <w:r w:rsidRPr="00E14EE9">
              <w:rPr>
                <w:color w:val="263238"/>
                <w:sz w:val="15"/>
                <w:lang w:val="it-CH"/>
              </w:rPr>
              <w:t>Ce s-a schimbat într-un teritoriu între două momente?</w:t>
            </w:r>
          </w:p>
        </w:tc>
        <w:tc>
          <w:tcPr>
            <w:tcW w:w="1513" w:type="pct"/>
            <w:shd w:val="clear" w:color="auto" w:fill="F8FAFA"/>
            <w:tcMar>
              <w:top w:w="68" w:type="dxa"/>
              <w:left w:w="78" w:type="dxa"/>
              <w:bottom w:w="68" w:type="dxa"/>
              <w:right w:w="78" w:type="dxa"/>
            </w:tcMar>
          </w:tcPr>
          <w:p w14:paraId="26B7D051" w14:textId="77777777" w:rsidR="00787B6C" w:rsidRDefault="00690563">
            <w:proofErr w:type="spellStart"/>
            <w:r>
              <w:rPr>
                <w:color w:val="263238"/>
                <w:sz w:val="15"/>
              </w:rPr>
              <w:t>formulează</w:t>
            </w:r>
            <w:proofErr w:type="spellEnd"/>
            <w:r>
              <w:rPr>
                <w:color w:val="263238"/>
                <w:sz w:val="15"/>
              </w:rPr>
              <w:t xml:space="preserve"> </w:t>
            </w:r>
            <w:proofErr w:type="spellStart"/>
            <w:r>
              <w:rPr>
                <w:color w:val="263238"/>
                <w:sz w:val="15"/>
              </w:rPr>
              <w:t>indicatorul</w:t>
            </w:r>
            <w:proofErr w:type="spellEnd"/>
            <w:r>
              <w:rPr>
                <w:color w:val="263238"/>
                <w:sz w:val="15"/>
              </w:rPr>
              <w:t xml:space="preserve"> </w:t>
            </w:r>
            <w:proofErr w:type="spellStart"/>
            <w:r>
              <w:rPr>
                <w:color w:val="263238"/>
                <w:sz w:val="15"/>
              </w:rPr>
              <w:t>urmărit</w:t>
            </w:r>
            <w:proofErr w:type="spellEnd"/>
          </w:p>
        </w:tc>
      </w:tr>
      <w:tr w:rsidR="00787B6C" w14:paraId="7C292C1B" w14:textId="77777777" w:rsidTr="00690563">
        <w:trPr>
          <w:jc w:val="center"/>
        </w:trPr>
        <w:tc>
          <w:tcPr>
            <w:tcW w:w="1513" w:type="pct"/>
            <w:tcMar>
              <w:top w:w="68" w:type="dxa"/>
              <w:left w:w="78" w:type="dxa"/>
              <w:bottom w:w="68" w:type="dxa"/>
              <w:right w:w="78" w:type="dxa"/>
            </w:tcMar>
          </w:tcPr>
          <w:p w14:paraId="73170152" w14:textId="77777777" w:rsidR="00787B6C" w:rsidRDefault="00690563">
            <w:r>
              <w:rPr>
                <w:color w:val="263238"/>
                <w:sz w:val="15"/>
              </w:rPr>
              <w:t>2. Date</w:t>
            </w:r>
          </w:p>
        </w:tc>
        <w:tc>
          <w:tcPr>
            <w:tcW w:w="1974" w:type="pct"/>
            <w:tcMar>
              <w:top w:w="68" w:type="dxa"/>
              <w:left w:w="78" w:type="dxa"/>
              <w:bottom w:w="68" w:type="dxa"/>
              <w:right w:w="78" w:type="dxa"/>
            </w:tcMar>
          </w:tcPr>
          <w:p w14:paraId="549AA44B" w14:textId="77777777" w:rsidR="00787B6C" w:rsidRPr="00E14EE9" w:rsidRDefault="00690563">
            <w:pPr>
              <w:rPr>
                <w:lang w:val="it-CH"/>
              </w:rPr>
            </w:pPr>
            <w:r w:rsidRPr="00E14EE9">
              <w:rPr>
                <w:color w:val="263238"/>
                <w:sz w:val="15"/>
                <w:lang w:val="it-CH"/>
              </w:rPr>
              <w:t>compară două imagini/hărți la scară comparabilă</w:t>
            </w:r>
          </w:p>
        </w:tc>
        <w:tc>
          <w:tcPr>
            <w:tcW w:w="1513" w:type="pct"/>
            <w:tcMar>
              <w:top w:w="68" w:type="dxa"/>
              <w:left w:w="78" w:type="dxa"/>
              <w:bottom w:w="68" w:type="dxa"/>
              <w:right w:w="78" w:type="dxa"/>
            </w:tcMar>
          </w:tcPr>
          <w:p w14:paraId="4B9DB4AD" w14:textId="77777777" w:rsidR="00787B6C" w:rsidRDefault="00690563">
            <w:proofErr w:type="spellStart"/>
            <w:r>
              <w:rPr>
                <w:color w:val="263238"/>
                <w:sz w:val="15"/>
              </w:rPr>
              <w:t>notează</w:t>
            </w:r>
            <w:proofErr w:type="spellEnd"/>
            <w:r>
              <w:rPr>
                <w:color w:val="263238"/>
                <w:sz w:val="15"/>
              </w:rPr>
              <w:t xml:space="preserve"> </w:t>
            </w:r>
            <w:proofErr w:type="spellStart"/>
            <w:r>
              <w:rPr>
                <w:color w:val="263238"/>
                <w:sz w:val="15"/>
              </w:rPr>
              <w:t>schimbările</w:t>
            </w:r>
            <w:proofErr w:type="spellEnd"/>
            <w:r>
              <w:rPr>
                <w:color w:val="263238"/>
                <w:sz w:val="15"/>
              </w:rPr>
              <w:t xml:space="preserve"> </w:t>
            </w:r>
            <w:proofErr w:type="spellStart"/>
            <w:r>
              <w:rPr>
                <w:color w:val="263238"/>
                <w:sz w:val="15"/>
              </w:rPr>
              <w:t>observabile</w:t>
            </w:r>
            <w:proofErr w:type="spellEnd"/>
          </w:p>
        </w:tc>
      </w:tr>
      <w:tr w:rsidR="00787B6C" w14:paraId="28535E4A" w14:textId="77777777" w:rsidTr="00690563">
        <w:trPr>
          <w:jc w:val="center"/>
        </w:trPr>
        <w:tc>
          <w:tcPr>
            <w:tcW w:w="1513" w:type="pct"/>
            <w:shd w:val="clear" w:color="auto" w:fill="F8FAFA"/>
            <w:tcMar>
              <w:top w:w="68" w:type="dxa"/>
              <w:left w:w="78" w:type="dxa"/>
              <w:bottom w:w="68" w:type="dxa"/>
              <w:right w:w="78" w:type="dxa"/>
            </w:tcMar>
          </w:tcPr>
          <w:p w14:paraId="528E1127" w14:textId="77777777" w:rsidR="00787B6C" w:rsidRDefault="00690563">
            <w:r>
              <w:rPr>
                <w:color w:val="263238"/>
                <w:sz w:val="15"/>
              </w:rPr>
              <w:t xml:space="preserve">3. </w:t>
            </w:r>
            <w:proofErr w:type="spellStart"/>
            <w:r>
              <w:rPr>
                <w:color w:val="263238"/>
                <w:sz w:val="15"/>
              </w:rPr>
              <w:t>Măsurare</w:t>
            </w:r>
            <w:proofErr w:type="spellEnd"/>
          </w:p>
        </w:tc>
        <w:tc>
          <w:tcPr>
            <w:tcW w:w="1974" w:type="pct"/>
            <w:shd w:val="clear" w:color="auto" w:fill="F8FAFA"/>
            <w:tcMar>
              <w:top w:w="68" w:type="dxa"/>
              <w:left w:w="78" w:type="dxa"/>
              <w:bottom w:w="68" w:type="dxa"/>
              <w:right w:w="78" w:type="dxa"/>
            </w:tcMar>
          </w:tcPr>
          <w:p w14:paraId="2F34DD0F" w14:textId="77777777" w:rsidR="00787B6C" w:rsidRDefault="00690563">
            <w:proofErr w:type="spellStart"/>
            <w:r>
              <w:rPr>
                <w:color w:val="263238"/>
                <w:sz w:val="15"/>
              </w:rPr>
              <w:t>estimează</w:t>
            </w:r>
            <w:proofErr w:type="spellEnd"/>
            <w:r>
              <w:rPr>
                <w:color w:val="263238"/>
                <w:sz w:val="15"/>
              </w:rPr>
              <w:t>/</w:t>
            </w:r>
            <w:proofErr w:type="spellStart"/>
            <w:r>
              <w:rPr>
                <w:color w:val="263238"/>
                <w:sz w:val="15"/>
              </w:rPr>
              <w:t>măsoară</w:t>
            </w:r>
            <w:proofErr w:type="spellEnd"/>
            <w:r>
              <w:rPr>
                <w:color w:val="263238"/>
                <w:sz w:val="15"/>
              </w:rPr>
              <w:t xml:space="preserve"> </w:t>
            </w:r>
            <w:proofErr w:type="spellStart"/>
            <w:r>
              <w:rPr>
                <w:color w:val="263238"/>
                <w:sz w:val="15"/>
              </w:rPr>
              <w:t>extinderea</w:t>
            </w:r>
            <w:proofErr w:type="spellEnd"/>
            <w:r>
              <w:rPr>
                <w:color w:val="263238"/>
                <w:sz w:val="15"/>
              </w:rPr>
              <w:t xml:space="preserve"> </w:t>
            </w:r>
            <w:proofErr w:type="spellStart"/>
            <w:r>
              <w:rPr>
                <w:color w:val="263238"/>
                <w:sz w:val="15"/>
              </w:rPr>
              <w:t>schimbării</w:t>
            </w:r>
            <w:proofErr w:type="spellEnd"/>
          </w:p>
        </w:tc>
        <w:tc>
          <w:tcPr>
            <w:tcW w:w="1513" w:type="pct"/>
            <w:shd w:val="clear" w:color="auto" w:fill="F8FAFA"/>
            <w:tcMar>
              <w:top w:w="68" w:type="dxa"/>
              <w:left w:w="78" w:type="dxa"/>
              <w:bottom w:w="68" w:type="dxa"/>
              <w:right w:w="78" w:type="dxa"/>
            </w:tcMar>
          </w:tcPr>
          <w:p w14:paraId="1A1164C3" w14:textId="77777777" w:rsidR="00787B6C" w:rsidRDefault="00690563">
            <w:proofErr w:type="spellStart"/>
            <w:r>
              <w:rPr>
                <w:color w:val="263238"/>
                <w:sz w:val="15"/>
              </w:rPr>
              <w:t>tabel</w:t>
            </w:r>
            <w:proofErr w:type="spellEnd"/>
            <w:r>
              <w:rPr>
                <w:color w:val="263238"/>
                <w:sz w:val="15"/>
              </w:rPr>
              <w:t xml:space="preserve"> / </w:t>
            </w:r>
            <w:proofErr w:type="spellStart"/>
            <w:r>
              <w:rPr>
                <w:color w:val="263238"/>
                <w:sz w:val="15"/>
              </w:rPr>
              <w:t>valori</w:t>
            </w:r>
            <w:proofErr w:type="spellEnd"/>
          </w:p>
        </w:tc>
      </w:tr>
      <w:tr w:rsidR="00787B6C" w:rsidRPr="00E14EE9" w14:paraId="311CEB6D" w14:textId="77777777" w:rsidTr="00690563">
        <w:trPr>
          <w:jc w:val="center"/>
        </w:trPr>
        <w:tc>
          <w:tcPr>
            <w:tcW w:w="1513" w:type="pct"/>
            <w:tcMar>
              <w:top w:w="68" w:type="dxa"/>
              <w:left w:w="78" w:type="dxa"/>
              <w:bottom w:w="68" w:type="dxa"/>
              <w:right w:w="78" w:type="dxa"/>
            </w:tcMar>
          </w:tcPr>
          <w:p w14:paraId="2155015F" w14:textId="77777777" w:rsidR="00787B6C" w:rsidRDefault="00690563">
            <w:r>
              <w:rPr>
                <w:color w:val="263238"/>
                <w:sz w:val="15"/>
              </w:rPr>
              <w:t xml:space="preserve">4. </w:t>
            </w:r>
            <w:proofErr w:type="spellStart"/>
            <w:r>
              <w:rPr>
                <w:color w:val="263238"/>
                <w:sz w:val="15"/>
              </w:rPr>
              <w:t>Explicație</w:t>
            </w:r>
            <w:proofErr w:type="spellEnd"/>
          </w:p>
        </w:tc>
        <w:tc>
          <w:tcPr>
            <w:tcW w:w="1974" w:type="pct"/>
            <w:tcMar>
              <w:top w:w="68" w:type="dxa"/>
              <w:left w:w="78" w:type="dxa"/>
              <w:bottom w:w="68" w:type="dxa"/>
              <w:right w:w="78" w:type="dxa"/>
            </w:tcMar>
          </w:tcPr>
          <w:p w14:paraId="55224DBC" w14:textId="77777777" w:rsidR="00787B6C" w:rsidRPr="00E14EE9" w:rsidRDefault="00690563">
            <w:pPr>
              <w:rPr>
                <w:lang w:val="it-CH"/>
              </w:rPr>
            </w:pPr>
            <w:r w:rsidRPr="00E14EE9">
              <w:rPr>
                <w:color w:val="263238"/>
                <w:sz w:val="15"/>
                <w:lang w:val="it-CH"/>
              </w:rPr>
              <w:t>propune cauze și verifică surse</w:t>
            </w:r>
          </w:p>
        </w:tc>
        <w:tc>
          <w:tcPr>
            <w:tcW w:w="1513" w:type="pct"/>
            <w:tcMar>
              <w:top w:w="68" w:type="dxa"/>
              <w:left w:w="78" w:type="dxa"/>
              <w:bottom w:w="68" w:type="dxa"/>
              <w:right w:w="78" w:type="dxa"/>
            </w:tcMar>
          </w:tcPr>
          <w:p w14:paraId="200D164A" w14:textId="77777777" w:rsidR="00787B6C" w:rsidRPr="00E14EE9" w:rsidRDefault="00690563">
            <w:pPr>
              <w:rPr>
                <w:lang w:val="it-CH"/>
              </w:rPr>
            </w:pPr>
            <w:r w:rsidRPr="00E14EE9">
              <w:rPr>
                <w:color w:val="263238"/>
                <w:sz w:val="15"/>
                <w:lang w:val="it-CH"/>
              </w:rPr>
              <w:t>feedback pe relația dintre dovadă și cauză</w:t>
            </w:r>
          </w:p>
        </w:tc>
      </w:tr>
      <w:tr w:rsidR="00787B6C" w14:paraId="44FA9E7F" w14:textId="77777777" w:rsidTr="00690563">
        <w:trPr>
          <w:jc w:val="center"/>
        </w:trPr>
        <w:tc>
          <w:tcPr>
            <w:tcW w:w="1513" w:type="pct"/>
            <w:shd w:val="clear" w:color="auto" w:fill="F8FAFA"/>
            <w:tcMar>
              <w:top w:w="68" w:type="dxa"/>
              <w:left w:w="78" w:type="dxa"/>
              <w:bottom w:w="68" w:type="dxa"/>
              <w:right w:w="78" w:type="dxa"/>
            </w:tcMar>
          </w:tcPr>
          <w:p w14:paraId="3D808692" w14:textId="77777777" w:rsidR="00787B6C" w:rsidRDefault="00690563">
            <w:r>
              <w:rPr>
                <w:color w:val="263238"/>
                <w:sz w:val="15"/>
              </w:rPr>
              <w:t>5. Transfer</w:t>
            </w:r>
          </w:p>
        </w:tc>
        <w:tc>
          <w:tcPr>
            <w:tcW w:w="1974" w:type="pct"/>
            <w:shd w:val="clear" w:color="auto" w:fill="F8FAFA"/>
            <w:tcMar>
              <w:top w:w="68" w:type="dxa"/>
              <w:left w:w="78" w:type="dxa"/>
              <w:bottom w:w="68" w:type="dxa"/>
              <w:right w:w="78" w:type="dxa"/>
            </w:tcMar>
          </w:tcPr>
          <w:p w14:paraId="06B75DF1" w14:textId="77777777" w:rsidR="00787B6C" w:rsidRPr="00E14EE9" w:rsidRDefault="00690563">
            <w:pPr>
              <w:rPr>
                <w:lang w:val="it-CH"/>
              </w:rPr>
            </w:pPr>
            <w:r w:rsidRPr="00E14EE9">
              <w:rPr>
                <w:color w:val="263238"/>
                <w:sz w:val="15"/>
                <w:lang w:val="it-CH"/>
              </w:rPr>
              <w:t>primește un alt teritoriu și aplică același demers</w:t>
            </w:r>
          </w:p>
        </w:tc>
        <w:tc>
          <w:tcPr>
            <w:tcW w:w="1513" w:type="pct"/>
            <w:shd w:val="clear" w:color="auto" w:fill="F8FAFA"/>
            <w:tcMar>
              <w:top w:w="68" w:type="dxa"/>
              <w:left w:w="78" w:type="dxa"/>
              <w:bottom w:w="68" w:type="dxa"/>
              <w:right w:w="78" w:type="dxa"/>
            </w:tcMar>
          </w:tcPr>
          <w:p w14:paraId="439BA44B" w14:textId="77777777" w:rsidR="00787B6C" w:rsidRDefault="00690563">
            <w:proofErr w:type="spellStart"/>
            <w:r>
              <w:rPr>
                <w:color w:val="263238"/>
                <w:sz w:val="15"/>
              </w:rPr>
              <w:t>explică</w:t>
            </w:r>
            <w:proofErr w:type="spellEnd"/>
            <w:r>
              <w:rPr>
                <w:color w:val="263238"/>
                <w:sz w:val="15"/>
              </w:rPr>
              <w:t xml:space="preserve"> </w:t>
            </w:r>
            <w:proofErr w:type="spellStart"/>
            <w:r>
              <w:rPr>
                <w:color w:val="263238"/>
                <w:sz w:val="15"/>
              </w:rPr>
              <w:t>ce</w:t>
            </w:r>
            <w:proofErr w:type="spellEnd"/>
            <w:r>
              <w:rPr>
                <w:color w:val="263238"/>
                <w:sz w:val="15"/>
              </w:rPr>
              <w:t xml:space="preserve"> </w:t>
            </w:r>
            <w:proofErr w:type="spellStart"/>
            <w:r>
              <w:rPr>
                <w:color w:val="263238"/>
                <w:sz w:val="15"/>
              </w:rPr>
              <w:t>criterii</w:t>
            </w:r>
            <w:proofErr w:type="spellEnd"/>
            <w:r>
              <w:rPr>
                <w:color w:val="263238"/>
                <w:sz w:val="15"/>
              </w:rPr>
              <w:t xml:space="preserve"> </w:t>
            </w:r>
            <w:proofErr w:type="spellStart"/>
            <w:r>
              <w:rPr>
                <w:color w:val="263238"/>
                <w:sz w:val="15"/>
              </w:rPr>
              <w:t>păstrează</w:t>
            </w:r>
            <w:proofErr w:type="spellEnd"/>
          </w:p>
        </w:tc>
      </w:tr>
    </w:tbl>
    <w:p w14:paraId="5D9F5264" w14:textId="77777777" w:rsidR="00787B6C" w:rsidRDefault="00787B6C"/>
    <w:p w14:paraId="4428A184" w14:textId="77777777" w:rsidR="00787B6C" w:rsidRDefault="00690563">
      <w:r>
        <w:rPr>
          <w:b/>
          <w:color w:val="17324D"/>
          <w:sz w:val="22"/>
        </w:rPr>
        <w:t xml:space="preserve">B. Hazard — de </w:t>
      </w:r>
      <w:proofErr w:type="spellStart"/>
      <w:r>
        <w:rPr>
          <w:b/>
          <w:color w:val="17324D"/>
          <w:sz w:val="22"/>
        </w:rPr>
        <w:t>ce</w:t>
      </w:r>
      <w:proofErr w:type="spellEnd"/>
      <w:r>
        <w:rPr>
          <w:b/>
          <w:color w:val="17324D"/>
          <w:sz w:val="22"/>
        </w:rPr>
        <w:t xml:space="preserve"> </w:t>
      </w:r>
      <w:proofErr w:type="spellStart"/>
      <w:r>
        <w:rPr>
          <w:b/>
          <w:color w:val="17324D"/>
          <w:sz w:val="22"/>
        </w:rPr>
        <w:t>același</w:t>
      </w:r>
      <w:proofErr w:type="spellEnd"/>
      <w:r>
        <w:rPr>
          <w:b/>
          <w:color w:val="17324D"/>
          <w:sz w:val="22"/>
        </w:rPr>
        <w:t xml:space="preserve"> </w:t>
      </w:r>
      <w:proofErr w:type="spellStart"/>
      <w:r>
        <w:rPr>
          <w:b/>
          <w:color w:val="17324D"/>
          <w:sz w:val="22"/>
        </w:rPr>
        <w:t>cutremur</w:t>
      </w:r>
      <w:proofErr w:type="spellEnd"/>
      <w:r>
        <w:rPr>
          <w:b/>
          <w:color w:val="17324D"/>
          <w:sz w:val="22"/>
        </w:rPr>
        <w:t xml:space="preserve"> produce </w:t>
      </w:r>
      <w:proofErr w:type="spellStart"/>
      <w:r>
        <w:rPr>
          <w:b/>
          <w:color w:val="17324D"/>
          <w:sz w:val="22"/>
        </w:rPr>
        <w:t>consecințe</w:t>
      </w:r>
      <w:proofErr w:type="spellEnd"/>
      <w:r>
        <w:rPr>
          <w:b/>
          <w:color w:val="17324D"/>
          <w:sz w:val="22"/>
        </w:rPr>
        <w:t xml:space="preserve"> </w:t>
      </w:r>
      <w:proofErr w:type="spellStart"/>
      <w:r>
        <w:rPr>
          <w:b/>
          <w:color w:val="17324D"/>
          <w:sz w:val="22"/>
        </w:rPr>
        <w:t>diferite</w:t>
      </w:r>
      <w:proofErr w:type="spellEnd"/>
      <w:r>
        <w:rPr>
          <w:b/>
          <w:color w:val="17324D"/>
          <w:sz w:val="22"/>
        </w:rPr>
        <w:t>?</w:t>
      </w: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3204"/>
        <w:gridCol w:w="4181"/>
        <w:gridCol w:w="3205"/>
      </w:tblGrid>
      <w:tr w:rsidR="00787B6C" w14:paraId="381F8399" w14:textId="77777777" w:rsidTr="00690563">
        <w:trPr>
          <w:jc w:val="center"/>
        </w:trPr>
        <w:tc>
          <w:tcPr>
            <w:tcW w:w="1513" w:type="pct"/>
            <w:shd w:val="clear" w:color="auto" w:fill="2B6478"/>
            <w:tcMar>
              <w:top w:w="76" w:type="dxa"/>
              <w:left w:w="82" w:type="dxa"/>
              <w:bottom w:w="76" w:type="dxa"/>
              <w:right w:w="82" w:type="dxa"/>
            </w:tcMar>
          </w:tcPr>
          <w:p w14:paraId="65C920F7" w14:textId="77777777" w:rsidR="00787B6C" w:rsidRDefault="00690563">
            <w:pPr>
              <w:jc w:val="center"/>
            </w:pPr>
            <w:r>
              <w:rPr>
                <w:b/>
                <w:color w:val="FFFFFF"/>
                <w:sz w:val="14"/>
              </w:rPr>
              <w:t>MOMENT</w:t>
            </w:r>
          </w:p>
        </w:tc>
        <w:tc>
          <w:tcPr>
            <w:tcW w:w="1974" w:type="pct"/>
            <w:shd w:val="clear" w:color="auto" w:fill="3E755A"/>
            <w:tcMar>
              <w:top w:w="76" w:type="dxa"/>
              <w:left w:w="82" w:type="dxa"/>
              <w:bottom w:w="76" w:type="dxa"/>
              <w:right w:w="82" w:type="dxa"/>
            </w:tcMar>
          </w:tcPr>
          <w:p w14:paraId="70027FAA" w14:textId="77777777" w:rsidR="00787B6C" w:rsidRDefault="00690563">
            <w:pPr>
              <w:jc w:val="center"/>
            </w:pPr>
            <w:r>
              <w:rPr>
                <w:b/>
                <w:color w:val="FFFFFF"/>
                <w:sz w:val="14"/>
              </w:rPr>
              <w:t>ACTIVITATEA ELEVULUI</w:t>
            </w:r>
          </w:p>
        </w:tc>
        <w:tc>
          <w:tcPr>
            <w:tcW w:w="1513" w:type="pct"/>
            <w:shd w:val="clear" w:color="auto" w:fill="17324D"/>
            <w:tcMar>
              <w:top w:w="76" w:type="dxa"/>
              <w:left w:w="82" w:type="dxa"/>
              <w:bottom w:w="76" w:type="dxa"/>
              <w:right w:w="82" w:type="dxa"/>
            </w:tcMar>
          </w:tcPr>
          <w:p w14:paraId="2AE89817" w14:textId="77777777" w:rsidR="00787B6C" w:rsidRDefault="00690563">
            <w:pPr>
              <w:jc w:val="center"/>
            </w:pPr>
            <w:r>
              <w:rPr>
                <w:b/>
                <w:color w:val="FFFFFF"/>
                <w:sz w:val="14"/>
              </w:rPr>
              <w:t>DOVADĂ / FEEDBACK</w:t>
            </w:r>
          </w:p>
        </w:tc>
      </w:tr>
      <w:tr w:rsidR="00787B6C" w14:paraId="3A789E91" w14:textId="77777777" w:rsidTr="00690563">
        <w:trPr>
          <w:jc w:val="center"/>
        </w:trPr>
        <w:tc>
          <w:tcPr>
            <w:tcW w:w="1513" w:type="pct"/>
            <w:shd w:val="clear" w:color="auto" w:fill="F8FAFA"/>
            <w:tcMar>
              <w:top w:w="68" w:type="dxa"/>
              <w:left w:w="78" w:type="dxa"/>
              <w:bottom w:w="68" w:type="dxa"/>
              <w:right w:w="78" w:type="dxa"/>
            </w:tcMar>
          </w:tcPr>
          <w:p w14:paraId="2C0844DF" w14:textId="77777777" w:rsidR="00787B6C" w:rsidRDefault="00690563">
            <w:r>
              <w:rPr>
                <w:color w:val="263238"/>
                <w:sz w:val="15"/>
              </w:rPr>
              <w:t xml:space="preserve">1. </w:t>
            </w:r>
            <w:proofErr w:type="spellStart"/>
            <w:r>
              <w:rPr>
                <w:color w:val="263238"/>
                <w:sz w:val="15"/>
              </w:rPr>
              <w:t>Cazuri</w:t>
            </w:r>
            <w:proofErr w:type="spellEnd"/>
          </w:p>
        </w:tc>
        <w:tc>
          <w:tcPr>
            <w:tcW w:w="1974" w:type="pct"/>
            <w:shd w:val="clear" w:color="auto" w:fill="F8FAFA"/>
            <w:tcMar>
              <w:top w:w="68" w:type="dxa"/>
              <w:left w:w="78" w:type="dxa"/>
              <w:bottom w:w="68" w:type="dxa"/>
              <w:right w:w="78" w:type="dxa"/>
            </w:tcMar>
          </w:tcPr>
          <w:p w14:paraId="5446F301" w14:textId="77777777" w:rsidR="00787B6C" w:rsidRDefault="00690563">
            <w:proofErr w:type="spellStart"/>
            <w:r>
              <w:rPr>
                <w:color w:val="263238"/>
                <w:sz w:val="15"/>
              </w:rPr>
              <w:t>primește</w:t>
            </w:r>
            <w:proofErr w:type="spellEnd"/>
            <w:r>
              <w:rPr>
                <w:color w:val="263238"/>
                <w:sz w:val="15"/>
              </w:rPr>
              <w:t xml:space="preserve"> </w:t>
            </w:r>
            <w:proofErr w:type="spellStart"/>
            <w:r>
              <w:rPr>
                <w:color w:val="263238"/>
                <w:sz w:val="15"/>
              </w:rPr>
              <w:t>două</w:t>
            </w:r>
            <w:proofErr w:type="spellEnd"/>
            <w:r>
              <w:rPr>
                <w:color w:val="263238"/>
                <w:sz w:val="15"/>
              </w:rPr>
              <w:t xml:space="preserve"> </w:t>
            </w:r>
            <w:proofErr w:type="spellStart"/>
            <w:r>
              <w:rPr>
                <w:color w:val="263238"/>
                <w:sz w:val="15"/>
              </w:rPr>
              <w:t>comunități</w:t>
            </w:r>
            <w:proofErr w:type="spellEnd"/>
            <w:r>
              <w:rPr>
                <w:color w:val="263238"/>
                <w:sz w:val="15"/>
              </w:rPr>
              <w:t xml:space="preserve"> cu hazard similar</w:t>
            </w:r>
          </w:p>
        </w:tc>
        <w:tc>
          <w:tcPr>
            <w:tcW w:w="1513" w:type="pct"/>
            <w:shd w:val="clear" w:color="auto" w:fill="F8FAFA"/>
            <w:tcMar>
              <w:top w:w="68" w:type="dxa"/>
              <w:left w:w="78" w:type="dxa"/>
              <w:bottom w:w="68" w:type="dxa"/>
              <w:right w:w="78" w:type="dxa"/>
            </w:tcMar>
          </w:tcPr>
          <w:p w14:paraId="40E55EF4" w14:textId="642C6E40" w:rsidR="00787B6C" w:rsidRDefault="00690563">
            <w:proofErr w:type="spellStart"/>
            <w:r>
              <w:rPr>
                <w:color w:val="263238"/>
                <w:sz w:val="15"/>
              </w:rPr>
              <w:t>identifică</w:t>
            </w:r>
            <w:proofErr w:type="spellEnd"/>
            <w:r>
              <w:rPr>
                <w:color w:val="263238"/>
                <w:sz w:val="15"/>
              </w:rPr>
              <w:t xml:space="preserve"> </w:t>
            </w:r>
            <w:proofErr w:type="spellStart"/>
            <w:r>
              <w:rPr>
                <w:color w:val="263238"/>
                <w:sz w:val="15"/>
              </w:rPr>
              <w:t>asemănarea</w:t>
            </w:r>
            <w:proofErr w:type="spellEnd"/>
            <w:r w:rsidR="008A4A9D">
              <w:rPr>
                <w:color w:val="263238"/>
                <w:sz w:val="15"/>
              </w:rPr>
              <w:t xml:space="preserve"> /</w:t>
            </w:r>
            <w:proofErr w:type="spellStart"/>
            <w:r w:rsidR="008A4A9D">
              <w:rPr>
                <w:color w:val="263238"/>
                <w:sz w:val="15"/>
              </w:rPr>
              <w:t>deosebirea</w:t>
            </w:r>
            <w:proofErr w:type="spellEnd"/>
          </w:p>
        </w:tc>
      </w:tr>
      <w:tr w:rsidR="00787B6C" w14:paraId="11E1E97D" w14:textId="77777777" w:rsidTr="00690563">
        <w:trPr>
          <w:jc w:val="center"/>
        </w:trPr>
        <w:tc>
          <w:tcPr>
            <w:tcW w:w="1513" w:type="pct"/>
            <w:tcMar>
              <w:top w:w="68" w:type="dxa"/>
              <w:left w:w="78" w:type="dxa"/>
              <w:bottom w:w="68" w:type="dxa"/>
              <w:right w:w="78" w:type="dxa"/>
            </w:tcMar>
          </w:tcPr>
          <w:p w14:paraId="4067F80B" w14:textId="77777777" w:rsidR="00787B6C" w:rsidRDefault="00690563">
            <w:r>
              <w:rPr>
                <w:color w:val="263238"/>
                <w:sz w:val="15"/>
              </w:rPr>
              <w:t xml:space="preserve">2. </w:t>
            </w:r>
            <w:proofErr w:type="spellStart"/>
            <w:r>
              <w:rPr>
                <w:color w:val="263238"/>
                <w:sz w:val="15"/>
              </w:rPr>
              <w:t>Expunere</w:t>
            </w:r>
            <w:proofErr w:type="spellEnd"/>
          </w:p>
        </w:tc>
        <w:tc>
          <w:tcPr>
            <w:tcW w:w="1974" w:type="pct"/>
            <w:tcMar>
              <w:top w:w="68" w:type="dxa"/>
              <w:left w:w="78" w:type="dxa"/>
              <w:bottom w:w="68" w:type="dxa"/>
              <w:right w:w="78" w:type="dxa"/>
            </w:tcMar>
          </w:tcPr>
          <w:p w14:paraId="6FA38FE4" w14:textId="77777777" w:rsidR="00787B6C" w:rsidRDefault="00690563">
            <w:proofErr w:type="spellStart"/>
            <w:r>
              <w:rPr>
                <w:color w:val="263238"/>
                <w:sz w:val="15"/>
              </w:rPr>
              <w:t>compară</w:t>
            </w:r>
            <w:proofErr w:type="spellEnd"/>
            <w:r>
              <w:rPr>
                <w:color w:val="263238"/>
                <w:sz w:val="15"/>
              </w:rPr>
              <w:t xml:space="preserve"> </w:t>
            </w:r>
            <w:proofErr w:type="spellStart"/>
            <w:r>
              <w:rPr>
                <w:color w:val="263238"/>
                <w:sz w:val="15"/>
              </w:rPr>
              <w:t>populație</w:t>
            </w:r>
            <w:proofErr w:type="spellEnd"/>
            <w:r>
              <w:rPr>
                <w:color w:val="263238"/>
                <w:sz w:val="15"/>
              </w:rPr>
              <w:t xml:space="preserve">, </w:t>
            </w:r>
            <w:proofErr w:type="spellStart"/>
            <w:r>
              <w:rPr>
                <w:color w:val="263238"/>
                <w:sz w:val="15"/>
              </w:rPr>
              <w:t>clădiri</w:t>
            </w:r>
            <w:proofErr w:type="spellEnd"/>
            <w:r>
              <w:rPr>
                <w:color w:val="263238"/>
                <w:sz w:val="15"/>
              </w:rPr>
              <w:t xml:space="preserve">, </w:t>
            </w:r>
            <w:proofErr w:type="spellStart"/>
            <w:r>
              <w:rPr>
                <w:color w:val="263238"/>
                <w:sz w:val="15"/>
              </w:rPr>
              <w:t>infrastructură</w:t>
            </w:r>
            <w:proofErr w:type="spellEnd"/>
          </w:p>
        </w:tc>
        <w:tc>
          <w:tcPr>
            <w:tcW w:w="1513" w:type="pct"/>
            <w:tcMar>
              <w:top w:w="68" w:type="dxa"/>
              <w:left w:w="78" w:type="dxa"/>
              <w:bottom w:w="68" w:type="dxa"/>
              <w:right w:w="78" w:type="dxa"/>
            </w:tcMar>
          </w:tcPr>
          <w:p w14:paraId="70D40C1F" w14:textId="77777777" w:rsidR="00787B6C" w:rsidRDefault="00690563">
            <w:proofErr w:type="spellStart"/>
            <w:r>
              <w:rPr>
                <w:color w:val="263238"/>
                <w:sz w:val="15"/>
              </w:rPr>
              <w:t>tabel</w:t>
            </w:r>
            <w:proofErr w:type="spellEnd"/>
            <w:r>
              <w:rPr>
                <w:color w:val="263238"/>
                <w:sz w:val="15"/>
              </w:rPr>
              <w:t xml:space="preserve"> </w:t>
            </w:r>
            <w:proofErr w:type="spellStart"/>
            <w:r>
              <w:rPr>
                <w:color w:val="263238"/>
                <w:sz w:val="15"/>
              </w:rPr>
              <w:t>comparativ</w:t>
            </w:r>
            <w:proofErr w:type="spellEnd"/>
          </w:p>
        </w:tc>
      </w:tr>
      <w:tr w:rsidR="00787B6C" w14:paraId="750D7BF9" w14:textId="77777777" w:rsidTr="00690563">
        <w:trPr>
          <w:jc w:val="center"/>
        </w:trPr>
        <w:tc>
          <w:tcPr>
            <w:tcW w:w="1513" w:type="pct"/>
            <w:shd w:val="clear" w:color="auto" w:fill="F8FAFA"/>
            <w:tcMar>
              <w:top w:w="68" w:type="dxa"/>
              <w:left w:w="78" w:type="dxa"/>
              <w:bottom w:w="68" w:type="dxa"/>
              <w:right w:w="78" w:type="dxa"/>
            </w:tcMar>
          </w:tcPr>
          <w:p w14:paraId="22C72D5D" w14:textId="77777777" w:rsidR="00787B6C" w:rsidRDefault="00690563">
            <w:r>
              <w:rPr>
                <w:color w:val="263238"/>
                <w:sz w:val="15"/>
              </w:rPr>
              <w:t xml:space="preserve">3. </w:t>
            </w:r>
            <w:proofErr w:type="spellStart"/>
            <w:r>
              <w:rPr>
                <w:color w:val="263238"/>
                <w:sz w:val="15"/>
              </w:rPr>
              <w:t>Vulnerabilitate</w:t>
            </w:r>
            <w:proofErr w:type="spellEnd"/>
          </w:p>
        </w:tc>
        <w:tc>
          <w:tcPr>
            <w:tcW w:w="1974" w:type="pct"/>
            <w:shd w:val="clear" w:color="auto" w:fill="F8FAFA"/>
            <w:tcMar>
              <w:top w:w="68" w:type="dxa"/>
              <w:left w:w="78" w:type="dxa"/>
              <w:bottom w:w="68" w:type="dxa"/>
              <w:right w:w="78" w:type="dxa"/>
            </w:tcMar>
          </w:tcPr>
          <w:p w14:paraId="4E24112A" w14:textId="77777777" w:rsidR="00787B6C" w:rsidRPr="00E14EE9" w:rsidRDefault="00690563">
            <w:pPr>
              <w:rPr>
                <w:lang w:val="it-CH"/>
              </w:rPr>
            </w:pPr>
            <w:r w:rsidRPr="00E14EE9">
              <w:rPr>
                <w:color w:val="263238"/>
                <w:sz w:val="15"/>
                <w:lang w:val="it-CH"/>
              </w:rPr>
              <w:t>identifică diferențe de pregătire și rezistență</w:t>
            </w:r>
          </w:p>
        </w:tc>
        <w:tc>
          <w:tcPr>
            <w:tcW w:w="1513" w:type="pct"/>
            <w:shd w:val="clear" w:color="auto" w:fill="F8FAFA"/>
            <w:tcMar>
              <w:top w:w="68" w:type="dxa"/>
              <w:left w:w="78" w:type="dxa"/>
              <w:bottom w:w="68" w:type="dxa"/>
              <w:right w:w="78" w:type="dxa"/>
            </w:tcMar>
          </w:tcPr>
          <w:p w14:paraId="58B363EE" w14:textId="77777777" w:rsidR="00787B6C" w:rsidRDefault="00690563">
            <w:proofErr w:type="spellStart"/>
            <w:r>
              <w:rPr>
                <w:color w:val="263238"/>
                <w:sz w:val="15"/>
              </w:rPr>
              <w:t>argumentează</w:t>
            </w:r>
            <w:proofErr w:type="spellEnd"/>
            <w:r>
              <w:rPr>
                <w:color w:val="263238"/>
                <w:sz w:val="15"/>
              </w:rPr>
              <w:t xml:space="preserve"> </w:t>
            </w:r>
            <w:proofErr w:type="spellStart"/>
            <w:r>
              <w:rPr>
                <w:color w:val="263238"/>
                <w:sz w:val="15"/>
              </w:rPr>
              <w:t>consecințele</w:t>
            </w:r>
            <w:proofErr w:type="spellEnd"/>
            <w:r>
              <w:rPr>
                <w:color w:val="263238"/>
                <w:sz w:val="15"/>
              </w:rPr>
              <w:t xml:space="preserve"> </w:t>
            </w:r>
            <w:proofErr w:type="spellStart"/>
            <w:r>
              <w:rPr>
                <w:color w:val="263238"/>
                <w:sz w:val="15"/>
              </w:rPr>
              <w:t>diferite</w:t>
            </w:r>
            <w:proofErr w:type="spellEnd"/>
          </w:p>
        </w:tc>
      </w:tr>
      <w:tr w:rsidR="00787B6C" w14:paraId="0EFFEFC7" w14:textId="77777777" w:rsidTr="00690563">
        <w:trPr>
          <w:jc w:val="center"/>
        </w:trPr>
        <w:tc>
          <w:tcPr>
            <w:tcW w:w="1513" w:type="pct"/>
            <w:tcMar>
              <w:top w:w="68" w:type="dxa"/>
              <w:left w:w="78" w:type="dxa"/>
              <w:bottom w:w="68" w:type="dxa"/>
              <w:right w:w="78" w:type="dxa"/>
            </w:tcMar>
          </w:tcPr>
          <w:p w14:paraId="2159E97C" w14:textId="77777777" w:rsidR="00787B6C" w:rsidRDefault="00690563">
            <w:r>
              <w:rPr>
                <w:color w:val="263238"/>
                <w:sz w:val="15"/>
              </w:rPr>
              <w:t>4. Risc</w:t>
            </w:r>
          </w:p>
        </w:tc>
        <w:tc>
          <w:tcPr>
            <w:tcW w:w="1974" w:type="pct"/>
            <w:tcMar>
              <w:top w:w="68" w:type="dxa"/>
              <w:left w:w="78" w:type="dxa"/>
              <w:bottom w:w="68" w:type="dxa"/>
              <w:right w:w="78" w:type="dxa"/>
            </w:tcMar>
          </w:tcPr>
          <w:p w14:paraId="115EEE6D" w14:textId="77777777" w:rsidR="00787B6C" w:rsidRDefault="00690563">
            <w:proofErr w:type="spellStart"/>
            <w:r>
              <w:rPr>
                <w:color w:val="263238"/>
                <w:sz w:val="15"/>
              </w:rPr>
              <w:t>formulează</w:t>
            </w:r>
            <w:proofErr w:type="spellEnd"/>
            <w:r>
              <w:rPr>
                <w:color w:val="263238"/>
                <w:sz w:val="15"/>
              </w:rPr>
              <w:t xml:space="preserve"> o </w:t>
            </w:r>
            <w:proofErr w:type="spellStart"/>
            <w:r>
              <w:rPr>
                <w:color w:val="263238"/>
                <w:sz w:val="15"/>
              </w:rPr>
              <w:t>explicație</w:t>
            </w:r>
            <w:proofErr w:type="spellEnd"/>
            <w:r>
              <w:rPr>
                <w:color w:val="263238"/>
                <w:sz w:val="15"/>
              </w:rPr>
              <w:t xml:space="preserve"> </w:t>
            </w:r>
            <w:proofErr w:type="spellStart"/>
            <w:r>
              <w:rPr>
                <w:color w:val="263238"/>
                <w:sz w:val="15"/>
              </w:rPr>
              <w:t>integrată</w:t>
            </w:r>
            <w:proofErr w:type="spellEnd"/>
          </w:p>
        </w:tc>
        <w:tc>
          <w:tcPr>
            <w:tcW w:w="1513" w:type="pct"/>
            <w:tcMar>
              <w:top w:w="68" w:type="dxa"/>
              <w:left w:w="78" w:type="dxa"/>
              <w:bottom w:w="68" w:type="dxa"/>
              <w:right w:w="78" w:type="dxa"/>
            </w:tcMar>
          </w:tcPr>
          <w:p w14:paraId="01ED7DCE" w14:textId="77777777" w:rsidR="00787B6C" w:rsidRDefault="00690563">
            <w:r>
              <w:rPr>
                <w:color w:val="263238"/>
                <w:sz w:val="15"/>
              </w:rPr>
              <w:t xml:space="preserve">feedback: hazard ≠ </w:t>
            </w:r>
            <w:proofErr w:type="spellStart"/>
            <w:r>
              <w:rPr>
                <w:color w:val="263238"/>
                <w:sz w:val="15"/>
              </w:rPr>
              <w:t>risc</w:t>
            </w:r>
            <w:proofErr w:type="spellEnd"/>
          </w:p>
        </w:tc>
      </w:tr>
      <w:tr w:rsidR="00787B6C" w14:paraId="311D189F" w14:textId="77777777" w:rsidTr="00690563">
        <w:trPr>
          <w:jc w:val="center"/>
        </w:trPr>
        <w:tc>
          <w:tcPr>
            <w:tcW w:w="1513" w:type="pct"/>
            <w:shd w:val="clear" w:color="auto" w:fill="F8FAFA"/>
            <w:tcMar>
              <w:top w:w="68" w:type="dxa"/>
              <w:left w:w="78" w:type="dxa"/>
              <w:bottom w:w="68" w:type="dxa"/>
              <w:right w:w="78" w:type="dxa"/>
            </w:tcMar>
          </w:tcPr>
          <w:p w14:paraId="0B9E51A8" w14:textId="77777777" w:rsidR="00787B6C" w:rsidRDefault="00690563">
            <w:r>
              <w:rPr>
                <w:color w:val="263238"/>
                <w:sz w:val="15"/>
              </w:rPr>
              <w:t xml:space="preserve">5. </w:t>
            </w:r>
            <w:proofErr w:type="spellStart"/>
            <w:r>
              <w:rPr>
                <w:color w:val="263238"/>
                <w:sz w:val="15"/>
              </w:rPr>
              <w:t>Soluție</w:t>
            </w:r>
            <w:proofErr w:type="spellEnd"/>
          </w:p>
        </w:tc>
        <w:tc>
          <w:tcPr>
            <w:tcW w:w="1974" w:type="pct"/>
            <w:shd w:val="clear" w:color="auto" w:fill="F8FAFA"/>
            <w:tcMar>
              <w:top w:w="68" w:type="dxa"/>
              <w:left w:w="78" w:type="dxa"/>
              <w:bottom w:w="68" w:type="dxa"/>
              <w:right w:w="78" w:type="dxa"/>
            </w:tcMar>
          </w:tcPr>
          <w:p w14:paraId="53AF5287" w14:textId="77777777" w:rsidR="00787B6C" w:rsidRPr="00E14EE9" w:rsidRDefault="00690563">
            <w:pPr>
              <w:rPr>
                <w:lang w:val="it-CH"/>
              </w:rPr>
            </w:pPr>
            <w:r w:rsidRPr="00E14EE9">
              <w:rPr>
                <w:color w:val="263238"/>
                <w:sz w:val="15"/>
                <w:lang w:val="it-CH"/>
              </w:rPr>
              <w:t>propune o măsură pentru fiecare comunitate</w:t>
            </w:r>
          </w:p>
        </w:tc>
        <w:tc>
          <w:tcPr>
            <w:tcW w:w="1513" w:type="pct"/>
            <w:shd w:val="clear" w:color="auto" w:fill="F8FAFA"/>
            <w:tcMar>
              <w:top w:w="68" w:type="dxa"/>
              <w:left w:w="78" w:type="dxa"/>
              <w:bottom w:w="68" w:type="dxa"/>
              <w:right w:w="78" w:type="dxa"/>
            </w:tcMar>
          </w:tcPr>
          <w:p w14:paraId="07FDDD3D" w14:textId="77777777" w:rsidR="00787B6C" w:rsidRDefault="00690563">
            <w:proofErr w:type="spellStart"/>
            <w:r>
              <w:rPr>
                <w:color w:val="263238"/>
                <w:sz w:val="15"/>
              </w:rPr>
              <w:t>justifică</w:t>
            </w:r>
            <w:proofErr w:type="spellEnd"/>
            <w:r>
              <w:rPr>
                <w:color w:val="263238"/>
                <w:sz w:val="15"/>
              </w:rPr>
              <w:t xml:space="preserve"> </w:t>
            </w:r>
            <w:proofErr w:type="spellStart"/>
            <w:r>
              <w:rPr>
                <w:color w:val="263238"/>
                <w:sz w:val="15"/>
              </w:rPr>
              <w:t>fezabilitatea</w:t>
            </w:r>
            <w:proofErr w:type="spellEnd"/>
          </w:p>
        </w:tc>
      </w:tr>
    </w:tbl>
    <w:p w14:paraId="44464CBA" w14:textId="77777777" w:rsidR="00787B6C" w:rsidRDefault="00787B6C"/>
    <w:p w14:paraId="57FA418D" w14:textId="77777777" w:rsidR="00787B6C" w:rsidRDefault="00690563">
      <w:r>
        <w:rPr>
          <w:b/>
          <w:color w:val="17324D"/>
          <w:sz w:val="22"/>
        </w:rPr>
        <w:t xml:space="preserve">C. </w:t>
      </w:r>
      <w:proofErr w:type="spellStart"/>
      <w:r>
        <w:rPr>
          <w:b/>
          <w:color w:val="17324D"/>
          <w:sz w:val="22"/>
        </w:rPr>
        <w:t>Climă</w:t>
      </w:r>
      <w:proofErr w:type="spellEnd"/>
      <w:r>
        <w:rPr>
          <w:b/>
          <w:color w:val="17324D"/>
          <w:sz w:val="22"/>
        </w:rPr>
        <w:t xml:space="preserve"> — </w:t>
      </w:r>
      <w:proofErr w:type="spellStart"/>
      <w:r>
        <w:rPr>
          <w:b/>
          <w:color w:val="17324D"/>
          <w:sz w:val="22"/>
        </w:rPr>
        <w:t>eveniment</w:t>
      </w:r>
      <w:proofErr w:type="spellEnd"/>
      <w:r>
        <w:rPr>
          <w:b/>
          <w:color w:val="17324D"/>
          <w:sz w:val="22"/>
        </w:rPr>
        <w:t xml:space="preserve"> </w:t>
      </w:r>
      <w:proofErr w:type="spellStart"/>
      <w:r>
        <w:rPr>
          <w:b/>
          <w:color w:val="17324D"/>
          <w:sz w:val="22"/>
        </w:rPr>
        <w:t>extrem</w:t>
      </w:r>
      <w:proofErr w:type="spellEnd"/>
      <w:r>
        <w:rPr>
          <w:b/>
          <w:color w:val="17324D"/>
          <w:sz w:val="22"/>
        </w:rPr>
        <w:t xml:space="preserve"> </w:t>
      </w:r>
      <w:proofErr w:type="spellStart"/>
      <w:r>
        <w:rPr>
          <w:b/>
          <w:color w:val="17324D"/>
          <w:sz w:val="22"/>
        </w:rPr>
        <w:t>sau</w:t>
      </w:r>
      <w:proofErr w:type="spellEnd"/>
      <w:r>
        <w:rPr>
          <w:b/>
          <w:color w:val="17324D"/>
          <w:sz w:val="22"/>
        </w:rPr>
        <w:t xml:space="preserve"> </w:t>
      </w:r>
      <w:proofErr w:type="spellStart"/>
      <w:r>
        <w:rPr>
          <w:b/>
          <w:color w:val="17324D"/>
          <w:sz w:val="22"/>
        </w:rPr>
        <w:t>tendință</w:t>
      </w:r>
      <w:proofErr w:type="spellEnd"/>
      <w:r>
        <w:rPr>
          <w:b/>
          <w:color w:val="17324D"/>
          <w:sz w:val="22"/>
        </w:rPr>
        <w:t>?</w:t>
      </w:r>
    </w:p>
    <w:tbl>
      <w:tblPr>
        <w:tblW w:w="4839"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3100"/>
        <w:gridCol w:w="4048"/>
        <w:gridCol w:w="3101"/>
      </w:tblGrid>
      <w:tr w:rsidR="00787B6C" w14:paraId="093257A4" w14:textId="77777777" w:rsidTr="00690563">
        <w:trPr>
          <w:jc w:val="center"/>
        </w:trPr>
        <w:tc>
          <w:tcPr>
            <w:tcW w:w="1512" w:type="pct"/>
            <w:shd w:val="clear" w:color="auto" w:fill="2B6478"/>
            <w:tcMar>
              <w:top w:w="76" w:type="dxa"/>
              <w:left w:w="82" w:type="dxa"/>
              <w:bottom w:w="76" w:type="dxa"/>
              <w:right w:w="82" w:type="dxa"/>
            </w:tcMar>
          </w:tcPr>
          <w:p w14:paraId="36B1B117" w14:textId="77777777" w:rsidR="00787B6C" w:rsidRDefault="00690563">
            <w:pPr>
              <w:jc w:val="center"/>
            </w:pPr>
            <w:r>
              <w:rPr>
                <w:b/>
                <w:color w:val="FFFFFF"/>
                <w:sz w:val="14"/>
              </w:rPr>
              <w:t>MOMENT</w:t>
            </w:r>
          </w:p>
        </w:tc>
        <w:tc>
          <w:tcPr>
            <w:tcW w:w="1975" w:type="pct"/>
            <w:shd w:val="clear" w:color="auto" w:fill="3E755A"/>
            <w:tcMar>
              <w:top w:w="76" w:type="dxa"/>
              <w:left w:w="82" w:type="dxa"/>
              <w:bottom w:w="76" w:type="dxa"/>
              <w:right w:w="82" w:type="dxa"/>
            </w:tcMar>
          </w:tcPr>
          <w:p w14:paraId="59E3844A" w14:textId="77777777" w:rsidR="00787B6C" w:rsidRDefault="00690563">
            <w:pPr>
              <w:jc w:val="center"/>
            </w:pPr>
            <w:r>
              <w:rPr>
                <w:b/>
                <w:color w:val="FFFFFF"/>
                <w:sz w:val="14"/>
              </w:rPr>
              <w:t>ACTIVITATEA ELEVULUI</w:t>
            </w:r>
          </w:p>
        </w:tc>
        <w:tc>
          <w:tcPr>
            <w:tcW w:w="1513" w:type="pct"/>
            <w:shd w:val="clear" w:color="auto" w:fill="17324D"/>
            <w:tcMar>
              <w:top w:w="76" w:type="dxa"/>
              <w:left w:w="82" w:type="dxa"/>
              <w:bottom w:w="76" w:type="dxa"/>
              <w:right w:w="82" w:type="dxa"/>
            </w:tcMar>
          </w:tcPr>
          <w:p w14:paraId="0856E8EC" w14:textId="77777777" w:rsidR="00787B6C" w:rsidRDefault="00690563">
            <w:pPr>
              <w:jc w:val="center"/>
            </w:pPr>
            <w:r>
              <w:rPr>
                <w:b/>
                <w:color w:val="FFFFFF"/>
                <w:sz w:val="14"/>
              </w:rPr>
              <w:t>DOVADĂ / FEEDBACK</w:t>
            </w:r>
          </w:p>
        </w:tc>
      </w:tr>
      <w:tr w:rsidR="00787B6C" w14:paraId="2AE23309" w14:textId="77777777" w:rsidTr="00690563">
        <w:trPr>
          <w:jc w:val="center"/>
        </w:trPr>
        <w:tc>
          <w:tcPr>
            <w:tcW w:w="1512" w:type="pct"/>
            <w:shd w:val="clear" w:color="auto" w:fill="F8FAFA"/>
            <w:tcMar>
              <w:top w:w="68" w:type="dxa"/>
              <w:left w:w="78" w:type="dxa"/>
              <w:bottom w:w="68" w:type="dxa"/>
              <w:right w:w="78" w:type="dxa"/>
            </w:tcMar>
          </w:tcPr>
          <w:p w14:paraId="6B58E101" w14:textId="77777777" w:rsidR="00787B6C" w:rsidRDefault="00690563">
            <w:r>
              <w:rPr>
                <w:color w:val="263238"/>
                <w:sz w:val="15"/>
              </w:rPr>
              <w:t xml:space="preserve">1. </w:t>
            </w:r>
            <w:proofErr w:type="spellStart"/>
            <w:r>
              <w:rPr>
                <w:color w:val="263238"/>
                <w:sz w:val="15"/>
              </w:rPr>
              <w:t>Provocare</w:t>
            </w:r>
            <w:proofErr w:type="spellEnd"/>
          </w:p>
        </w:tc>
        <w:tc>
          <w:tcPr>
            <w:tcW w:w="1975" w:type="pct"/>
            <w:shd w:val="clear" w:color="auto" w:fill="F8FAFA"/>
            <w:tcMar>
              <w:top w:w="68" w:type="dxa"/>
              <w:left w:w="78" w:type="dxa"/>
              <w:bottom w:w="68" w:type="dxa"/>
              <w:right w:w="78" w:type="dxa"/>
            </w:tcMar>
          </w:tcPr>
          <w:p w14:paraId="4BBCC691" w14:textId="77777777" w:rsidR="00787B6C" w:rsidRPr="00E14EE9" w:rsidRDefault="00690563">
            <w:pPr>
              <w:rPr>
                <w:lang w:val="it-CH"/>
              </w:rPr>
            </w:pPr>
            <w:r w:rsidRPr="00E14EE9">
              <w:rPr>
                <w:color w:val="263238"/>
                <w:sz w:val="15"/>
                <w:lang w:val="it-CH"/>
              </w:rPr>
              <w:t>primește un titlu de presă despre un episod de caniculă</w:t>
            </w:r>
          </w:p>
        </w:tc>
        <w:tc>
          <w:tcPr>
            <w:tcW w:w="1513" w:type="pct"/>
            <w:shd w:val="clear" w:color="auto" w:fill="F8FAFA"/>
            <w:tcMar>
              <w:top w:w="68" w:type="dxa"/>
              <w:left w:w="78" w:type="dxa"/>
              <w:bottom w:w="68" w:type="dxa"/>
              <w:right w:w="78" w:type="dxa"/>
            </w:tcMar>
          </w:tcPr>
          <w:p w14:paraId="241A9566" w14:textId="77777777" w:rsidR="00787B6C" w:rsidRDefault="00690563">
            <w:proofErr w:type="spellStart"/>
            <w:r>
              <w:rPr>
                <w:color w:val="263238"/>
                <w:sz w:val="15"/>
              </w:rPr>
              <w:t>ce</w:t>
            </w:r>
            <w:proofErr w:type="spellEnd"/>
            <w:r>
              <w:rPr>
                <w:color w:val="263238"/>
                <w:sz w:val="15"/>
              </w:rPr>
              <w:t xml:space="preserve"> </w:t>
            </w:r>
            <w:proofErr w:type="spellStart"/>
            <w:r>
              <w:rPr>
                <w:color w:val="263238"/>
                <w:sz w:val="15"/>
              </w:rPr>
              <w:t>afirmație</w:t>
            </w:r>
            <w:proofErr w:type="spellEnd"/>
            <w:r>
              <w:rPr>
                <w:color w:val="263238"/>
                <w:sz w:val="15"/>
              </w:rPr>
              <w:t xml:space="preserve"> face </w:t>
            </w:r>
            <w:proofErr w:type="spellStart"/>
            <w:r>
              <w:rPr>
                <w:color w:val="263238"/>
                <w:sz w:val="15"/>
              </w:rPr>
              <w:t>sursa</w:t>
            </w:r>
            <w:proofErr w:type="spellEnd"/>
            <w:r>
              <w:rPr>
                <w:color w:val="263238"/>
                <w:sz w:val="15"/>
              </w:rPr>
              <w:t>?</w:t>
            </w:r>
          </w:p>
        </w:tc>
      </w:tr>
      <w:tr w:rsidR="00787B6C" w14:paraId="402195A2" w14:textId="77777777" w:rsidTr="00690563">
        <w:trPr>
          <w:jc w:val="center"/>
        </w:trPr>
        <w:tc>
          <w:tcPr>
            <w:tcW w:w="1512" w:type="pct"/>
            <w:tcMar>
              <w:top w:w="68" w:type="dxa"/>
              <w:left w:w="78" w:type="dxa"/>
              <w:bottom w:w="68" w:type="dxa"/>
              <w:right w:w="78" w:type="dxa"/>
            </w:tcMar>
          </w:tcPr>
          <w:p w14:paraId="42CCB6F6" w14:textId="77777777" w:rsidR="00787B6C" w:rsidRDefault="00690563">
            <w:r>
              <w:rPr>
                <w:color w:val="263238"/>
                <w:sz w:val="15"/>
              </w:rPr>
              <w:t>2. Date</w:t>
            </w:r>
          </w:p>
        </w:tc>
        <w:tc>
          <w:tcPr>
            <w:tcW w:w="1975" w:type="pct"/>
            <w:tcMar>
              <w:top w:w="68" w:type="dxa"/>
              <w:left w:w="78" w:type="dxa"/>
              <w:bottom w:w="68" w:type="dxa"/>
              <w:right w:w="78" w:type="dxa"/>
            </w:tcMar>
          </w:tcPr>
          <w:p w14:paraId="4293DB47" w14:textId="77777777" w:rsidR="00787B6C" w:rsidRPr="00E14EE9" w:rsidRDefault="00690563">
            <w:pPr>
              <w:rPr>
                <w:lang w:val="it-CH"/>
              </w:rPr>
            </w:pPr>
            <w:r w:rsidRPr="00E14EE9">
              <w:rPr>
                <w:color w:val="263238"/>
                <w:sz w:val="15"/>
                <w:lang w:val="it-CH"/>
              </w:rPr>
              <w:t>analizează o serie temporală mai lungă</w:t>
            </w:r>
          </w:p>
        </w:tc>
        <w:tc>
          <w:tcPr>
            <w:tcW w:w="1513" w:type="pct"/>
            <w:tcMar>
              <w:top w:w="68" w:type="dxa"/>
              <w:left w:w="78" w:type="dxa"/>
              <w:bottom w:w="68" w:type="dxa"/>
              <w:right w:w="78" w:type="dxa"/>
            </w:tcMar>
          </w:tcPr>
          <w:p w14:paraId="3D4FF973" w14:textId="77777777" w:rsidR="00787B6C" w:rsidRDefault="00690563">
            <w:proofErr w:type="spellStart"/>
            <w:r>
              <w:rPr>
                <w:color w:val="263238"/>
                <w:sz w:val="15"/>
              </w:rPr>
              <w:t>grafic</w:t>
            </w:r>
            <w:proofErr w:type="spellEnd"/>
            <w:r>
              <w:rPr>
                <w:color w:val="263238"/>
                <w:sz w:val="15"/>
              </w:rPr>
              <w:t xml:space="preserve"> / </w:t>
            </w:r>
            <w:proofErr w:type="spellStart"/>
            <w:r>
              <w:rPr>
                <w:color w:val="263238"/>
                <w:sz w:val="15"/>
              </w:rPr>
              <w:t>tendință</w:t>
            </w:r>
            <w:proofErr w:type="spellEnd"/>
          </w:p>
        </w:tc>
      </w:tr>
      <w:tr w:rsidR="00787B6C" w14:paraId="3B97B6EF" w14:textId="77777777" w:rsidTr="00690563">
        <w:trPr>
          <w:jc w:val="center"/>
        </w:trPr>
        <w:tc>
          <w:tcPr>
            <w:tcW w:w="1512" w:type="pct"/>
            <w:shd w:val="clear" w:color="auto" w:fill="F8FAFA"/>
            <w:tcMar>
              <w:top w:w="68" w:type="dxa"/>
              <w:left w:w="78" w:type="dxa"/>
              <w:bottom w:w="68" w:type="dxa"/>
              <w:right w:w="78" w:type="dxa"/>
            </w:tcMar>
          </w:tcPr>
          <w:p w14:paraId="63762E0F" w14:textId="77777777" w:rsidR="00787B6C" w:rsidRDefault="00690563">
            <w:r>
              <w:rPr>
                <w:color w:val="263238"/>
                <w:sz w:val="15"/>
              </w:rPr>
              <w:t xml:space="preserve">3. </w:t>
            </w:r>
            <w:proofErr w:type="spellStart"/>
            <w:r>
              <w:rPr>
                <w:color w:val="263238"/>
                <w:sz w:val="15"/>
              </w:rPr>
              <w:t>Interpretare</w:t>
            </w:r>
            <w:proofErr w:type="spellEnd"/>
          </w:p>
        </w:tc>
        <w:tc>
          <w:tcPr>
            <w:tcW w:w="1975" w:type="pct"/>
            <w:shd w:val="clear" w:color="auto" w:fill="F8FAFA"/>
            <w:tcMar>
              <w:top w:w="68" w:type="dxa"/>
              <w:left w:w="78" w:type="dxa"/>
              <w:bottom w:w="68" w:type="dxa"/>
              <w:right w:w="78" w:type="dxa"/>
            </w:tcMar>
          </w:tcPr>
          <w:p w14:paraId="47D1D6DB" w14:textId="340BBD3F" w:rsidR="00787B6C" w:rsidRPr="00E14EE9" w:rsidRDefault="00690563">
            <w:pPr>
              <w:rPr>
                <w:lang w:val="it-CH"/>
              </w:rPr>
            </w:pPr>
            <w:r w:rsidRPr="00E14EE9">
              <w:rPr>
                <w:color w:val="263238"/>
                <w:sz w:val="15"/>
                <w:lang w:val="it-CH"/>
              </w:rPr>
              <w:t xml:space="preserve">distinge </w:t>
            </w:r>
            <w:r w:rsidR="008A4A9D" w:rsidRPr="00E14EE9">
              <w:rPr>
                <w:color w:val="263238"/>
                <w:sz w:val="15"/>
                <w:lang w:val="it-CH"/>
              </w:rPr>
              <w:t xml:space="preserve">diferența dintre </w:t>
            </w:r>
            <w:r w:rsidRPr="00E14EE9">
              <w:rPr>
                <w:color w:val="263238"/>
                <w:sz w:val="15"/>
                <w:lang w:val="it-CH"/>
              </w:rPr>
              <w:t xml:space="preserve">vreme </w:t>
            </w:r>
            <w:r w:rsidR="008A4A9D" w:rsidRPr="00E14EE9">
              <w:rPr>
                <w:color w:val="263238"/>
                <w:sz w:val="15"/>
                <w:lang w:val="it-CH"/>
              </w:rPr>
              <w:t>și</w:t>
            </w:r>
            <w:r w:rsidRPr="00E14EE9">
              <w:rPr>
                <w:color w:val="263238"/>
                <w:sz w:val="15"/>
                <w:lang w:val="it-CH"/>
              </w:rPr>
              <w:t xml:space="preserve"> climă și </w:t>
            </w:r>
            <w:r w:rsidR="008A4A9D" w:rsidRPr="00E14EE9">
              <w:rPr>
                <w:color w:val="263238"/>
                <w:sz w:val="15"/>
                <w:lang w:val="it-CH"/>
              </w:rPr>
              <w:t xml:space="preserve">dintre </w:t>
            </w:r>
            <w:r w:rsidRPr="00E14EE9">
              <w:rPr>
                <w:color w:val="263238"/>
                <w:sz w:val="15"/>
                <w:lang w:val="it-CH"/>
              </w:rPr>
              <w:t xml:space="preserve">variabilitate </w:t>
            </w:r>
            <w:r w:rsidR="008A4A9D" w:rsidRPr="00E14EE9">
              <w:rPr>
                <w:color w:val="263238"/>
                <w:sz w:val="15"/>
                <w:lang w:val="it-CH"/>
              </w:rPr>
              <w:t>și</w:t>
            </w:r>
            <w:r w:rsidRPr="00E14EE9">
              <w:rPr>
                <w:color w:val="263238"/>
                <w:sz w:val="15"/>
                <w:lang w:val="it-CH"/>
              </w:rPr>
              <w:t xml:space="preserve"> tendință</w:t>
            </w:r>
          </w:p>
        </w:tc>
        <w:tc>
          <w:tcPr>
            <w:tcW w:w="1513" w:type="pct"/>
            <w:shd w:val="clear" w:color="auto" w:fill="F8FAFA"/>
            <w:tcMar>
              <w:top w:w="68" w:type="dxa"/>
              <w:left w:w="78" w:type="dxa"/>
              <w:bottom w:w="68" w:type="dxa"/>
              <w:right w:w="78" w:type="dxa"/>
            </w:tcMar>
          </w:tcPr>
          <w:p w14:paraId="582C6E7E" w14:textId="77777777" w:rsidR="00787B6C" w:rsidRDefault="00690563">
            <w:proofErr w:type="spellStart"/>
            <w:r>
              <w:rPr>
                <w:color w:val="263238"/>
                <w:sz w:val="15"/>
              </w:rPr>
              <w:t>concluzie</w:t>
            </w:r>
            <w:proofErr w:type="spellEnd"/>
            <w:r>
              <w:rPr>
                <w:color w:val="263238"/>
                <w:sz w:val="15"/>
              </w:rPr>
              <w:t xml:space="preserve"> </w:t>
            </w:r>
            <w:proofErr w:type="spellStart"/>
            <w:r>
              <w:rPr>
                <w:color w:val="263238"/>
                <w:sz w:val="15"/>
              </w:rPr>
              <w:t>nuanțată</w:t>
            </w:r>
            <w:proofErr w:type="spellEnd"/>
          </w:p>
        </w:tc>
      </w:tr>
      <w:tr w:rsidR="00787B6C" w14:paraId="605E3612" w14:textId="77777777" w:rsidTr="00690563">
        <w:trPr>
          <w:jc w:val="center"/>
        </w:trPr>
        <w:tc>
          <w:tcPr>
            <w:tcW w:w="1512" w:type="pct"/>
            <w:tcMar>
              <w:top w:w="68" w:type="dxa"/>
              <w:left w:w="78" w:type="dxa"/>
              <w:bottom w:w="68" w:type="dxa"/>
              <w:right w:w="78" w:type="dxa"/>
            </w:tcMar>
          </w:tcPr>
          <w:p w14:paraId="4651BC86" w14:textId="77777777" w:rsidR="00787B6C" w:rsidRDefault="00690563">
            <w:r>
              <w:rPr>
                <w:color w:val="263238"/>
                <w:sz w:val="15"/>
              </w:rPr>
              <w:t xml:space="preserve">4. </w:t>
            </w:r>
            <w:proofErr w:type="spellStart"/>
            <w:r>
              <w:rPr>
                <w:color w:val="263238"/>
                <w:sz w:val="15"/>
              </w:rPr>
              <w:t>Sursă</w:t>
            </w:r>
            <w:proofErr w:type="spellEnd"/>
          </w:p>
        </w:tc>
        <w:tc>
          <w:tcPr>
            <w:tcW w:w="1975" w:type="pct"/>
            <w:tcMar>
              <w:top w:w="68" w:type="dxa"/>
              <w:left w:w="78" w:type="dxa"/>
              <w:bottom w:w="68" w:type="dxa"/>
              <w:right w:w="78" w:type="dxa"/>
            </w:tcMar>
          </w:tcPr>
          <w:p w14:paraId="48BA4861" w14:textId="77777777" w:rsidR="00787B6C" w:rsidRPr="00E14EE9" w:rsidRDefault="00690563">
            <w:pPr>
              <w:rPr>
                <w:lang w:val="it-CH"/>
              </w:rPr>
            </w:pPr>
            <w:r w:rsidRPr="00E14EE9">
              <w:rPr>
                <w:color w:val="263238"/>
                <w:sz w:val="15"/>
                <w:lang w:val="it-CH"/>
              </w:rPr>
              <w:t>compară o sursă jurnalistică și una instituțională/științifică</w:t>
            </w:r>
          </w:p>
        </w:tc>
        <w:tc>
          <w:tcPr>
            <w:tcW w:w="1513" w:type="pct"/>
            <w:tcMar>
              <w:top w:w="68" w:type="dxa"/>
              <w:left w:w="78" w:type="dxa"/>
              <w:bottom w:w="68" w:type="dxa"/>
              <w:right w:w="78" w:type="dxa"/>
            </w:tcMar>
          </w:tcPr>
          <w:p w14:paraId="2D779A10" w14:textId="77777777" w:rsidR="00787B6C" w:rsidRDefault="00690563">
            <w:proofErr w:type="spellStart"/>
            <w:r>
              <w:rPr>
                <w:color w:val="263238"/>
                <w:sz w:val="15"/>
              </w:rPr>
              <w:t>fișă</w:t>
            </w:r>
            <w:proofErr w:type="spellEnd"/>
            <w:r>
              <w:rPr>
                <w:color w:val="263238"/>
                <w:sz w:val="15"/>
              </w:rPr>
              <w:t xml:space="preserve"> de </w:t>
            </w:r>
            <w:proofErr w:type="spellStart"/>
            <w:r>
              <w:rPr>
                <w:color w:val="263238"/>
                <w:sz w:val="15"/>
              </w:rPr>
              <w:t>verificare</w:t>
            </w:r>
            <w:proofErr w:type="spellEnd"/>
          </w:p>
        </w:tc>
      </w:tr>
      <w:tr w:rsidR="00787B6C" w14:paraId="6AA6ABCE" w14:textId="77777777" w:rsidTr="00690563">
        <w:trPr>
          <w:jc w:val="center"/>
        </w:trPr>
        <w:tc>
          <w:tcPr>
            <w:tcW w:w="1512" w:type="pct"/>
            <w:shd w:val="clear" w:color="auto" w:fill="F8FAFA"/>
            <w:tcMar>
              <w:top w:w="68" w:type="dxa"/>
              <w:left w:w="78" w:type="dxa"/>
              <w:bottom w:w="68" w:type="dxa"/>
              <w:right w:w="78" w:type="dxa"/>
            </w:tcMar>
          </w:tcPr>
          <w:p w14:paraId="194D3DB6" w14:textId="77777777" w:rsidR="00787B6C" w:rsidRDefault="00690563">
            <w:r>
              <w:rPr>
                <w:color w:val="263238"/>
                <w:sz w:val="15"/>
              </w:rPr>
              <w:t xml:space="preserve">5. </w:t>
            </w:r>
            <w:proofErr w:type="spellStart"/>
            <w:r>
              <w:rPr>
                <w:color w:val="263238"/>
                <w:sz w:val="15"/>
              </w:rPr>
              <w:t>Comunicare</w:t>
            </w:r>
            <w:proofErr w:type="spellEnd"/>
          </w:p>
        </w:tc>
        <w:tc>
          <w:tcPr>
            <w:tcW w:w="1975" w:type="pct"/>
            <w:shd w:val="clear" w:color="auto" w:fill="F8FAFA"/>
            <w:tcMar>
              <w:top w:w="68" w:type="dxa"/>
              <w:left w:w="78" w:type="dxa"/>
              <w:bottom w:w="68" w:type="dxa"/>
              <w:right w:w="78" w:type="dxa"/>
            </w:tcMar>
          </w:tcPr>
          <w:p w14:paraId="43453B8B" w14:textId="77777777" w:rsidR="00787B6C" w:rsidRPr="00E14EE9" w:rsidRDefault="00690563">
            <w:pPr>
              <w:rPr>
                <w:lang w:val="it-CH"/>
              </w:rPr>
            </w:pPr>
            <w:r w:rsidRPr="00E14EE9">
              <w:rPr>
                <w:color w:val="263238"/>
                <w:sz w:val="15"/>
                <w:lang w:val="it-CH"/>
              </w:rPr>
              <w:t>rescrie titlul într-o formă riguroasă</w:t>
            </w:r>
          </w:p>
        </w:tc>
        <w:tc>
          <w:tcPr>
            <w:tcW w:w="1513" w:type="pct"/>
            <w:shd w:val="clear" w:color="auto" w:fill="F8FAFA"/>
            <w:tcMar>
              <w:top w:w="68" w:type="dxa"/>
              <w:left w:w="78" w:type="dxa"/>
              <w:bottom w:w="68" w:type="dxa"/>
              <w:right w:w="78" w:type="dxa"/>
            </w:tcMar>
          </w:tcPr>
          <w:p w14:paraId="520A27D3" w14:textId="77777777" w:rsidR="00787B6C" w:rsidRDefault="00690563">
            <w:r>
              <w:rPr>
                <w:color w:val="263238"/>
                <w:sz w:val="15"/>
              </w:rPr>
              <w:t xml:space="preserve">feedback pe </w:t>
            </w:r>
            <w:proofErr w:type="spellStart"/>
            <w:r>
              <w:rPr>
                <w:color w:val="263238"/>
                <w:sz w:val="15"/>
              </w:rPr>
              <w:t>precizie</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limită</w:t>
            </w:r>
            <w:proofErr w:type="spellEnd"/>
          </w:p>
        </w:tc>
      </w:tr>
    </w:tbl>
    <w:p w14:paraId="1719FC18" w14:textId="77777777" w:rsidR="00690563" w:rsidRDefault="00690563"/>
    <w:tbl>
      <w:tblPr>
        <w:tblW w:w="5000" w:type="pct"/>
        <w:jc w:val="center"/>
        <w:tblLook w:val="04A0" w:firstRow="1" w:lastRow="0" w:firstColumn="1" w:lastColumn="0" w:noHBand="0" w:noVBand="1"/>
      </w:tblPr>
      <w:tblGrid>
        <w:gridCol w:w="4689"/>
        <w:gridCol w:w="5972"/>
      </w:tblGrid>
      <w:tr w:rsidR="00690563" w:rsidRPr="00E14EE9" w14:paraId="1CA4DC87" w14:textId="77777777" w:rsidTr="00690563">
        <w:trPr>
          <w:jc w:val="center"/>
        </w:trPr>
        <w:tc>
          <w:tcPr>
            <w:tcW w:w="2199" w:type="pct"/>
            <w:shd w:val="clear" w:color="auto" w:fill="B58A45"/>
            <w:tcMar>
              <w:top w:w="105" w:type="dxa"/>
              <w:left w:w="105" w:type="dxa"/>
              <w:bottom w:w="105" w:type="dxa"/>
              <w:right w:w="105" w:type="dxa"/>
            </w:tcMar>
          </w:tcPr>
          <w:p w14:paraId="5AE8DAAA" w14:textId="77777777" w:rsidR="00690563" w:rsidRDefault="00690563" w:rsidP="00690563">
            <w:pPr>
              <w:jc w:val="center"/>
            </w:pPr>
            <w:r>
              <w:rPr>
                <w:b/>
                <w:color w:val="FFFFFF"/>
                <w:sz w:val="15"/>
              </w:rPr>
              <w:t>CE ILUSTREAZĂ</w:t>
            </w:r>
          </w:p>
        </w:tc>
        <w:tc>
          <w:tcPr>
            <w:tcW w:w="2801" w:type="pct"/>
            <w:shd w:val="clear" w:color="auto" w:fill="F7F2E7"/>
            <w:tcMar>
              <w:top w:w="105" w:type="dxa"/>
              <w:left w:w="130" w:type="dxa"/>
              <w:bottom w:w="105" w:type="dxa"/>
              <w:right w:w="130" w:type="dxa"/>
            </w:tcMar>
          </w:tcPr>
          <w:p w14:paraId="3219A392" w14:textId="77777777" w:rsidR="00690563" w:rsidRPr="00E14EE9" w:rsidRDefault="00690563" w:rsidP="00690563">
            <w:pPr>
              <w:rPr>
                <w:lang w:val="it-CH"/>
              </w:rPr>
            </w:pPr>
            <w:r w:rsidRPr="00E14EE9">
              <w:rPr>
                <w:color w:val="263238"/>
                <w:sz w:val="17"/>
                <w:lang w:val="it-CH"/>
              </w:rPr>
              <w:t>În toate cele trei secvențe, elevul folosește informația geografică pentru a localiza, măsura, compara, explica și decide. Conținutul rămâne obligatoriu; se schimbă ceea ce face elevul cu el.</w:t>
            </w:r>
          </w:p>
        </w:tc>
      </w:tr>
    </w:tbl>
    <w:p w14:paraId="7BACDB44" w14:textId="77777777" w:rsidR="00787B6C" w:rsidRPr="00E14EE9" w:rsidRDefault="00690563">
      <w:pPr>
        <w:rPr>
          <w:lang w:val="it-CH"/>
        </w:rPr>
      </w:pPr>
      <w:r w:rsidRPr="00E14EE9">
        <w:rPr>
          <w:lang w:val="it-CH"/>
        </w:rPr>
        <w:br w:type="page"/>
      </w:r>
    </w:p>
    <w:tbl>
      <w:tblPr>
        <w:tblW w:w="5000" w:type="pct"/>
        <w:jc w:val="center"/>
        <w:tblLook w:val="04A0" w:firstRow="1" w:lastRow="0" w:firstColumn="1" w:lastColumn="0" w:noHBand="0" w:noVBand="1"/>
      </w:tblPr>
      <w:tblGrid>
        <w:gridCol w:w="4204"/>
        <w:gridCol w:w="6477"/>
      </w:tblGrid>
      <w:tr w:rsidR="00787B6C" w:rsidRPr="00E14EE9" w14:paraId="43DF8A3A" w14:textId="77777777" w:rsidTr="00EC2742">
        <w:trPr>
          <w:jc w:val="center"/>
        </w:trPr>
        <w:tc>
          <w:tcPr>
            <w:tcW w:w="1968" w:type="pct"/>
            <w:shd w:val="clear" w:color="auto" w:fill="2B6478"/>
            <w:tcMar>
              <w:top w:w="145" w:type="dxa"/>
              <w:left w:w="110" w:type="dxa"/>
              <w:bottom w:w="145" w:type="dxa"/>
              <w:right w:w="110" w:type="dxa"/>
            </w:tcMar>
          </w:tcPr>
          <w:p w14:paraId="3164B0B2" w14:textId="77777777" w:rsidR="00787B6C" w:rsidRDefault="00690563">
            <w:pPr>
              <w:jc w:val="center"/>
            </w:pPr>
            <w:r>
              <w:rPr>
                <w:b/>
                <w:color w:val="FFFFFF"/>
                <w:sz w:val="30"/>
              </w:rPr>
              <w:lastRenderedPageBreak/>
              <w:t>27</w:t>
            </w:r>
          </w:p>
        </w:tc>
        <w:tc>
          <w:tcPr>
            <w:tcW w:w="3032" w:type="pct"/>
            <w:shd w:val="clear" w:color="auto" w:fill="17324D"/>
            <w:tcMar>
              <w:top w:w="120" w:type="dxa"/>
              <w:left w:w="145" w:type="dxa"/>
              <w:bottom w:w="120" w:type="dxa"/>
              <w:right w:w="145" w:type="dxa"/>
            </w:tcMar>
          </w:tcPr>
          <w:p w14:paraId="7EDB7334" w14:textId="77777777" w:rsidR="00787B6C" w:rsidRPr="00E14EE9" w:rsidRDefault="00690563">
            <w:pPr>
              <w:rPr>
                <w:lang w:val="it-CH"/>
              </w:rPr>
            </w:pPr>
            <w:r w:rsidRPr="00E14EE9">
              <w:rPr>
                <w:b/>
                <w:color w:val="FFFFFF"/>
                <w:sz w:val="25"/>
                <w:lang w:val="it-CH"/>
              </w:rPr>
              <w:t>CE MAI FOLOSIM DIN REPERELE 2021?</w:t>
            </w:r>
            <w:r w:rsidRPr="00E14EE9">
              <w:rPr>
                <w:lang w:val="it-CH"/>
              </w:rPr>
              <w:br/>
            </w:r>
            <w:r w:rsidRPr="00E14EE9">
              <w:rPr>
                <w:color w:val="DFE8EA"/>
                <w:sz w:val="16"/>
                <w:lang w:val="it-CH"/>
              </w:rPr>
              <w:t>Documentul din 2021 conține o bază metodologică valoroasă, dar trebuie recitit selectiv.</w:t>
            </w:r>
          </w:p>
        </w:tc>
      </w:tr>
    </w:tbl>
    <w:p w14:paraId="71C6A21E" w14:textId="77777777" w:rsidR="00EC2742" w:rsidRPr="00E14EE9" w:rsidRDefault="00EC2742">
      <w:pPr>
        <w:rPr>
          <w:lang w:val="it-CH"/>
        </w:rPr>
      </w:pPr>
    </w:p>
    <w:tbl>
      <w:tblPr>
        <w:tblW w:w="5000" w:type="pct"/>
        <w:jc w:val="center"/>
        <w:tblBorders>
          <w:top w:val="single" w:sz="4" w:space="0" w:color="D7E0DE"/>
          <w:left w:val="single" w:sz="4" w:space="0" w:color="D7E0DE"/>
          <w:bottom w:val="single" w:sz="4" w:space="0" w:color="D7E0DE"/>
          <w:right w:val="single" w:sz="4" w:space="0" w:color="D7E0DE"/>
          <w:insideH w:val="single" w:sz="4" w:space="0" w:color="D7E0DE"/>
          <w:insideV w:val="single" w:sz="4" w:space="0" w:color="D7E0DE"/>
        </w:tblBorders>
        <w:tblLook w:val="04A0" w:firstRow="1" w:lastRow="0" w:firstColumn="1" w:lastColumn="0" w:noHBand="0" w:noVBand="1"/>
      </w:tblPr>
      <w:tblGrid>
        <w:gridCol w:w="4175"/>
        <w:gridCol w:w="2783"/>
        <w:gridCol w:w="3632"/>
      </w:tblGrid>
      <w:tr w:rsidR="00EC2742" w14:paraId="7ECFC66F" w14:textId="77777777" w:rsidTr="00EC2742">
        <w:trPr>
          <w:jc w:val="center"/>
        </w:trPr>
        <w:tc>
          <w:tcPr>
            <w:tcW w:w="1971" w:type="pct"/>
            <w:shd w:val="clear" w:color="auto" w:fill="17324D"/>
            <w:tcMar>
              <w:top w:w="76" w:type="dxa"/>
              <w:left w:w="82" w:type="dxa"/>
              <w:bottom w:w="76" w:type="dxa"/>
              <w:right w:w="82" w:type="dxa"/>
            </w:tcMar>
          </w:tcPr>
          <w:p w14:paraId="6C464AF0" w14:textId="6EBA52F0" w:rsidR="00EC2742" w:rsidRDefault="00EC2742" w:rsidP="0067267A">
            <w:pPr>
              <w:jc w:val="center"/>
            </w:pPr>
            <w:r>
              <w:rPr>
                <w:b/>
                <w:color w:val="FFFFFF"/>
                <w:sz w:val="14"/>
              </w:rPr>
              <w:t>SECȚIUNE 2021</w:t>
            </w:r>
          </w:p>
        </w:tc>
        <w:tc>
          <w:tcPr>
            <w:tcW w:w="1314" w:type="pct"/>
            <w:shd w:val="clear" w:color="auto" w:fill="2B6478"/>
            <w:tcMar>
              <w:top w:w="76" w:type="dxa"/>
              <w:left w:w="82" w:type="dxa"/>
              <w:bottom w:w="76" w:type="dxa"/>
              <w:right w:w="82" w:type="dxa"/>
            </w:tcMar>
          </w:tcPr>
          <w:p w14:paraId="5FB5C4B5" w14:textId="77777777" w:rsidR="00EC2742" w:rsidRDefault="00EC2742" w:rsidP="0067267A">
            <w:pPr>
              <w:jc w:val="center"/>
            </w:pPr>
            <w:r>
              <w:rPr>
                <w:b/>
                <w:color w:val="FFFFFF"/>
                <w:sz w:val="14"/>
              </w:rPr>
              <w:t>PAGINI</w:t>
            </w:r>
          </w:p>
        </w:tc>
        <w:tc>
          <w:tcPr>
            <w:tcW w:w="1715" w:type="pct"/>
            <w:shd w:val="clear" w:color="auto" w:fill="3E755A"/>
            <w:tcMar>
              <w:top w:w="76" w:type="dxa"/>
              <w:left w:w="82" w:type="dxa"/>
              <w:bottom w:w="76" w:type="dxa"/>
              <w:right w:w="82" w:type="dxa"/>
            </w:tcMar>
          </w:tcPr>
          <w:p w14:paraId="5B4846C4" w14:textId="77777777" w:rsidR="00EC2742" w:rsidRDefault="00EC2742" w:rsidP="0067267A">
            <w:pPr>
              <w:jc w:val="center"/>
            </w:pPr>
            <w:r>
              <w:rPr>
                <w:b/>
                <w:color w:val="FFFFFF"/>
                <w:sz w:val="14"/>
              </w:rPr>
              <w:t>STATUT</w:t>
            </w:r>
          </w:p>
        </w:tc>
      </w:tr>
      <w:tr w:rsidR="00EC2742" w:rsidRPr="00E14EE9" w14:paraId="6A78052D" w14:textId="77777777" w:rsidTr="00EC2742">
        <w:trPr>
          <w:jc w:val="center"/>
        </w:trPr>
        <w:tc>
          <w:tcPr>
            <w:tcW w:w="1971" w:type="pct"/>
            <w:shd w:val="clear" w:color="auto" w:fill="F8FAFA"/>
            <w:tcMar>
              <w:top w:w="68" w:type="dxa"/>
              <w:left w:w="78" w:type="dxa"/>
              <w:bottom w:w="68" w:type="dxa"/>
              <w:right w:w="78" w:type="dxa"/>
            </w:tcMar>
          </w:tcPr>
          <w:p w14:paraId="03FC8C7C" w14:textId="77777777" w:rsidR="00EC2742" w:rsidRDefault="00EC2742" w:rsidP="0067267A">
            <w:proofErr w:type="spellStart"/>
            <w:r>
              <w:rPr>
                <w:color w:val="263238"/>
                <w:sz w:val="15"/>
              </w:rPr>
              <w:t>Specificul</w:t>
            </w:r>
            <w:proofErr w:type="spellEnd"/>
            <w:r>
              <w:rPr>
                <w:color w:val="263238"/>
                <w:sz w:val="15"/>
              </w:rPr>
              <w:t xml:space="preserve"> </w:t>
            </w:r>
            <w:proofErr w:type="spellStart"/>
            <w:r>
              <w:rPr>
                <w:color w:val="263238"/>
                <w:sz w:val="15"/>
              </w:rPr>
              <w:t>disciplinei</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continuitatea</w:t>
            </w:r>
            <w:proofErr w:type="spellEnd"/>
          </w:p>
        </w:tc>
        <w:tc>
          <w:tcPr>
            <w:tcW w:w="1314" w:type="pct"/>
            <w:shd w:val="clear" w:color="auto" w:fill="F8FAFA"/>
            <w:tcMar>
              <w:top w:w="68" w:type="dxa"/>
              <w:left w:w="78" w:type="dxa"/>
              <w:bottom w:w="68" w:type="dxa"/>
              <w:right w:w="78" w:type="dxa"/>
            </w:tcMar>
          </w:tcPr>
          <w:p w14:paraId="0AA623C7" w14:textId="77777777" w:rsidR="00EC2742" w:rsidRDefault="00EC2742" w:rsidP="0067267A">
            <w:r>
              <w:rPr>
                <w:color w:val="263238"/>
                <w:sz w:val="15"/>
              </w:rPr>
              <w:t>2–5</w:t>
            </w:r>
          </w:p>
        </w:tc>
        <w:tc>
          <w:tcPr>
            <w:tcW w:w="1715" w:type="pct"/>
            <w:shd w:val="clear" w:color="auto" w:fill="F8FAFA"/>
            <w:tcMar>
              <w:top w:w="68" w:type="dxa"/>
              <w:left w:w="78" w:type="dxa"/>
              <w:bottom w:w="68" w:type="dxa"/>
              <w:right w:w="78" w:type="dxa"/>
            </w:tcMar>
          </w:tcPr>
          <w:p w14:paraId="22B73BA6" w14:textId="77777777" w:rsidR="00EC2742" w:rsidRPr="00E14EE9" w:rsidRDefault="00EC2742" w:rsidP="0067267A">
            <w:pPr>
              <w:rPr>
                <w:lang w:val="it-CH"/>
              </w:rPr>
            </w:pPr>
            <w:r w:rsidRPr="00E14EE9">
              <w:rPr>
                <w:color w:val="263238"/>
                <w:sz w:val="15"/>
                <w:lang w:val="it-CH"/>
              </w:rPr>
              <w:t>rămâne utilă ca analiză de verticalitate</w:t>
            </w:r>
          </w:p>
        </w:tc>
      </w:tr>
      <w:tr w:rsidR="00EC2742" w:rsidRPr="00E14EE9" w14:paraId="2687F7CA" w14:textId="77777777" w:rsidTr="00EC2742">
        <w:trPr>
          <w:jc w:val="center"/>
        </w:trPr>
        <w:tc>
          <w:tcPr>
            <w:tcW w:w="1971" w:type="pct"/>
            <w:tcMar>
              <w:top w:w="68" w:type="dxa"/>
              <w:left w:w="78" w:type="dxa"/>
              <w:bottom w:w="68" w:type="dxa"/>
              <w:right w:w="78" w:type="dxa"/>
            </w:tcMar>
          </w:tcPr>
          <w:p w14:paraId="196B8031" w14:textId="53A10A82" w:rsidR="00EC2742" w:rsidRDefault="00A8791D" w:rsidP="0067267A">
            <w:proofErr w:type="spellStart"/>
            <w:r>
              <w:rPr>
                <w:color w:val="263238"/>
                <w:sz w:val="15"/>
              </w:rPr>
              <w:t>A</w:t>
            </w:r>
            <w:r w:rsidR="00EC2742">
              <w:rPr>
                <w:color w:val="263238"/>
                <w:sz w:val="15"/>
              </w:rPr>
              <w:t>ctivități</w:t>
            </w:r>
            <w:proofErr w:type="spellEnd"/>
            <w:r w:rsidR="0078593B">
              <w:rPr>
                <w:color w:val="263238"/>
                <w:sz w:val="15"/>
              </w:rPr>
              <w:t xml:space="preserve"> de </w:t>
            </w:r>
            <w:proofErr w:type="spellStart"/>
            <w:r w:rsidR="0078593B">
              <w:rPr>
                <w:color w:val="263238"/>
                <w:sz w:val="15"/>
              </w:rPr>
              <w:t>învățare</w:t>
            </w:r>
            <w:proofErr w:type="spellEnd"/>
          </w:p>
        </w:tc>
        <w:tc>
          <w:tcPr>
            <w:tcW w:w="1314" w:type="pct"/>
            <w:tcMar>
              <w:top w:w="68" w:type="dxa"/>
              <w:left w:w="78" w:type="dxa"/>
              <w:bottom w:w="68" w:type="dxa"/>
              <w:right w:w="78" w:type="dxa"/>
            </w:tcMar>
          </w:tcPr>
          <w:p w14:paraId="4C21A068" w14:textId="77777777" w:rsidR="00EC2742" w:rsidRDefault="00EC2742" w:rsidP="0067267A">
            <w:r>
              <w:rPr>
                <w:color w:val="263238"/>
                <w:sz w:val="15"/>
              </w:rPr>
              <w:t>5–11</w:t>
            </w:r>
          </w:p>
        </w:tc>
        <w:tc>
          <w:tcPr>
            <w:tcW w:w="1715" w:type="pct"/>
            <w:tcMar>
              <w:top w:w="68" w:type="dxa"/>
              <w:left w:w="78" w:type="dxa"/>
              <w:bottom w:w="68" w:type="dxa"/>
              <w:right w:w="78" w:type="dxa"/>
            </w:tcMar>
          </w:tcPr>
          <w:p w14:paraId="41138FFF" w14:textId="4F4B50FE" w:rsidR="00EC2742" w:rsidRPr="00E14EE9" w:rsidRDefault="0078593B" w:rsidP="0067267A">
            <w:pPr>
              <w:rPr>
                <w:lang w:val="it-CH"/>
              </w:rPr>
            </w:pPr>
            <w:r w:rsidRPr="00E14EE9">
              <w:rPr>
                <w:color w:val="263238"/>
                <w:sz w:val="15"/>
                <w:lang w:val="it-CH"/>
              </w:rPr>
              <w:t>sursă</w:t>
            </w:r>
            <w:r w:rsidR="00EC2742" w:rsidRPr="00E14EE9">
              <w:rPr>
                <w:color w:val="263238"/>
                <w:sz w:val="15"/>
                <w:lang w:val="it-CH"/>
              </w:rPr>
              <w:t xml:space="preserve"> de idei pentru hărți, GIS,</w:t>
            </w:r>
            <w:r w:rsidR="00C81922" w:rsidRPr="00E14EE9">
              <w:rPr>
                <w:color w:val="263238"/>
                <w:sz w:val="15"/>
                <w:lang w:val="it-CH"/>
              </w:rPr>
              <w:t xml:space="preserve"> aplicații pe</w:t>
            </w:r>
            <w:r w:rsidR="00EC2742" w:rsidRPr="00E14EE9">
              <w:rPr>
                <w:color w:val="263238"/>
                <w:sz w:val="15"/>
                <w:lang w:val="it-CH"/>
              </w:rPr>
              <w:t xml:space="preserve"> teren, scheme și clasa inversată</w:t>
            </w:r>
          </w:p>
        </w:tc>
      </w:tr>
      <w:tr w:rsidR="00EC2742" w:rsidRPr="00E14EE9" w14:paraId="6101FDBC" w14:textId="77777777" w:rsidTr="00EC2742">
        <w:trPr>
          <w:jc w:val="center"/>
        </w:trPr>
        <w:tc>
          <w:tcPr>
            <w:tcW w:w="1971" w:type="pct"/>
            <w:shd w:val="clear" w:color="auto" w:fill="F8FAFA"/>
            <w:tcMar>
              <w:top w:w="68" w:type="dxa"/>
              <w:left w:w="78" w:type="dxa"/>
              <w:bottom w:w="68" w:type="dxa"/>
              <w:right w:w="78" w:type="dxa"/>
            </w:tcMar>
          </w:tcPr>
          <w:p w14:paraId="4939C52B" w14:textId="77777777" w:rsidR="00EC2742" w:rsidRDefault="00EC2742" w:rsidP="0067267A">
            <w:proofErr w:type="spellStart"/>
            <w:r>
              <w:rPr>
                <w:color w:val="263238"/>
                <w:sz w:val="15"/>
              </w:rPr>
              <w:t>Conținuturi</w:t>
            </w:r>
            <w:proofErr w:type="spellEnd"/>
            <w:r>
              <w:rPr>
                <w:color w:val="263238"/>
                <w:sz w:val="15"/>
              </w:rPr>
              <w:t xml:space="preserve"> VIII–IX</w:t>
            </w:r>
          </w:p>
        </w:tc>
        <w:tc>
          <w:tcPr>
            <w:tcW w:w="1314" w:type="pct"/>
            <w:shd w:val="clear" w:color="auto" w:fill="F8FAFA"/>
            <w:tcMar>
              <w:top w:w="68" w:type="dxa"/>
              <w:left w:w="78" w:type="dxa"/>
              <w:bottom w:w="68" w:type="dxa"/>
              <w:right w:w="78" w:type="dxa"/>
            </w:tcMar>
          </w:tcPr>
          <w:p w14:paraId="484DD2B8" w14:textId="77777777" w:rsidR="00EC2742" w:rsidRDefault="00EC2742" w:rsidP="0067267A">
            <w:r>
              <w:rPr>
                <w:color w:val="263238"/>
                <w:sz w:val="15"/>
              </w:rPr>
              <w:t xml:space="preserve">11–13 </w:t>
            </w:r>
            <w:proofErr w:type="spellStart"/>
            <w:r>
              <w:rPr>
                <w:color w:val="263238"/>
                <w:sz w:val="15"/>
              </w:rPr>
              <w:t>și</w:t>
            </w:r>
            <w:proofErr w:type="spellEnd"/>
            <w:r>
              <w:rPr>
                <w:color w:val="263238"/>
                <w:sz w:val="15"/>
              </w:rPr>
              <w:t xml:space="preserve"> </w:t>
            </w:r>
            <w:proofErr w:type="spellStart"/>
            <w:r>
              <w:rPr>
                <w:color w:val="263238"/>
                <w:sz w:val="15"/>
              </w:rPr>
              <w:t>urm</w:t>
            </w:r>
            <w:proofErr w:type="spellEnd"/>
            <w:r>
              <w:rPr>
                <w:color w:val="263238"/>
                <w:sz w:val="15"/>
              </w:rPr>
              <w:t>.</w:t>
            </w:r>
          </w:p>
        </w:tc>
        <w:tc>
          <w:tcPr>
            <w:tcW w:w="1715" w:type="pct"/>
            <w:shd w:val="clear" w:color="auto" w:fill="F8FAFA"/>
            <w:tcMar>
              <w:top w:w="68" w:type="dxa"/>
              <w:left w:w="78" w:type="dxa"/>
              <w:bottom w:w="68" w:type="dxa"/>
              <w:right w:w="78" w:type="dxa"/>
            </w:tcMar>
          </w:tcPr>
          <w:p w14:paraId="6C99BD59" w14:textId="77777777" w:rsidR="00EC2742" w:rsidRPr="00E14EE9" w:rsidRDefault="00EC2742" w:rsidP="0067267A">
            <w:pPr>
              <w:rPr>
                <w:lang w:val="it-CH"/>
              </w:rPr>
            </w:pPr>
            <w:r w:rsidRPr="00E14EE9">
              <w:rPr>
                <w:color w:val="263238"/>
                <w:sz w:val="15"/>
                <w:lang w:val="it-CH"/>
              </w:rPr>
              <w:t>util pentru ancore; structura clasei IX trebuie actualizată</w:t>
            </w:r>
          </w:p>
        </w:tc>
      </w:tr>
      <w:tr w:rsidR="00EC2742" w:rsidRPr="00E14EE9" w14:paraId="129E2BF8" w14:textId="77777777" w:rsidTr="00EC2742">
        <w:trPr>
          <w:jc w:val="center"/>
        </w:trPr>
        <w:tc>
          <w:tcPr>
            <w:tcW w:w="1971" w:type="pct"/>
            <w:tcMar>
              <w:top w:w="68" w:type="dxa"/>
              <w:left w:w="78" w:type="dxa"/>
              <w:bottom w:w="68" w:type="dxa"/>
              <w:right w:w="78" w:type="dxa"/>
            </w:tcMar>
          </w:tcPr>
          <w:p w14:paraId="246FFF9F" w14:textId="77777777" w:rsidR="00EC2742" w:rsidRDefault="00EC2742" w:rsidP="0067267A">
            <w:proofErr w:type="spellStart"/>
            <w:r>
              <w:rPr>
                <w:color w:val="263238"/>
                <w:sz w:val="15"/>
              </w:rPr>
              <w:t>Evaluare</w:t>
            </w:r>
            <w:proofErr w:type="spellEnd"/>
            <w:r>
              <w:rPr>
                <w:color w:val="263238"/>
                <w:sz w:val="15"/>
              </w:rPr>
              <w:t>/</w:t>
            </w:r>
            <w:proofErr w:type="spellStart"/>
            <w:r>
              <w:rPr>
                <w:color w:val="263238"/>
                <w:sz w:val="15"/>
              </w:rPr>
              <w:t>diagnoză</w:t>
            </w:r>
            <w:proofErr w:type="spellEnd"/>
          </w:p>
        </w:tc>
        <w:tc>
          <w:tcPr>
            <w:tcW w:w="1314" w:type="pct"/>
            <w:tcMar>
              <w:top w:w="68" w:type="dxa"/>
              <w:left w:w="78" w:type="dxa"/>
              <w:bottom w:w="68" w:type="dxa"/>
              <w:right w:w="78" w:type="dxa"/>
            </w:tcMar>
          </w:tcPr>
          <w:p w14:paraId="77AE46EF" w14:textId="77777777" w:rsidR="00EC2742" w:rsidRDefault="00EC2742" w:rsidP="0067267A">
            <w:proofErr w:type="spellStart"/>
            <w:r>
              <w:rPr>
                <w:color w:val="263238"/>
                <w:sz w:val="15"/>
              </w:rPr>
              <w:t>secțiunile</w:t>
            </w:r>
            <w:proofErr w:type="spellEnd"/>
            <w:r>
              <w:rPr>
                <w:color w:val="263238"/>
                <w:sz w:val="15"/>
              </w:rPr>
              <w:t xml:space="preserve"> dedicate</w:t>
            </w:r>
          </w:p>
        </w:tc>
        <w:tc>
          <w:tcPr>
            <w:tcW w:w="1715" w:type="pct"/>
            <w:tcMar>
              <w:top w:w="68" w:type="dxa"/>
              <w:left w:w="78" w:type="dxa"/>
              <w:bottom w:w="68" w:type="dxa"/>
              <w:right w:w="78" w:type="dxa"/>
            </w:tcMar>
          </w:tcPr>
          <w:p w14:paraId="73E4264C" w14:textId="77777777" w:rsidR="00EC2742" w:rsidRPr="00E14EE9" w:rsidRDefault="00EC2742" w:rsidP="0067267A">
            <w:pPr>
              <w:rPr>
                <w:lang w:val="it-CH"/>
              </w:rPr>
            </w:pPr>
            <w:r w:rsidRPr="00E14EE9">
              <w:rPr>
                <w:color w:val="263238"/>
                <w:sz w:val="15"/>
                <w:lang w:val="it-CH"/>
              </w:rPr>
              <w:t>principiul rămâne valabil; standardele 2026 devin reper</w:t>
            </w:r>
          </w:p>
        </w:tc>
      </w:tr>
      <w:tr w:rsidR="00EC2742" w14:paraId="19D05AEF" w14:textId="77777777" w:rsidTr="00EC2742">
        <w:trPr>
          <w:jc w:val="center"/>
        </w:trPr>
        <w:tc>
          <w:tcPr>
            <w:tcW w:w="1971" w:type="pct"/>
            <w:shd w:val="clear" w:color="auto" w:fill="F8FAFA"/>
            <w:tcMar>
              <w:top w:w="68" w:type="dxa"/>
              <w:left w:w="78" w:type="dxa"/>
              <w:bottom w:w="68" w:type="dxa"/>
              <w:right w:w="78" w:type="dxa"/>
            </w:tcMar>
          </w:tcPr>
          <w:p w14:paraId="59099465" w14:textId="77777777" w:rsidR="00EC2742" w:rsidRDefault="00EC2742" w:rsidP="0067267A">
            <w:r>
              <w:rPr>
                <w:color w:val="263238"/>
                <w:sz w:val="15"/>
              </w:rPr>
              <w:t>Digital/GIS</w:t>
            </w:r>
          </w:p>
        </w:tc>
        <w:tc>
          <w:tcPr>
            <w:tcW w:w="1314" w:type="pct"/>
            <w:shd w:val="clear" w:color="auto" w:fill="F8FAFA"/>
            <w:tcMar>
              <w:top w:w="68" w:type="dxa"/>
              <w:left w:w="78" w:type="dxa"/>
              <w:bottom w:w="68" w:type="dxa"/>
              <w:right w:w="78" w:type="dxa"/>
            </w:tcMar>
          </w:tcPr>
          <w:p w14:paraId="5F8ED595" w14:textId="77777777" w:rsidR="00EC2742" w:rsidRDefault="00EC2742" w:rsidP="0067267A">
            <w:proofErr w:type="spellStart"/>
            <w:r>
              <w:rPr>
                <w:color w:val="263238"/>
                <w:sz w:val="15"/>
              </w:rPr>
              <w:t>exemple</w:t>
            </w:r>
            <w:proofErr w:type="spellEnd"/>
            <w:r>
              <w:rPr>
                <w:color w:val="263238"/>
                <w:sz w:val="15"/>
              </w:rPr>
              <w:t xml:space="preserve"> </w:t>
            </w:r>
            <w:proofErr w:type="spellStart"/>
            <w:r>
              <w:rPr>
                <w:color w:val="263238"/>
                <w:sz w:val="15"/>
              </w:rPr>
              <w:t>în</w:t>
            </w:r>
            <w:proofErr w:type="spellEnd"/>
            <w:r>
              <w:rPr>
                <w:color w:val="263238"/>
                <w:sz w:val="15"/>
              </w:rPr>
              <w:t xml:space="preserve"> </w:t>
            </w:r>
            <w:proofErr w:type="spellStart"/>
            <w:r>
              <w:rPr>
                <w:color w:val="263238"/>
                <w:sz w:val="15"/>
              </w:rPr>
              <w:t>întregul</w:t>
            </w:r>
            <w:proofErr w:type="spellEnd"/>
            <w:r>
              <w:rPr>
                <w:color w:val="263238"/>
                <w:sz w:val="15"/>
              </w:rPr>
              <w:t xml:space="preserve"> document</w:t>
            </w:r>
          </w:p>
        </w:tc>
        <w:tc>
          <w:tcPr>
            <w:tcW w:w="1715" w:type="pct"/>
            <w:shd w:val="clear" w:color="auto" w:fill="F8FAFA"/>
            <w:tcMar>
              <w:top w:w="68" w:type="dxa"/>
              <w:left w:w="78" w:type="dxa"/>
              <w:bottom w:w="68" w:type="dxa"/>
              <w:right w:w="78" w:type="dxa"/>
            </w:tcMar>
          </w:tcPr>
          <w:p w14:paraId="05A4AEBE" w14:textId="77777777" w:rsidR="00EC2742" w:rsidRDefault="00EC2742" w:rsidP="0067267A">
            <w:proofErr w:type="spellStart"/>
            <w:r>
              <w:rPr>
                <w:color w:val="263238"/>
                <w:sz w:val="15"/>
              </w:rPr>
              <w:t>foarte</w:t>
            </w:r>
            <w:proofErr w:type="spellEnd"/>
            <w:r>
              <w:rPr>
                <w:color w:val="263238"/>
                <w:sz w:val="15"/>
              </w:rPr>
              <w:t xml:space="preserve"> relevant ca </w:t>
            </w:r>
            <w:proofErr w:type="spellStart"/>
            <w:r>
              <w:rPr>
                <w:color w:val="263238"/>
                <w:sz w:val="15"/>
              </w:rPr>
              <w:t>orientare</w:t>
            </w:r>
            <w:proofErr w:type="spellEnd"/>
            <w:r>
              <w:rPr>
                <w:color w:val="263238"/>
                <w:sz w:val="15"/>
              </w:rPr>
              <w:t xml:space="preserve">; </w:t>
            </w:r>
            <w:proofErr w:type="spellStart"/>
            <w:r>
              <w:rPr>
                <w:color w:val="263238"/>
                <w:sz w:val="15"/>
              </w:rPr>
              <w:t>instrumentele</w:t>
            </w:r>
            <w:proofErr w:type="spellEnd"/>
            <w:r>
              <w:rPr>
                <w:color w:val="263238"/>
                <w:sz w:val="15"/>
              </w:rPr>
              <w:t xml:space="preserve"> </w:t>
            </w:r>
            <w:proofErr w:type="spellStart"/>
            <w:r>
              <w:rPr>
                <w:color w:val="263238"/>
                <w:sz w:val="15"/>
              </w:rPr>
              <w:t>trebuie</w:t>
            </w:r>
            <w:proofErr w:type="spellEnd"/>
            <w:r>
              <w:rPr>
                <w:color w:val="263238"/>
                <w:sz w:val="15"/>
              </w:rPr>
              <w:t xml:space="preserve"> </w:t>
            </w:r>
            <w:proofErr w:type="spellStart"/>
            <w:r>
              <w:rPr>
                <w:color w:val="263238"/>
                <w:sz w:val="15"/>
              </w:rPr>
              <w:t>actualizate</w:t>
            </w:r>
            <w:proofErr w:type="spellEnd"/>
          </w:p>
        </w:tc>
      </w:tr>
      <w:tr w:rsidR="00EC2742" w14:paraId="7DA14100" w14:textId="77777777" w:rsidTr="00EC2742">
        <w:trPr>
          <w:jc w:val="center"/>
        </w:trPr>
        <w:tc>
          <w:tcPr>
            <w:tcW w:w="1971" w:type="pct"/>
            <w:tcMar>
              <w:top w:w="68" w:type="dxa"/>
              <w:left w:w="78" w:type="dxa"/>
              <w:bottom w:w="68" w:type="dxa"/>
              <w:right w:w="78" w:type="dxa"/>
            </w:tcMar>
          </w:tcPr>
          <w:p w14:paraId="693D473B" w14:textId="77777777" w:rsidR="00EC2742" w:rsidRDefault="00EC2742" w:rsidP="0067267A">
            <w:proofErr w:type="spellStart"/>
            <w:r>
              <w:rPr>
                <w:color w:val="263238"/>
                <w:sz w:val="15"/>
              </w:rPr>
              <w:t>Sprijin</w:t>
            </w:r>
            <w:proofErr w:type="spellEnd"/>
            <w:r>
              <w:rPr>
                <w:color w:val="263238"/>
                <w:sz w:val="15"/>
              </w:rPr>
              <w:t xml:space="preserve"> </w:t>
            </w:r>
            <w:proofErr w:type="spellStart"/>
            <w:r>
              <w:rPr>
                <w:color w:val="263238"/>
                <w:sz w:val="15"/>
              </w:rPr>
              <w:t>și</w:t>
            </w:r>
            <w:proofErr w:type="spellEnd"/>
            <w:r>
              <w:rPr>
                <w:color w:val="263238"/>
                <w:sz w:val="15"/>
              </w:rPr>
              <w:t xml:space="preserve"> </w:t>
            </w:r>
            <w:proofErr w:type="spellStart"/>
            <w:r>
              <w:rPr>
                <w:color w:val="263238"/>
                <w:sz w:val="15"/>
              </w:rPr>
              <w:t>diferențiere</w:t>
            </w:r>
            <w:proofErr w:type="spellEnd"/>
          </w:p>
        </w:tc>
        <w:tc>
          <w:tcPr>
            <w:tcW w:w="1314" w:type="pct"/>
            <w:tcMar>
              <w:top w:w="68" w:type="dxa"/>
              <w:left w:w="78" w:type="dxa"/>
              <w:bottom w:w="68" w:type="dxa"/>
              <w:right w:w="78" w:type="dxa"/>
            </w:tcMar>
          </w:tcPr>
          <w:p w14:paraId="6EE29C6A" w14:textId="77777777" w:rsidR="00EC2742" w:rsidRDefault="00EC2742" w:rsidP="0067267A">
            <w:proofErr w:type="spellStart"/>
            <w:r>
              <w:rPr>
                <w:color w:val="263238"/>
                <w:sz w:val="15"/>
              </w:rPr>
              <w:t>secțiunile</w:t>
            </w:r>
            <w:proofErr w:type="spellEnd"/>
            <w:r>
              <w:rPr>
                <w:color w:val="263238"/>
                <w:sz w:val="15"/>
              </w:rPr>
              <w:t xml:space="preserve"> </w:t>
            </w:r>
            <w:proofErr w:type="spellStart"/>
            <w:r>
              <w:rPr>
                <w:color w:val="263238"/>
                <w:sz w:val="15"/>
              </w:rPr>
              <w:t>remediale</w:t>
            </w:r>
            <w:proofErr w:type="spellEnd"/>
          </w:p>
        </w:tc>
        <w:tc>
          <w:tcPr>
            <w:tcW w:w="1715" w:type="pct"/>
            <w:tcMar>
              <w:top w:w="68" w:type="dxa"/>
              <w:left w:w="78" w:type="dxa"/>
              <w:bottom w:w="68" w:type="dxa"/>
              <w:right w:w="78" w:type="dxa"/>
            </w:tcMar>
          </w:tcPr>
          <w:p w14:paraId="069783A0" w14:textId="77777777" w:rsidR="00EC2742" w:rsidRDefault="00EC2742" w:rsidP="0067267A">
            <w:proofErr w:type="spellStart"/>
            <w:r>
              <w:rPr>
                <w:color w:val="263238"/>
                <w:sz w:val="15"/>
              </w:rPr>
              <w:t>principiile</w:t>
            </w:r>
            <w:proofErr w:type="spellEnd"/>
            <w:r>
              <w:rPr>
                <w:color w:val="263238"/>
                <w:sz w:val="15"/>
              </w:rPr>
              <w:t xml:space="preserve"> </w:t>
            </w:r>
            <w:proofErr w:type="spellStart"/>
            <w:r>
              <w:rPr>
                <w:color w:val="263238"/>
                <w:sz w:val="15"/>
              </w:rPr>
              <w:t>rămân</w:t>
            </w:r>
            <w:proofErr w:type="spellEnd"/>
            <w:r>
              <w:rPr>
                <w:color w:val="263238"/>
                <w:sz w:val="15"/>
              </w:rPr>
              <w:t xml:space="preserve"> </w:t>
            </w:r>
            <w:proofErr w:type="spellStart"/>
            <w:r>
              <w:rPr>
                <w:color w:val="263238"/>
                <w:sz w:val="15"/>
              </w:rPr>
              <w:t>valabile</w:t>
            </w:r>
            <w:proofErr w:type="spellEnd"/>
          </w:p>
        </w:tc>
      </w:tr>
    </w:tbl>
    <w:p w14:paraId="2E479FD4" w14:textId="77777777" w:rsidR="00EC2742" w:rsidRDefault="00EC2742"/>
    <w:tbl>
      <w:tblPr>
        <w:tblW w:w="5000" w:type="pct"/>
        <w:jc w:val="center"/>
        <w:tblLook w:val="04A0" w:firstRow="1" w:lastRow="0" w:firstColumn="1" w:lastColumn="0" w:noHBand="0" w:noVBand="1"/>
      </w:tblPr>
      <w:tblGrid>
        <w:gridCol w:w="4203"/>
        <w:gridCol w:w="6458"/>
      </w:tblGrid>
      <w:tr w:rsidR="00EC2742" w14:paraId="023BB87F" w14:textId="77777777" w:rsidTr="0067267A">
        <w:trPr>
          <w:jc w:val="center"/>
        </w:trPr>
        <w:tc>
          <w:tcPr>
            <w:tcW w:w="1968" w:type="pct"/>
            <w:shd w:val="clear" w:color="auto" w:fill="66757F"/>
            <w:tcMar>
              <w:top w:w="105" w:type="dxa"/>
              <w:left w:w="105" w:type="dxa"/>
              <w:bottom w:w="105" w:type="dxa"/>
              <w:right w:w="105" w:type="dxa"/>
            </w:tcMar>
          </w:tcPr>
          <w:p w14:paraId="0CCB4130" w14:textId="77777777" w:rsidR="00EC2742" w:rsidRDefault="00EC2742" w:rsidP="0067267A">
            <w:pPr>
              <w:jc w:val="center"/>
            </w:pPr>
            <w:r>
              <w:rPr>
                <w:b/>
                <w:color w:val="FFFFFF"/>
                <w:sz w:val="15"/>
              </w:rPr>
              <w:t>DE APROFUNDAT ÎN REPERELE 2021</w:t>
            </w:r>
          </w:p>
        </w:tc>
        <w:tc>
          <w:tcPr>
            <w:tcW w:w="3024" w:type="pct"/>
            <w:shd w:val="clear" w:color="auto" w:fill="F8FAFA"/>
            <w:tcMar>
              <w:top w:w="105" w:type="dxa"/>
              <w:left w:w="130" w:type="dxa"/>
              <w:bottom w:w="105" w:type="dxa"/>
              <w:right w:w="130" w:type="dxa"/>
            </w:tcMar>
          </w:tcPr>
          <w:p w14:paraId="6C90989D" w14:textId="77611826" w:rsidR="00EC2742" w:rsidRDefault="00EC2742" w:rsidP="0067267A">
            <w:r w:rsidRPr="00E14EE9">
              <w:rPr>
                <w:color w:val="263238"/>
                <w:sz w:val="17"/>
                <w:lang w:val="it-CH"/>
              </w:rPr>
              <w:t>Merită recitite în special p</w:t>
            </w:r>
            <w:r w:rsidR="008B2FB6" w:rsidRPr="00E14EE9">
              <w:rPr>
                <w:color w:val="263238"/>
                <w:sz w:val="17"/>
                <w:lang w:val="it-CH"/>
              </w:rPr>
              <w:t>aginile referitoare la</w:t>
            </w:r>
            <w:r w:rsidRPr="00E14EE9">
              <w:rPr>
                <w:color w:val="263238"/>
                <w:sz w:val="17"/>
                <w:lang w:val="it-CH"/>
              </w:rPr>
              <w:t xml:space="preserve"> continuitatea gimnaziu–liceu și activitățile de învățare. </w:t>
            </w:r>
            <w:proofErr w:type="spellStart"/>
            <w:r>
              <w:rPr>
                <w:color w:val="263238"/>
                <w:sz w:val="17"/>
              </w:rPr>
              <w:t>Recomandările</w:t>
            </w:r>
            <w:proofErr w:type="spellEnd"/>
            <w:r>
              <w:rPr>
                <w:color w:val="263238"/>
                <w:sz w:val="17"/>
              </w:rPr>
              <w:t xml:space="preserve"> </w:t>
            </w:r>
            <w:proofErr w:type="spellStart"/>
            <w:r>
              <w:rPr>
                <w:color w:val="263238"/>
                <w:sz w:val="17"/>
              </w:rPr>
              <w:t>privind</w:t>
            </w:r>
            <w:proofErr w:type="spellEnd"/>
            <w:r>
              <w:rPr>
                <w:color w:val="263238"/>
                <w:sz w:val="17"/>
              </w:rPr>
              <w:t xml:space="preserve"> GIS </w:t>
            </w:r>
            <w:proofErr w:type="spellStart"/>
            <w:r>
              <w:rPr>
                <w:color w:val="263238"/>
                <w:sz w:val="17"/>
              </w:rPr>
              <w:t>și</w:t>
            </w:r>
            <w:proofErr w:type="spellEnd"/>
            <w:r>
              <w:rPr>
                <w:color w:val="263238"/>
                <w:sz w:val="17"/>
              </w:rPr>
              <w:t xml:space="preserve"> </w:t>
            </w:r>
            <w:proofErr w:type="spellStart"/>
            <w:r>
              <w:rPr>
                <w:color w:val="263238"/>
                <w:sz w:val="17"/>
              </w:rPr>
              <w:t>tehnologia</w:t>
            </w:r>
            <w:proofErr w:type="spellEnd"/>
            <w:r>
              <w:rPr>
                <w:color w:val="263238"/>
                <w:sz w:val="17"/>
              </w:rPr>
              <w:t xml:space="preserve"> </w:t>
            </w:r>
            <w:proofErr w:type="spellStart"/>
            <w:r>
              <w:rPr>
                <w:color w:val="263238"/>
                <w:sz w:val="17"/>
              </w:rPr>
              <w:t>rămân</w:t>
            </w:r>
            <w:proofErr w:type="spellEnd"/>
            <w:r>
              <w:rPr>
                <w:color w:val="263238"/>
                <w:sz w:val="17"/>
              </w:rPr>
              <w:t xml:space="preserve"> utile ca </w:t>
            </w:r>
            <w:proofErr w:type="spellStart"/>
            <w:r>
              <w:rPr>
                <w:color w:val="263238"/>
                <w:sz w:val="17"/>
              </w:rPr>
              <w:t>principiu</w:t>
            </w:r>
            <w:proofErr w:type="spellEnd"/>
            <w:r>
              <w:rPr>
                <w:color w:val="263238"/>
                <w:sz w:val="17"/>
              </w:rPr>
              <w:t xml:space="preserve">, </w:t>
            </w:r>
            <w:proofErr w:type="spellStart"/>
            <w:r>
              <w:rPr>
                <w:color w:val="263238"/>
                <w:sz w:val="17"/>
              </w:rPr>
              <w:t>dar</w:t>
            </w:r>
            <w:proofErr w:type="spellEnd"/>
            <w:r>
              <w:rPr>
                <w:color w:val="263238"/>
                <w:sz w:val="17"/>
              </w:rPr>
              <w:t xml:space="preserve"> </w:t>
            </w:r>
            <w:proofErr w:type="spellStart"/>
            <w:r>
              <w:rPr>
                <w:color w:val="263238"/>
                <w:sz w:val="17"/>
              </w:rPr>
              <w:t>exemplele</w:t>
            </w:r>
            <w:proofErr w:type="spellEnd"/>
            <w:r>
              <w:rPr>
                <w:color w:val="263238"/>
                <w:sz w:val="17"/>
              </w:rPr>
              <w:t xml:space="preserve"> de </w:t>
            </w:r>
            <w:proofErr w:type="spellStart"/>
            <w:r>
              <w:rPr>
                <w:color w:val="263238"/>
                <w:sz w:val="17"/>
              </w:rPr>
              <w:t>aplicații</w:t>
            </w:r>
            <w:proofErr w:type="spellEnd"/>
            <w:r>
              <w:rPr>
                <w:color w:val="263238"/>
                <w:sz w:val="17"/>
              </w:rPr>
              <w:t xml:space="preserve"> </w:t>
            </w:r>
            <w:proofErr w:type="spellStart"/>
            <w:r>
              <w:rPr>
                <w:color w:val="263238"/>
                <w:sz w:val="17"/>
              </w:rPr>
              <w:t>și</w:t>
            </w:r>
            <w:proofErr w:type="spellEnd"/>
            <w:r>
              <w:rPr>
                <w:color w:val="263238"/>
                <w:sz w:val="17"/>
              </w:rPr>
              <w:t xml:space="preserve"> </w:t>
            </w:r>
            <w:proofErr w:type="spellStart"/>
            <w:r>
              <w:rPr>
                <w:color w:val="263238"/>
                <w:sz w:val="17"/>
              </w:rPr>
              <w:t>surse</w:t>
            </w:r>
            <w:proofErr w:type="spellEnd"/>
            <w:r>
              <w:rPr>
                <w:color w:val="263238"/>
                <w:sz w:val="17"/>
              </w:rPr>
              <w:t xml:space="preserve"> </w:t>
            </w:r>
            <w:proofErr w:type="spellStart"/>
            <w:r>
              <w:rPr>
                <w:color w:val="263238"/>
                <w:sz w:val="17"/>
              </w:rPr>
              <w:t>trebuie</w:t>
            </w:r>
            <w:proofErr w:type="spellEnd"/>
            <w:r>
              <w:rPr>
                <w:color w:val="263238"/>
                <w:sz w:val="17"/>
              </w:rPr>
              <w:t xml:space="preserve"> </w:t>
            </w:r>
            <w:proofErr w:type="spellStart"/>
            <w:r>
              <w:rPr>
                <w:color w:val="263238"/>
                <w:sz w:val="17"/>
              </w:rPr>
              <w:t>actualizate</w:t>
            </w:r>
            <w:proofErr w:type="spellEnd"/>
            <w:r>
              <w:rPr>
                <w:color w:val="263238"/>
                <w:sz w:val="17"/>
              </w:rPr>
              <w:t>.</w:t>
            </w:r>
          </w:p>
        </w:tc>
      </w:tr>
    </w:tbl>
    <w:p w14:paraId="4821A48C" w14:textId="77777777" w:rsidR="00787B6C" w:rsidRDefault="00690563">
      <w:r>
        <w:br w:type="page"/>
      </w:r>
    </w:p>
    <w:tbl>
      <w:tblPr>
        <w:tblW w:w="0" w:type="auto"/>
        <w:jc w:val="center"/>
        <w:tblLayout w:type="fixed"/>
        <w:tblLook w:val="04A0" w:firstRow="1" w:lastRow="0" w:firstColumn="1" w:lastColumn="0" w:noHBand="0" w:noVBand="1"/>
      </w:tblPr>
      <w:tblGrid>
        <w:gridCol w:w="5213"/>
        <w:gridCol w:w="5213"/>
      </w:tblGrid>
      <w:tr w:rsidR="00787B6C" w14:paraId="6D600BC9" w14:textId="77777777">
        <w:trPr>
          <w:jc w:val="center"/>
        </w:trPr>
        <w:tc>
          <w:tcPr>
            <w:tcW w:w="5213" w:type="dxa"/>
            <w:shd w:val="clear" w:color="auto" w:fill="2B6478"/>
            <w:tcMar>
              <w:top w:w="145" w:type="dxa"/>
              <w:left w:w="110" w:type="dxa"/>
              <w:bottom w:w="145" w:type="dxa"/>
              <w:right w:w="110" w:type="dxa"/>
            </w:tcMar>
          </w:tcPr>
          <w:p w14:paraId="4DB2627B" w14:textId="77777777" w:rsidR="00787B6C" w:rsidRDefault="00690563">
            <w:pPr>
              <w:jc w:val="center"/>
            </w:pPr>
            <w:r>
              <w:rPr>
                <w:b/>
                <w:color w:val="FFFFFF"/>
                <w:sz w:val="30"/>
              </w:rPr>
              <w:lastRenderedPageBreak/>
              <w:t>28</w:t>
            </w:r>
          </w:p>
        </w:tc>
        <w:tc>
          <w:tcPr>
            <w:tcW w:w="5213" w:type="dxa"/>
            <w:shd w:val="clear" w:color="auto" w:fill="17324D"/>
            <w:tcMar>
              <w:top w:w="120" w:type="dxa"/>
              <w:left w:w="145" w:type="dxa"/>
              <w:bottom w:w="120" w:type="dxa"/>
              <w:right w:w="145" w:type="dxa"/>
            </w:tcMar>
          </w:tcPr>
          <w:p w14:paraId="4F78EE70" w14:textId="622BC2D1" w:rsidR="00787B6C" w:rsidRDefault="00690563">
            <w:r>
              <w:rPr>
                <w:b/>
                <w:color w:val="FFFFFF"/>
                <w:sz w:val="25"/>
              </w:rPr>
              <w:t>ÎNTREBĂRI PENTRU PROPRIA PROIECTARE</w:t>
            </w:r>
          </w:p>
        </w:tc>
      </w:tr>
    </w:tbl>
    <w:p w14:paraId="18B11AB4" w14:textId="77777777" w:rsidR="00EC2742" w:rsidRDefault="00EC2742">
      <w:pPr>
        <w:spacing w:after="60"/>
        <w:ind w:left="238" w:hanging="113"/>
        <w:rPr>
          <w:color w:val="263238"/>
          <w:sz w:val="18"/>
        </w:rPr>
      </w:pPr>
    </w:p>
    <w:p w14:paraId="5D5A2875" w14:textId="77777777" w:rsidR="00787B6C" w:rsidRPr="00E14EE9" w:rsidRDefault="00690563">
      <w:pPr>
        <w:spacing w:after="60"/>
        <w:ind w:left="238" w:hanging="113"/>
        <w:rPr>
          <w:lang w:val="it-CH"/>
        </w:rPr>
      </w:pPr>
      <w:r w:rsidRPr="00E14EE9">
        <w:rPr>
          <w:color w:val="263238"/>
          <w:sz w:val="18"/>
          <w:lang w:val="it-CH"/>
        </w:rPr>
        <w:t>• Ce competență specifică urmăresc și ce dovadă o face vizibilă?</w:t>
      </w:r>
    </w:p>
    <w:p w14:paraId="2B37A12F" w14:textId="77777777" w:rsidR="00787B6C" w:rsidRPr="00E14EE9" w:rsidRDefault="00690563">
      <w:pPr>
        <w:spacing w:after="60"/>
        <w:ind w:left="238" w:hanging="113"/>
        <w:rPr>
          <w:lang w:val="it-CH"/>
        </w:rPr>
      </w:pPr>
      <w:r w:rsidRPr="00E14EE9">
        <w:rPr>
          <w:color w:val="263238"/>
          <w:sz w:val="18"/>
          <w:lang w:val="it-CH"/>
        </w:rPr>
        <w:t>• Este harta doar suport de ilustrare sau instrument de analiză?</w:t>
      </w:r>
    </w:p>
    <w:p w14:paraId="102F5FE5" w14:textId="311C92FD" w:rsidR="00787B6C" w:rsidRPr="00E14EE9" w:rsidRDefault="00690563">
      <w:pPr>
        <w:spacing w:after="60"/>
        <w:ind w:left="238" w:hanging="113"/>
        <w:rPr>
          <w:lang w:val="it-CH"/>
        </w:rPr>
      </w:pPr>
      <w:r w:rsidRPr="00E14EE9">
        <w:rPr>
          <w:color w:val="263238"/>
          <w:sz w:val="18"/>
          <w:lang w:val="it-CH"/>
        </w:rPr>
        <w:t xml:space="preserve">• La ce </w:t>
      </w:r>
      <w:r w:rsidR="00C971D5" w:rsidRPr="00E14EE9">
        <w:rPr>
          <w:color w:val="263238"/>
          <w:sz w:val="18"/>
          <w:lang w:val="it-CH"/>
        </w:rPr>
        <w:t>nivel</w:t>
      </w:r>
      <w:r w:rsidRPr="00E14EE9">
        <w:rPr>
          <w:color w:val="263238"/>
          <w:sz w:val="18"/>
          <w:lang w:val="it-CH"/>
        </w:rPr>
        <w:t xml:space="preserve"> este valabilă concluzia elevului?</w:t>
      </w:r>
    </w:p>
    <w:p w14:paraId="047E832D" w14:textId="6B8A103D" w:rsidR="00787B6C" w:rsidRPr="00E14EE9" w:rsidRDefault="00690563">
      <w:pPr>
        <w:spacing w:after="60"/>
        <w:ind w:left="238" w:hanging="113"/>
        <w:rPr>
          <w:lang w:val="it-CH"/>
        </w:rPr>
      </w:pPr>
      <w:r w:rsidRPr="00E14EE9">
        <w:rPr>
          <w:color w:val="263238"/>
          <w:sz w:val="18"/>
          <w:lang w:val="it-CH"/>
        </w:rPr>
        <w:t>• Ce relați</w:t>
      </w:r>
      <w:r w:rsidR="00D259EB" w:rsidRPr="00E14EE9">
        <w:rPr>
          <w:color w:val="263238"/>
          <w:sz w:val="18"/>
          <w:lang w:val="it-CH"/>
        </w:rPr>
        <w:t>i</w:t>
      </w:r>
      <w:r w:rsidRPr="00E14EE9">
        <w:rPr>
          <w:color w:val="263238"/>
          <w:sz w:val="18"/>
          <w:lang w:val="it-CH"/>
        </w:rPr>
        <w:t xml:space="preserve"> spațial</w:t>
      </w:r>
      <w:r w:rsidR="00D259EB" w:rsidRPr="00E14EE9">
        <w:rPr>
          <w:color w:val="263238"/>
          <w:sz w:val="18"/>
          <w:lang w:val="it-CH"/>
        </w:rPr>
        <w:t>e</w:t>
      </w:r>
      <w:r w:rsidRPr="00E14EE9">
        <w:rPr>
          <w:color w:val="263238"/>
          <w:sz w:val="18"/>
          <w:lang w:val="it-CH"/>
        </w:rPr>
        <w:t xml:space="preserve"> sau temporal</w:t>
      </w:r>
      <w:r w:rsidR="00D259EB" w:rsidRPr="00E14EE9">
        <w:rPr>
          <w:color w:val="263238"/>
          <w:sz w:val="18"/>
          <w:lang w:val="it-CH"/>
        </w:rPr>
        <w:t>e</w:t>
      </w:r>
      <w:r w:rsidRPr="00E14EE9">
        <w:rPr>
          <w:color w:val="263238"/>
          <w:sz w:val="18"/>
          <w:lang w:val="it-CH"/>
        </w:rPr>
        <w:t xml:space="preserve"> trebuie să observe?</w:t>
      </w:r>
    </w:p>
    <w:p w14:paraId="047B048E" w14:textId="77777777" w:rsidR="00787B6C" w:rsidRPr="00E14EE9" w:rsidRDefault="00690563">
      <w:pPr>
        <w:spacing w:after="60"/>
        <w:ind w:left="238" w:hanging="113"/>
        <w:rPr>
          <w:lang w:val="it-CH"/>
        </w:rPr>
      </w:pPr>
      <w:r w:rsidRPr="00E14EE9">
        <w:rPr>
          <w:color w:val="263238"/>
          <w:sz w:val="18"/>
          <w:lang w:val="it-CH"/>
        </w:rPr>
        <w:t>• Ce date sunt necesare și ce limite au?</w:t>
      </w:r>
    </w:p>
    <w:p w14:paraId="7E6A7FB1" w14:textId="77777777" w:rsidR="00787B6C" w:rsidRPr="00E14EE9" w:rsidRDefault="00690563">
      <w:pPr>
        <w:spacing w:after="60"/>
        <w:ind w:left="238" w:hanging="113"/>
        <w:rPr>
          <w:lang w:val="it-CH"/>
        </w:rPr>
      </w:pPr>
      <w:r w:rsidRPr="00E14EE9">
        <w:rPr>
          <w:color w:val="263238"/>
          <w:sz w:val="18"/>
          <w:lang w:val="it-CH"/>
        </w:rPr>
        <w:t>• Cum evit confuzia dintre corelație și cauzalitate?</w:t>
      </w:r>
    </w:p>
    <w:p w14:paraId="56B1ADC6" w14:textId="77777777" w:rsidR="00787B6C" w:rsidRPr="00E14EE9" w:rsidRDefault="00690563">
      <w:pPr>
        <w:spacing w:after="60"/>
        <w:ind w:left="238" w:hanging="113"/>
        <w:rPr>
          <w:lang w:val="it-CH"/>
        </w:rPr>
      </w:pPr>
      <w:r w:rsidRPr="00E14EE9">
        <w:rPr>
          <w:color w:val="263238"/>
          <w:sz w:val="18"/>
          <w:lang w:val="it-CH"/>
        </w:rPr>
        <w:t>• În activitatea despre hazard, elevul distinge expunerea și vulnerabilitatea?</w:t>
      </w:r>
    </w:p>
    <w:p w14:paraId="79646429" w14:textId="762A4BD7" w:rsidR="00787B6C" w:rsidRPr="00E14EE9" w:rsidRDefault="00690563">
      <w:pPr>
        <w:spacing w:after="60"/>
        <w:ind w:left="238" w:hanging="113"/>
        <w:rPr>
          <w:lang w:val="it-CH"/>
        </w:rPr>
      </w:pPr>
      <w:r w:rsidRPr="00E14EE9">
        <w:rPr>
          <w:color w:val="263238"/>
          <w:sz w:val="18"/>
          <w:lang w:val="it-CH"/>
        </w:rPr>
        <w:t xml:space="preserve">• </w:t>
      </w:r>
      <w:r w:rsidR="00D259EB" w:rsidRPr="00E14EE9">
        <w:rPr>
          <w:color w:val="263238"/>
          <w:sz w:val="18"/>
          <w:lang w:val="it-CH"/>
        </w:rPr>
        <w:t>Cum poate fi</w:t>
      </w:r>
      <w:r w:rsidRPr="00E14EE9">
        <w:rPr>
          <w:color w:val="263238"/>
          <w:sz w:val="18"/>
          <w:lang w:val="it-CH"/>
        </w:rPr>
        <w:t xml:space="preserve"> folos</w:t>
      </w:r>
      <w:r w:rsidR="00D259EB" w:rsidRPr="00E14EE9">
        <w:rPr>
          <w:color w:val="263238"/>
          <w:sz w:val="18"/>
          <w:lang w:val="it-CH"/>
        </w:rPr>
        <w:t>it</w:t>
      </w:r>
      <w:r w:rsidRPr="00E14EE9">
        <w:rPr>
          <w:color w:val="263238"/>
          <w:sz w:val="18"/>
          <w:lang w:val="it-CH"/>
        </w:rPr>
        <w:t xml:space="preserve"> orizontul local ca resursă de investigație?</w:t>
      </w:r>
    </w:p>
    <w:p w14:paraId="1B6373EE" w14:textId="274A195C" w:rsidR="00787B6C" w:rsidRPr="00E14EE9" w:rsidRDefault="00690563">
      <w:pPr>
        <w:spacing w:after="60"/>
        <w:ind w:left="238" w:hanging="113"/>
        <w:rPr>
          <w:lang w:val="it-CH"/>
        </w:rPr>
      </w:pPr>
      <w:r w:rsidRPr="00E14EE9">
        <w:rPr>
          <w:color w:val="263238"/>
          <w:sz w:val="18"/>
          <w:lang w:val="it-CH"/>
        </w:rPr>
        <w:t>• Ce poate face GIS-ul mai bine decât o hartă statică?</w:t>
      </w:r>
    </w:p>
    <w:p w14:paraId="51632ED4" w14:textId="1B6521DA" w:rsidR="00787B6C" w:rsidRPr="00E14EE9" w:rsidRDefault="00690563">
      <w:pPr>
        <w:spacing w:after="60"/>
        <w:ind w:left="238" w:hanging="113"/>
        <w:rPr>
          <w:lang w:val="it-CH"/>
        </w:rPr>
      </w:pPr>
      <w:r w:rsidRPr="00E14EE9">
        <w:rPr>
          <w:color w:val="263238"/>
          <w:sz w:val="18"/>
          <w:lang w:val="it-CH"/>
        </w:rPr>
        <w:t>• Tehnologia</w:t>
      </w:r>
      <w:r w:rsidR="00D259EB" w:rsidRPr="00E14EE9">
        <w:rPr>
          <w:color w:val="263238"/>
          <w:sz w:val="18"/>
          <w:lang w:val="it-CH"/>
        </w:rPr>
        <w:t xml:space="preserve"> </w:t>
      </w:r>
      <w:r w:rsidRPr="00E14EE9">
        <w:rPr>
          <w:color w:val="263238"/>
          <w:sz w:val="18"/>
          <w:lang w:val="it-CH"/>
        </w:rPr>
        <w:t>/</w:t>
      </w:r>
      <w:r w:rsidR="00D259EB" w:rsidRPr="00E14EE9">
        <w:rPr>
          <w:color w:val="263238"/>
          <w:sz w:val="18"/>
          <w:lang w:val="it-CH"/>
        </w:rPr>
        <w:t xml:space="preserve"> </w:t>
      </w:r>
      <w:r w:rsidRPr="00E14EE9">
        <w:rPr>
          <w:color w:val="263238"/>
          <w:sz w:val="18"/>
          <w:lang w:val="it-CH"/>
        </w:rPr>
        <w:t>IA sprijină judecata sau o înlocuiește?</w:t>
      </w:r>
    </w:p>
    <w:p w14:paraId="65084BC9" w14:textId="77777777" w:rsidR="00787B6C" w:rsidRPr="00E14EE9" w:rsidRDefault="00690563">
      <w:pPr>
        <w:spacing w:after="60"/>
        <w:ind w:left="238" w:hanging="113"/>
        <w:rPr>
          <w:lang w:val="it-CH"/>
        </w:rPr>
      </w:pPr>
      <w:r w:rsidRPr="00E14EE9">
        <w:rPr>
          <w:color w:val="263238"/>
          <w:sz w:val="18"/>
          <w:lang w:val="it-CH"/>
        </w:rPr>
        <w:t>• Ce conexiune interdisciplinară este indispensabilă problemei?</w:t>
      </w:r>
    </w:p>
    <w:p w14:paraId="0A5056E2" w14:textId="1DE22B8F" w:rsidR="00787B6C" w:rsidRPr="00E14EE9" w:rsidRDefault="00690563">
      <w:pPr>
        <w:spacing w:after="60"/>
        <w:ind w:left="238" w:hanging="113"/>
        <w:rPr>
          <w:lang w:val="it-CH"/>
        </w:rPr>
      </w:pPr>
      <w:r w:rsidRPr="00E14EE9">
        <w:rPr>
          <w:color w:val="263238"/>
          <w:sz w:val="18"/>
          <w:lang w:val="it-CH"/>
        </w:rPr>
        <w:t xml:space="preserve">• Cum integrez tema transversală în </w:t>
      </w:r>
      <w:r w:rsidR="00D259EB" w:rsidRPr="00E14EE9">
        <w:rPr>
          <w:color w:val="263238"/>
          <w:sz w:val="18"/>
          <w:lang w:val="it-CH"/>
        </w:rPr>
        <w:t>problematizarea</w:t>
      </w:r>
      <w:r w:rsidRPr="00E14EE9">
        <w:rPr>
          <w:color w:val="263238"/>
          <w:sz w:val="18"/>
          <w:lang w:val="it-CH"/>
        </w:rPr>
        <w:t xml:space="preserve"> geografică?</w:t>
      </w:r>
    </w:p>
    <w:p w14:paraId="4721CF0D" w14:textId="2101CC59" w:rsidR="00787B6C" w:rsidRPr="00E14EE9" w:rsidRDefault="00690563">
      <w:pPr>
        <w:spacing w:after="60"/>
        <w:ind w:left="238" w:hanging="113"/>
        <w:rPr>
          <w:lang w:val="it-CH"/>
        </w:rPr>
      </w:pPr>
      <w:r w:rsidRPr="00E14EE9">
        <w:rPr>
          <w:color w:val="263238"/>
          <w:sz w:val="18"/>
          <w:lang w:val="it-CH"/>
        </w:rPr>
        <w:t>• Ce criterii cunoaște elevul înainte de a realiza harta/proiectul?</w:t>
      </w:r>
    </w:p>
    <w:p w14:paraId="77111357" w14:textId="77777777" w:rsidR="00787B6C" w:rsidRPr="00E14EE9" w:rsidRDefault="00690563">
      <w:pPr>
        <w:spacing w:after="60"/>
        <w:ind w:left="238" w:hanging="113"/>
        <w:rPr>
          <w:lang w:val="it-CH"/>
        </w:rPr>
      </w:pPr>
      <w:r w:rsidRPr="00E14EE9">
        <w:rPr>
          <w:color w:val="263238"/>
          <w:sz w:val="18"/>
          <w:lang w:val="it-CH"/>
        </w:rPr>
        <w:t>• Ce feedback poate aplica într-o versiune revizuită?</w:t>
      </w:r>
    </w:p>
    <w:p w14:paraId="13E7B839" w14:textId="77777777" w:rsidR="00EC2742" w:rsidRPr="00E14EE9" w:rsidRDefault="00EC2742">
      <w:pPr>
        <w:spacing w:after="60"/>
        <w:ind w:left="238" w:hanging="113"/>
        <w:rPr>
          <w:lang w:val="it-CH"/>
        </w:rPr>
      </w:pPr>
    </w:p>
    <w:tbl>
      <w:tblPr>
        <w:tblW w:w="0" w:type="auto"/>
        <w:jc w:val="center"/>
        <w:tblLayout w:type="fixed"/>
        <w:tblLook w:val="04A0" w:firstRow="1" w:lastRow="0" w:firstColumn="1" w:lastColumn="0" w:noHBand="0" w:noVBand="1"/>
      </w:tblPr>
      <w:tblGrid>
        <w:gridCol w:w="5213"/>
        <w:gridCol w:w="5213"/>
      </w:tblGrid>
      <w:tr w:rsidR="00787B6C" w14:paraId="07B3ED07" w14:textId="77777777">
        <w:trPr>
          <w:jc w:val="center"/>
        </w:trPr>
        <w:tc>
          <w:tcPr>
            <w:tcW w:w="5213" w:type="dxa"/>
            <w:shd w:val="clear" w:color="auto" w:fill="B58A45"/>
            <w:tcMar>
              <w:top w:w="105" w:type="dxa"/>
              <w:left w:w="105" w:type="dxa"/>
              <w:bottom w:w="105" w:type="dxa"/>
              <w:right w:w="105" w:type="dxa"/>
            </w:tcMar>
          </w:tcPr>
          <w:p w14:paraId="3B932EAF" w14:textId="77777777" w:rsidR="00787B6C" w:rsidRDefault="00690563">
            <w:pPr>
              <w:jc w:val="center"/>
            </w:pPr>
            <w:r>
              <w:rPr>
                <w:b/>
                <w:color w:val="FFFFFF"/>
                <w:sz w:val="15"/>
              </w:rPr>
              <w:t>ULTIMUL REPER</w:t>
            </w:r>
          </w:p>
        </w:tc>
        <w:tc>
          <w:tcPr>
            <w:tcW w:w="5213" w:type="dxa"/>
            <w:shd w:val="clear" w:color="auto" w:fill="F7F2E7"/>
            <w:tcMar>
              <w:top w:w="105" w:type="dxa"/>
              <w:left w:w="130" w:type="dxa"/>
              <w:bottom w:w="105" w:type="dxa"/>
              <w:right w:w="130" w:type="dxa"/>
            </w:tcMar>
          </w:tcPr>
          <w:p w14:paraId="1872D076" w14:textId="7E086809" w:rsidR="00787B6C" w:rsidRDefault="00690563">
            <w:proofErr w:type="spellStart"/>
            <w:r>
              <w:rPr>
                <w:color w:val="263238"/>
                <w:sz w:val="17"/>
              </w:rPr>
              <w:t>Dacă</w:t>
            </w:r>
            <w:proofErr w:type="spellEnd"/>
            <w:r>
              <w:rPr>
                <w:color w:val="263238"/>
                <w:sz w:val="17"/>
              </w:rPr>
              <w:t xml:space="preserve"> </w:t>
            </w:r>
            <w:proofErr w:type="spellStart"/>
            <w:r>
              <w:rPr>
                <w:color w:val="263238"/>
                <w:sz w:val="17"/>
              </w:rPr>
              <w:t>profesorul</w:t>
            </w:r>
            <w:proofErr w:type="spellEnd"/>
            <w:r>
              <w:rPr>
                <w:color w:val="263238"/>
                <w:sz w:val="17"/>
              </w:rPr>
              <w:t xml:space="preserve"> </w:t>
            </w:r>
            <w:proofErr w:type="spellStart"/>
            <w:r>
              <w:rPr>
                <w:color w:val="263238"/>
                <w:sz w:val="17"/>
              </w:rPr>
              <w:t>alege</w:t>
            </w:r>
            <w:proofErr w:type="spellEnd"/>
            <w:r>
              <w:rPr>
                <w:color w:val="263238"/>
                <w:sz w:val="17"/>
              </w:rPr>
              <w:t xml:space="preserve"> </w:t>
            </w:r>
            <w:proofErr w:type="spellStart"/>
            <w:r>
              <w:rPr>
                <w:color w:val="263238"/>
                <w:sz w:val="17"/>
              </w:rPr>
              <w:t>harta</w:t>
            </w:r>
            <w:proofErr w:type="spellEnd"/>
            <w:r>
              <w:rPr>
                <w:color w:val="263238"/>
                <w:sz w:val="17"/>
              </w:rPr>
              <w:t xml:space="preserve">, </w:t>
            </w:r>
            <w:proofErr w:type="spellStart"/>
            <w:r>
              <w:rPr>
                <w:color w:val="263238"/>
                <w:sz w:val="17"/>
              </w:rPr>
              <w:t>selectează</w:t>
            </w:r>
            <w:proofErr w:type="spellEnd"/>
            <w:r>
              <w:rPr>
                <w:color w:val="263238"/>
                <w:sz w:val="17"/>
              </w:rPr>
              <w:t xml:space="preserve"> </w:t>
            </w:r>
            <w:proofErr w:type="spellStart"/>
            <w:r>
              <w:rPr>
                <w:color w:val="263238"/>
                <w:sz w:val="17"/>
              </w:rPr>
              <w:t>datele</w:t>
            </w:r>
            <w:proofErr w:type="spellEnd"/>
            <w:r>
              <w:rPr>
                <w:color w:val="263238"/>
                <w:sz w:val="17"/>
              </w:rPr>
              <w:t xml:space="preserve">, </w:t>
            </w:r>
            <w:proofErr w:type="spellStart"/>
            <w:r>
              <w:rPr>
                <w:color w:val="263238"/>
                <w:sz w:val="17"/>
              </w:rPr>
              <w:t>formulează</w:t>
            </w:r>
            <w:proofErr w:type="spellEnd"/>
            <w:r>
              <w:rPr>
                <w:color w:val="263238"/>
                <w:sz w:val="17"/>
              </w:rPr>
              <w:t xml:space="preserve"> </w:t>
            </w:r>
            <w:proofErr w:type="spellStart"/>
            <w:r>
              <w:rPr>
                <w:color w:val="263238"/>
                <w:sz w:val="17"/>
              </w:rPr>
              <w:t>explicația</w:t>
            </w:r>
            <w:proofErr w:type="spellEnd"/>
            <w:r>
              <w:rPr>
                <w:color w:val="263238"/>
                <w:sz w:val="17"/>
              </w:rPr>
              <w:t xml:space="preserve"> </w:t>
            </w:r>
            <w:proofErr w:type="spellStart"/>
            <w:r>
              <w:rPr>
                <w:color w:val="263238"/>
                <w:sz w:val="17"/>
              </w:rPr>
              <w:t>și</w:t>
            </w:r>
            <w:proofErr w:type="spellEnd"/>
            <w:r>
              <w:rPr>
                <w:color w:val="263238"/>
                <w:sz w:val="17"/>
              </w:rPr>
              <w:t xml:space="preserve"> </w:t>
            </w:r>
            <w:proofErr w:type="spellStart"/>
            <w:r>
              <w:rPr>
                <w:color w:val="263238"/>
                <w:sz w:val="17"/>
              </w:rPr>
              <w:t>trage</w:t>
            </w:r>
            <w:proofErr w:type="spellEnd"/>
            <w:r>
              <w:rPr>
                <w:color w:val="263238"/>
                <w:sz w:val="17"/>
              </w:rPr>
              <w:t xml:space="preserve"> </w:t>
            </w:r>
            <w:proofErr w:type="spellStart"/>
            <w:r>
              <w:rPr>
                <w:color w:val="263238"/>
                <w:sz w:val="17"/>
              </w:rPr>
              <w:t>concluzia</w:t>
            </w:r>
            <w:proofErr w:type="spellEnd"/>
            <w:r>
              <w:rPr>
                <w:color w:val="263238"/>
                <w:sz w:val="17"/>
              </w:rPr>
              <w:t xml:space="preserve">, </w:t>
            </w:r>
            <w:proofErr w:type="spellStart"/>
            <w:r>
              <w:rPr>
                <w:color w:val="263238"/>
                <w:sz w:val="17"/>
              </w:rPr>
              <w:t>iar</w:t>
            </w:r>
            <w:proofErr w:type="spellEnd"/>
            <w:r>
              <w:rPr>
                <w:color w:val="263238"/>
                <w:sz w:val="17"/>
              </w:rPr>
              <w:t xml:space="preserve"> </w:t>
            </w:r>
            <w:proofErr w:type="spellStart"/>
            <w:r>
              <w:rPr>
                <w:color w:val="263238"/>
                <w:sz w:val="17"/>
              </w:rPr>
              <w:t>elevul</w:t>
            </w:r>
            <w:proofErr w:type="spellEnd"/>
            <w:r>
              <w:rPr>
                <w:color w:val="263238"/>
                <w:sz w:val="17"/>
              </w:rPr>
              <w:t xml:space="preserve"> </w:t>
            </w:r>
            <w:proofErr w:type="spellStart"/>
            <w:r>
              <w:rPr>
                <w:color w:val="263238"/>
                <w:sz w:val="17"/>
              </w:rPr>
              <w:t>doar</w:t>
            </w:r>
            <w:proofErr w:type="spellEnd"/>
            <w:r>
              <w:rPr>
                <w:color w:val="263238"/>
                <w:sz w:val="17"/>
              </w:rPr>
              <w:t xml:space="preserve"> </w:t>
            </w:r>
            <w:proofErr w:type="spellStart"/>
            <w:r>
              <w:rPr>
                <w:color w:val="263238"/>
                <w:sz w:val="17"/>
              </w:rPr>
              <w:t>localizează</w:t>
            </w:r>
            <w:proofErr w:type="spellEnd"/>
            <w:r>
              <w:rPr>
                <w:color w:val="263238"/>
                <w:sz w:val="17"/>
              </w:rPr>
              <w:t xml:space="preserve"> </w:t>
            </w:r>
            <w:proofErr w:type="spellStart"/>
            <w:r>
              <w:rPr>
                <w:color w:val="263238"/>
                <w:sz w:val="17"/>
              </w:rPr>
              <w:t>și</w:t>
            </w:r>
            <w:proofErr w:type="spellEnd"/>
            <w:r>
              <w:rPr>
                <w:color w:val="263238"/>
                <w:sz w:val="17"/>
              </w:rPr>
              <w:t xml:space="preserve"> reproduce, </w:t>
            </w:r>
            <w:proofErr w:type="spellStart"/>
            <w:r w:rsidR="00D106F9">
              <w:rPr>
                <w:color w:val="263238"/>
                <w:sz w:val="17"/>
              </w:rPr>
              <w:t>înseamnă</w:t>
            </w:r>
            <w:proofErr w:type="spellEnd"/>
            <w:r w:rsidR="00D106F9">
              <w:rPr>
                <w:color w:val="263238"/>
                <w:sz w:val="17"/>
              </w:rPr>
              <w:t xml:space="preserve"> </w:t>
            </w:r>
            <w:proofErr w:type="spellStart"/>
            <w:r w:rsidR="00D106F9">
              <w:rPr>
                <w:color w:val="263238"/>
                <w:sz w:val="17"/>
              </w:rPr>
              <w:t>că</w:t>
            </w:r>
            <w:proofErr w:type="spellEnd"/>
            <w:r w:rsidR="00D106F9">
              <w:rPr>
                <w:color w:val="263238"/>
                <w:sz w:val="17"/>
              </w:rPr>
              <w:t xml:space="preserve"> </w:t>
            </w:r>
            <w:proofErr w:type="spellStart"/>
            <w:r w:rsidR="00D106F9">
              <w:rPr>
                <w:color w:val="263238"/>
                <w:sz w:val="17"/>
              </w:rPr>
              <w:t>elevul</w:t>
            </w:r>
            <w:proofErr w:type="spellEnd"/>
            <w:r w:rsidR="00D106F9">
              <w:rPr>
                <w:color w:val="263238"/>
                <w:sz w:val="17"/>
              </w:rPr>
              <w:t xml:space="preserve"> nu </w:t>
            </w:r>
            <w:proofErr w:type="spellStart"/>
            <w:r w:rsidR="00D106F9">
              <w:rPr>
                <w:color w:val="263238"/>
                <w:sz w:val="17"/>
              </w:rPr>
              <w:t>și</w:t>
            </w:r>
            <w:proofErr w:type="spellEnd"/>
            <w:r w:rsidR="00D106F9">
              <w:rPr>
                <w:color w:val="263238"/>
                <w:sz w:val="17"/>
              </w:rPr>
              <w:t xml:space="preserve">-a </w:t>
            </w:r>
            <w:proofErr w:type="spellStart"/>
            <w:r w:rsidR="00D106F9">
              <w:rPr>
                <w:color w:val="263238"/>
                <w:sz w:val="17"/>
              </w:rPr>
              <w:t>însușit</w:t>
            </w:r>
            <w:proofErr w:type="spellEnd"/>
            <w:r w:rsidR="00D106F9">
              <w:rPr>
                <w:color w:val="263238"/>
                <w:sz w:val="17"/>
              </w:rPr>
              <w:t xml:space="preserve"> pe </w:t>
            </w:r>
            <w:proofErr w:type="spellStart"/>
            <w:r w:rsidR="00D106F9">
              <w:rPr>
                <w:color w:val="263238"/>
                <w:sz w:val="17"/>
              </w:rPr>
              <w:t>deplin</w:t>
            </w:r>
            <w:proofErr w:type="spellEnd"/>
            <w:r w:rsidR="00D106F9">
              <w:rPr>
                <w:color w:val="263238"/>
                <w:sz w:val="17"/>
              </w:rPr>
              <w:t xml:space="preserve"> </w:t>
            </w:r>
            <w:proofErr w:type="spellStart"/>
            <w:r>
              <w:rPr>
                <w:color w:val="263238"/>
                <w:sz w:val="17"/>
              </w:rPr>
              <w:t>gândirea</w:t>
            </w:r>
            <w:proofErr w:type="spellEnd"/>
            <w:r>
              <w:rPr>
                <w:color w:val="263238"/>
                <w:sz w:val="17"/>
              </w:rPr>
              <w:t xml:space="preserve"> </w:t>
            </w:r>
            <w:proofErr w:type="spellStart"/>
            <w:r>
              <w:rPr>
                <w:color w:val="263238"/>
                <w:sz w:val="17"/>
              </w:rPr>
              <w:t>geografică</w:t>
            </w:r>
            <w:proofErr w:type="spellEnd"/>
            <w:r>
              <w:rPr>
                <w:color w:val="263238"/>
                <w:sz w:val="17"/>
              </w:rPr>
              <w:t>.</w:t>
            </w:r>
          </w:p>
        </w:tc>
      </w:tr>
    </w:tbl>
    <w:p w14:paraId="1C98D4D3" w14:textId="77777777" w:rsidR="00787B6C" w:rsidRDefault="00690563">
      <w:r>
        <w:br w:type="page"/>
      </w:r>
    </w:p>
    <w:tbl>
      <w:tblPr>
        <w:tblW w:w="0" w:type="auto"/>
        <w:jc w:val="center"/>
        <w:tblLayout w:type="fixed"/>
        <w:tblLook w:val="04A0" w:firstRow="1" w:lastRow="0" w:firstColumn="1" w:lastColumn="0" w:noHBand="0" w:noVBand="1"/>
      </w:tblPr>
      <w:tblGrid>
        <w:gridCol w:w="5213"/>
        <w:gridCol w:w="5213"/>
      </w:tblGrid>
      <w:tr w:rsidR="00787B6C" w:rsidRPr="00E14EE9" w14:paraId="3122D558" w14:textId="77777777">
        <w:trPr>
          <w:jc w:val="center"/>
        </w:trPr>
        <w:tc>
          <w:tcPr>
            <w:tcW w:w="5213" w:type="dxa"/>
            <w:shd w:val="clear" w:color="auto" w:fill="2B6478"/>
            <w:tcMar>
              <w:top w:w="145" w:type="dxa"/>
              <w:left w:w="110" w:type="dxa"/>
              <w:bottom w:w="145" w:type="dxa"/>
              <w:right w:w="110" w:type="dxa"/>
            </w:tcMar>
          </w:tcPr>
          <w:p w14:paraId="2E296DBB" w14:textId="77777777" w:rsidR="00787B6C" w:rsidRDefault="00690563">
            <w:pPr>
              <w:jc w:val="center"/>
            </w:pPr>
            <w:r>
              <w:rPr>
                <w:b/>
                <w:color w:val="FFFFFF"/>
                <w:sz w:val="30"/>
              </w:rPr>
              <w:lastRenderedPageBreak/>
              <w:t>29</w:t>
            </w:r>
          </w:p>
        </w:tc>
        <w:tc>
          <w:tcPr>
            <w:tcW w:w="5213" w:type="dxa"/>
            <w:shd w:val="clear" w:color="auto" w:fill="17324D"/>
            <w:tcMar>
              <w:top w:w="120" w:type="dxa"/>
              <w:left w:w="145" w:type="dxa"/>
              <w:bottom w:w="120" w:type="dxa"/>
              <w:right w:w="145" w:type="dxa"/>
            </w:tcMar>
          </w:tcPr>
          <w:p w14:paraId="066378ED" w14:textId="77777777" w:rsidR="00787B6C" w:rsidRPr="00E14EE9" w:rsidRDefault="00690563">
            <w:pPr>
              <w:rPr>
                <w:lang w:val="it-CH"/>
              </w:rPr>
            </w:pPr>
            <w:r w:rsidRPr="00E14EE9">
              <w:rPr>
                <w:b/>
                <w:color w:val="FFFFFF"/>
                <w:sz w:val="25"/>
                <w:lang w:val="it-CH"/>
              </w:rPr>
              <w:t>DOCUMENTE DE REFERINȚĂ ȘI ANEXĂ</w:t>
            </w:r>
            <w:r w:rsidRPr="00E14EE9">
              <w:rPr>
                <w:lang w:val="it-CH"/>
              </w:rPr>
              <w:br/>
            </w:r>
            <w:r w:rsidRPr="00E14EE9">
              <w:rPr>
                <w:color w:val="DFE8EA"/>
                <w:sz w:val="16"/>
                <w:lang w:val="it-CH"/>
              </w:rPr>
              <w:t>Sursele curriculare utilizate și instrumentul editabil de planificare.</w:t>
            </w:r>
          </w:p>
        </w:tc>
      </w:tr>
    </w:tbl>
    <w:p w14:paraId="205F621E" w14:textId="77777777" w:rsidR="00EC2742" w:rsidRPr="00E14EE9" w:rsidRDefault="00EC2742">
      <w:pPr>
        <w:spacing w:after="60"/>
        <w:ind w:left="238" w:hanging="113"/>
        <w:rPr>
          <w:color w:val="263238"/>
          <w:sz w:val="17"/>
          <w:lang w:val="it-CH"/>
        </w:rPr>
      </w:pPr>
    </w:p>
    <w:p w14:paraId="0643E7E0" w14:textId="77777777" w:rsidR="00787B6C" w:rsidRPr="00E14EE9" w:rsidRDefault="00690563">
      <w:pPr>
        <w:spacing w:after="60"/>
        <w:ind w:left="238" w:hanging="113"/>
        <w:rPr>
          <w:lang w:val="it-CH"/>
        </w:rPr>
      </w:pPr>
      <w:r w:rsidRPr="00E14EE9">
        <w:rPr>
          <w:color w:val="263238"/>
          <w:sz w:val="17"/>
          <w:lang w:val="it-CH"/>
        </w:rPr>
        <w:t>• Ministerul Educației și Cercetării. (2025). Programa școlară pentru disciplina Geografie, clasele a IX-a–a XII-a, trunchi comun (TC) și curriculum de specialitate (CS), Anexa nr. 36.</w:t>
      </w:r>
    </w:p>
    <w:p w14:paraId="76234115" w14:textId="77777777" w:rsidR="00787B6C" w:rsidRPr="00E14EE9" w:rsidRDefault="00690563">
      <w:pPr>
        <w:spacing w:after="60"/>
        <w:ind w:left="238" w:hanging="113"/>
        <w:rPr>
          <w:lang w:val="it-CH"/>
        </w:rPr>
      </w:pPr>
      <w:r w:rsidRPr="00E14EE9">
        <w:rPr>
          <w:color w:val="263238"/>
          <w:sz w:val="17"/>
          <w:lang w:val="it-CH"/>
        </w:rPr>
        <w:t>• Ministerul Educației, Cercetării și Tineretului. (2004). Programa școlară pentru clasa a IX-a – Geografie, aprobată prin O.M.E.C.T. nr. 3458/09.03.2004.</w:t>
      </w:r>
    </w:p>
    <w:p w14:paraId="4184B21F" w14:textId="77777777" w:rsidR="00787B6C" w:rsidRPr="00E14EE9" w:rsidRDefault="00690563">
      <w:pPr>
        <w:spacing w:after="60"/>
        <w:ind w:left="238" w:hanging="113"/>
        <w:rPr>
          <w:lang w:val="it-CH"/>
        </w:rPr>
      </w:pPr>
      <w:r w:rsidRPr="00E14EE9">
        <w:rPr>
          <w:color w:val="263238"/>
          <w:sz w:val="17"/>
          <w:lang w:val="it-CH"/>
        </w:rPr>
        <w:t>• Ministerul Educației Naționale. (2017). Programa școlară pentru disciplina Geografie, clasele a V-a–a VIII-a, aprobată prin OMEN nr. 3393/28.02.2017.</w:t>
      </w:r>
    </w:p>
    <w:p w14:paraId="1AB233E5" w14:textId="77777777" w:rsidR="00787B6C" w:rsidRPr="00E14EE9" w:rsidRDefault="00690563">
      <w:pPr>
        <w:spacing w:after="60"/>
        <w:ind w:left="238" w:hanging="113"/>
        <w:rPr>
          <w:lang w:val="it-CH"/>
        </w:rPr>
      </w:pPr>
      <w:r w:rsidRPr="00E14EE9">
        <w:rPr>
          <w:color w:val="263238"/>
          <w:sz w:val="17"/>
          <w:lang w:val="it-CH"/>
        </w:rPr>
        <w:t>• Ministerul Educației și Cercetării – Centrul Național pentru Curriculum și Evaluare. (2026). Standarde naționale de evaluare asociate disciplinei Geografie, clasa a IV-a și clasele a V-a–a VIII-a, Anexa nr. 14.</w:t>
      </w:r>
    </w:p>
    <w:p w14:paraId="417D897F" w14:textId="77777777" w:rsidR="00787B6C" w:rsidRPr="00E14EE9" w:rsidRDefault="00690563">
      <w:pPr>
        <w:spacing w:after="60"/>
        <w:ind w:left="238" w:hanging="113"/>
        <w:rPr>
          <w:lang w:val="it-CH"/>
        </w:rPr>
      </w:pPr>
      <w:r w:rsidRPr="00E14EE9">
        <w:rPr>
          <w:color w:val="263238"/>
          <w:sz w:val="17"/>
          <w:lang w:val="it-CH"/>
        </w:rPr>
        <w:t>• Ministerul Educației – Centrul Național de Politici și Evaluare în Educație. (2021). Repere metodologice pentru aplicarea curriculumului la clasa a IX-a – Geografie, învățământ liceal.</w:t>
      </w:r>
    </w:p>
    <w:p w14:paraId="0810948C" w14:textId="77777777" w:rsidR="00787B6C" w:rsidRPr="00E14EE9" w:rsidRDefault="00690563">
      <w:pPr>
        <w:spacing w:after="60"/>
        <w:ind w:left="238" w:hanging="113"/>
        <w:rPr>
          <w:color w:val="263238"/>
          <w:sz w:val="17"/>
          <w:lang w:val="it-CH"/>
        </w:rPr>
      </w:pPr>
      <w:r w:rsidRPr="00E14EE9">
        <w:rPr>
          <w:color w:val="263238"/>
          <w:sz w:val="17"/>
          <w:lang w:val="it-CH"/>
        </w:rPr>
        <w:t>• Ministerul Educației. (2023). Profilul de formare al absolventului, aprobat prin OME nr. 6731/2023.</w:t>
      </w:r>
    </w:p>
    <w:p w14:paraId="7F1F764E" w14:textId="77777777" w:rsidR="00EC2742" w:rsidRPr="00E14EE9" w:rsidRDefault="00EC2742">
      <w:pPr>
        <w:spacing w:after="60"/>
        <w:ind w:left="238" w:hanging="113"/>
        <w:rPr>
          <w:lang w:val="it-CH"/>
        </w:rPr>
      </w:pPr>
    </w:p>
    <w:tbl>
      <w:tblPr>
        <w:tblW w:w="0" w:type="auto"/>
        <w:jc w:val="center"/>
        <w:tblLayout w:type="fixed"/>
        <w:tblLook w:val="04A0" w:firstRow="1" w:lastRow="0" w:firstColumn="1" w:lastColumn="0" w:noHBand="0" w:noVBand="1"/>
      </w:tblPr>
      <w:tblGrid>
        <w:gridCol w:w="5213"/>
        <w:gridCol w:w="5213"/>
      </w:tblGrid>
      <w:tr w:rsidR="00787B6C" w:rsidRPr="00E14EE9" w14:paraId="56CF21F9" w14:textId="77777777">
        <w:trPr>
          <w:jc w:val="center"/>
        </w:trPr>
        <w:tc>
          <w:tcPr>
            <w:tcW w:w="5213" w:type="dxa"/>
            <w:shd w:val="clear" w:color="auto" w:fill="17324D"/>
            <w:tcMar>
              <w:top w:w="105" w:type="dxa"/>
              <w:left w:w="105" w:type="dxa"/>
              <w:bottom w:w="105" w:type="dxa"/>
              <w:right w:w="105" w:type="dxa"/>
            </w:tcMar>
          </w:tcPr>
          <w:p w14:paraId="750A780F" w14:textId="77777777" w:rsidR="00787B6C" w:rsidRDefault="00690563">
            <w:pPr>
              <w:jc w:val="center"/>
            </w:pPr>
            <w:r>
              <w:rPr>
                <w:b/>
                <w:color w:val="FFFFFF"/>
                <w:sz w:val="15"/>
              </w:rPr>
              <w:t>ANEX</w:t>
            </w:r>
            <w:r w:rsidR="00EC2742">
              <w:rPr>
                <w:b/>
                <w:color w:val="FFFFFF"/>
                <w:sz w:val="15"/>
              </w:rPr>
              <w:t>Ă</w:t>
            </w:r>
          </w:p>
        </w:tc>
        <w:tc>
          <w:tcPr>
            <w:tcW w:w="5213" w:type="dxa"/>
            <w:shd w:val="clear" w:color="auto" w:fill="F8FAFA"/>
            <w:tcMar>
              <w:top w:w="105" w:type="dxa"/>
              <w:left w:w="130" w:type="dxa"/>
              <w:bottom w:w="105" w:type="dxa"/>
              <w:right w:w="130" w:type="dxa"/>
            </w:tcMar>
          </w:tcPr>
          <w:p w14:paraId="2DACBCAE" w14:textId="77777777" w:rsidR="00787B6C" w:rsidRPr="00E14EE9" w:rsidRDefault="00690563">
            <w:pPr>
              <w:rPr>
                <w:lang w:val="it-CH"/>
              </w:rPr>
            </w:pPr>
            <w:r w:rsidRPr="00E14EE9">
              <w:rPr>
                <w:color w:val="263238"/>
                <w:sz w:val="17"/>
                <w:lang w:val="it-CH"/>
              </w:rPr>
              <w:t>PLANIFICAREA CU SENS – GEOGRAFIE, CLASA a IX-a, TC, 2026–2027. Registrul Excel include CG–CS–EAI integral, conținuturile TC integrale, corespondența CS–conținuturi, planificarea agregată, standardele clasei a VIII-a integral, ancore VIII–IX, gândire spațială, hazard–risc–vulnerabilitate, evaluare, strategii, IA/digital/interdisciplinaritate și trimiteri la Reperele 2021.</w:t>
            </w:r>
          </w:p>
        </w:tc>
      </w:tr>
    </w:tbl>
    <w:p w14:paraId="6357213A" w14:textId="77777777" w:rsidR="00EC2742" w:rsidRPr="00E14EE9" w:rsidRDefault="00EC2742">
      <w:pPr>
        <w:rPr>
          <w:lang w:val="it-CH"/>
        </w:rPr>
      </w:pPr>
    </w:p>
    <w:tbl>
      <w:tblPr>
        <w:tblW w:w="0" w:type="auto"/>
        <w:jc w:val="center"/>
        <w:tblLayout w:type="fixed"/>
        <w:tblLook w:val="04A0" w:firstRow="1" w:lastRow="0" w:firstColumn="1" w:lastColumn="0" w:noHBand="0" w:noVBand="1"/>
      </w:tblPr>
      <w:tblGrid>
        <w:gridCol w:w="5213"/>
        <w:gridCol w:w="5213"/>
      </w:tblGrid>
      <w:tr w:rsidR="00EC2742" w:rsidRPr="00E14EE9" w14:paraId="4612FFA9" w14:textId="77777777" w:rsidTr="0067267A">
        <w:trPr>
          <w:jc w:val="center"/>
        </w:trPr>
        <w:tc>
          <w:tcPr>
            <w:tcW w:w="5213" w:type="dxa"/>
            <w:shd w:val="clear" w:color="auto" w:fill="2B6478"/>
            <w:tcMar>
              <w:top w:w="105" w:type="dxa"/>
              <w:left w:w="105" w:type="dxa"/>
              <w:bottom w:w="105" w:type="dxa"/>
              <w:right w:w="105" w:type="dxa"/>
            </w:tcMar>
          </w:tcPr>
          <w:p w14:paraId="20A28AC2" w14:textId="77777777" w:rsidR="00EC2742" w:rsidRDefault="00EC2742" w:rsidP="0067267A">
            <w:pPr>
              <w:jc w:val="center"/>
            </w:pPr>
            <w:r>
              <w:rPr>
                <w:b/>
                <w:color w:val="FFFFFF"/>
                <w:sz w:val="15"/>
              </w:rPr>
              <w:t>NOTĂ CURRICULARĂ</w:t>
            </w:r>
          </w:p>
        </w:tc>
        <w:tc>
          <w:tcPr>
            <w:tcW w:w="5213" w:type="dxa"/>
            <w:shd w:val="clear" w:color="auto" w:fill="EEF4F6"/>
            <w:tcMar>
              <w:top w:w="105" w:type="dxa"/>
              <w:left w:w="130" w:type="dxa"/>
              <w:bottom w:w="105" w:type="dxa"/>
              <w:right w:w="130" w:type="dxa"/>
            </w:tcMar>
          </w:tcPr>
          <w:p w14:paraId="16B20268" w14:textId="77777777" w:rsidR="00EC2742" w:rsidRPr="00E14EE9" w:rsidRDefault="00EC2742" w:rsidP="0067267A">
            <w:pPr>
              <w:rPr>
                <w:lang w:val="it-CH"/>
              </w:rPr>
            </w:pPr>
            <w:r w:rsidRPr="00E14EE9">
              <w:rPr>
                <w:color w:val="263238"/>
                <w:sz w:val="17"/>
                <w:lang w:val="it-CH"/>
              </w:rPr>
              <w:t>Pentru clasa a IX-a, standardele naționale de evaluare sunt în lucru. Standardele clasei a VIII-a sunt folosite numai ca repere pentru analiza achizițiilor de intrare și pentru calibrarea sprijinului.</w:t>
            </w:r>
          </w:p>
        </w:tc>
      </w:tr>
    </w:tbl>
    <w:p w14:paraId="61E6D2DB" w14:textId="77777777" w:rsidR="00787B6C" w:rsidRPr="00E14EE9" w:rsidRDefault="00690563">
      <w:pPr>
        <w:rPr>
          <w:lang w:val="it-CH"/>
        </w:rPr>
      </w:pPr>
      <w:r w:rsidRPr="00E14EE9">
        <w:rPr>
          <w:lang w:val="it-CH"/>
        </w:rPr>
        <w:br w:type="page"/>
      </w:r>
    </w:p>
    <w:tbl>
      <w:tblPr>
        <w:tblW w:w="0" w:type="auto"/>
        <w:jc w:val="center"/>
        <w:tblLayout w:type="fixed"/>
        <w:tblLook w:val="04A0" w:firstRow="1" w:lastRow="0" w:firstColumn="1" w:lastColumn="0" w:noHBand="0" w:noVBand="1"/>
      </w:tblPr>
      <w:tblGrid>
        <w:gridCol w:w="5213"/>
        <w:gridCol w:w="5236"/>
      </w:tblGrid>
      <w:tr w:rsidR="00787B6C" w:rsidRPr="00E14EE9" w14:paraId="774123DE" w14:textId="77777777" w:rsidTr="00EC2742">
        <w:trPr>
          <w:jc w:val="center"/>
        </w:trPr>
        <w:tc>
          <w:tcPr>
            <w:tcW w:w="5213" w:type="dxa"/>
            <w:shd w:val="clear" w:color="auto" w:fill="2B6478"/>
            <w:tcMar>
              <w:top w:w="145" w:type="dxa"/>
              <w:left w:w="110" w:type="dxa"/>
              <w:bottom w:w="145" w:type="dxa"/>
              <w:right w:w="110" w:type="dxa"/>
            </w:tcMar>
          </w:tcPr>
          <w:p w14:paraId="6F33FAF1" w14:textId="77777777" w:rsidR="00787B6C" w:rsidRDefault="00690563">
            <w:pPr>
              <w:jc w:val="center"/>
            </w:pPr>
            <w:r>
              <w:rPr>
                <w:b/>
                <w:color w:val="FFFFFF"/>
                <w:sz w:val="30"/>
              </w:rPr>
              <w:lastRenderedPageBreak/>
              <w:t>30</w:t>
            </w:r>
          </w:p>
        </w:tc>
        <w:tc>
          <w:tcPr>
            <w:tcW w:w="5236" w:type="dxa"/>
            <w:shd w:val="clear" w:color="auto" w:fill="17324D"/>
            <w:tcMar>
              <w:top w:w="120" w:type="dxa"/>
              <w:left w:w="145" w:type="dxa"/>
              <w:bottom w:w="120" w:type="dxa"/>
              <w:right w:w="145" w:type="dxa"/>
            </w:tcMar>
          </w:tcPr>
          <w:p w14:paraId="382ED228" w14:textId="77777777" w:rsidR="00787B6C" w:rsidRPr="00E14EE9" w:rsidRDefault="00690563">
            <w:pPr>
              <w:rPr>
                <w:lang w:val="it-CH"/>
              </w:rPr>
            </w:pPr>
            <w:r w:rsidRPr="00E14EE9">
              <w:rPr>
                <w:b/>
                <w:color w:val="FFFFFF"/>
                <w:sz w:val="25"/>
                <w:lang w:val="it-CH"/>
              </w:rPr>
              <w:t>NOTĂ PRIVIND REALIZAREA DOCUMENTULUI</w:t>
            </w:r>
            <w:r w:rsidRPr="00E14EE9">
              <w:rPr>
                <w:lang w:val="it-CH"/>
              </w:rPr>
              <w:br/>
            </w:r>
            <w:r w:rsidRPr="00E14EE9">
              <w:rPr>
                <w:color w:val="DFE8EA"/>
                <w:sz w:val="16"/>
                <w:lang w:val="it-CH"/>
              </w:rPr>
              <w:t>Transparență privind utilizarea IA și drepturile asupra produsului.</w:t>
            </w:r>
          </w:p>
        </w:tc>
      </w:tr>
    </w:tbl>
    <w:p w14:paraId="1909E59A" w14:textId="77777777" w:rsidR="00EC2742" w:rsidRPr="00E14EE9" w:rsidRDefault="00EC2742">
      <w:pPr>
        <w:spacing w:before="240"/>
        <w:jc w:val="center"/>
        <w:rPr>
          <w:i/>
          <w:color w:val="66757F"/>
          <w:sz w:val="18"/>
          <w:lang w:val="it-CH"/>
        </w:rPr>
      </w:pPr>
    </w:p>
    <w:tbl>
      <w:tblPr>
        <w:tblW w:w="0" w:type="auto"/>
        <w:jc w:val="center"/>
        <w:tblLayout w:type="fixed"/>
        <w:tblLook w:val="04A0" w:firstRow="1" w:lastRow="0" w:firstColumn="1" w:lastColumn="0" w:noHBand="0" w:noVBand="1"/>
      </w:tblPr>
      <w:tblGrid>
        <w:gridCol w:w="5213"/>
        <w:gridCol w:w="5213"/>
      </w:tblGrid>
      <w:tr w:rsidR="00EC2742" w14:paraId="75D33E6A" w14:textId="77777777" w:rsidTr="0067267A">
        <w:trPr>
          <w:jc w:val="center"/>
        </w:trPr>
        <w:tc>
          <w:tcPr>
            <w:tcW w:w="5213" w:type="dxa"/>
            <w:shd w:val="clear" w:color="auto" w:fill="2B6478"/>
            <w:tcMar>
              <w:top w:w="105" w:type="dxa"/>
              <w:left w:w="105" w:type="dxa"/>
              <w:bottom w:w="105" w:type="dxa"/>
              <w:right w:w="105" w:type="dxa"/>
            </w:tcMar>
          </w:tcPr>
          <w:p w14:paraId="2BB9F26E" w14:textId="77777777" w:rsidR="00EC2742" w:rsidRDefault="00EC2742" w:rsidP="0067267A">
            <w:pPr>
              <w:jc w:val="center"/>
            </w:pPr>
            <w:r>
              <w:rPr>
                <w:b/>
                <w:color w:val="FFFFFF"/>
                <w:sz w:val="15"/>
              </w:rPr>
              <w:t>TRANSPARENȚĂ</w:t>
            </w:r>
          </w:p>
        </w:tc>
        <w:tc>
          <w:tcPr>
            <w:tcW w:w="5213" w:type="dxa"/>
            <w:shd w:val="clear" w:color="auto" w:fill="EEF4F6"/>
            <w:tcMar>
              <w:top w:w="105" w:type="dxa"/>
              <w:left w:w="130" w:type="dxa"/>
              <w:bottom w:w="105" w:type="dxa"/>
              <w:right w:w="130" w:type="dxa"/>
            </w:tcMar>
          </w:tcPr>
          <w:p w14:paraId="17962341" w14:textId="77777777" w:rsidR="00EC2742" w:rsidRDefault="00EC2742" w:rsidP="0067267A">
            <w:proofErr w:type="spellStart"/>
            <w:r>
              <w:rPr>
                <w:color w:val="263238"/>
                <w:sz w:val="17"/>
              </w:rPr>
              <w:t>Prezentul</w:t>
            </w:r>
            <w:proofErr w:type="spellEnd"/>
            <w:r>
              <w:rPr>
                <w:color w:val="263238"/>
                <w:sz w:val="17"/>
              </w:rPr>
              <w:t xml:space="preserve"> material a </w:t>
            </w:r>
            <w:proofErr w:type="spellStart"/>
            <w:r>
              <w:rPr>
                <w:color w:val="263238"/>
                <w:sz w:val="17"/>
              </w:rPr>
              <w:t>fost</w:t>
            </w:r>
            <w:proofErr w:type="spellEnd"/>
            <w:r>
              <w:rPr>
                <w:color w:val="263238"/>
                <w:sz w:val="17"/>
              </w:rPr>
              <w:t xml:space="preserve"> </w:t>
            </w:r>
            <w:proofErr w:type="spellStart"/>
            <w:r>
              <w:rPr>
                <w:color w:val="263238"/>
                <w:sz w:val="17"/>
              </w:rPr>
              <w:t>elaborat</w:t>
            </w:r>
            <w:proofErr w:type="spellEnd"/>
            <w:r>
              <w:rPr>
                <w:color w:val="263238"/>
                <w:sz w:val="17"/>
              </w:rPr>
              <w:t xml:space="preserve"> cu </w:t>
            </w:r>
            <w:proofErr w:type="spellStart"/>
            <w:r>
              <w:rPr>
                <w:color w:val="263238"/>
                <w:sz w:val="17"/>
              </w:rPr>
              <w:t>sprijinul</w:t>
            </w:r>
            <w:proofErr w:type="spellEnd"/>
            <w:r>
              <w:rPr>
                <w:color w:val="263238"/>
                <w:sz w:val="17"/>
              </w:rPr>
              <w:t xml:space="preserve"> </w:t>
            </w:r>
            <w:proofErr w:type="spellStart"/>
            <w:r>
              <w:rPr>
                <w:color w:val="263238"/>
                <w:sz w:val="17"/>
              </w:rPr>
              <w:t>unui</w:t>
            </w:r>
            <w:proofErr w:type="spellEnd"/>
            <w:r>
              <w:rPr>
                <w:color w:val="263238"/>
                <w:sz w:val="17"/>
              </w:rPr>
              <w:t xml:space="preserve"> </w:t>
            </w:r>
            <w:proofErr w:type="spellStart"/>
            <w:r>
              <w:rPr>
                <w:color w:val="263238"/>
                <w:sz w:val="17"/>
              </w:rPr>
              <w:t>asistent</w:t>
            </w:r>
            <w:proofErr w:type="spellEnd"/>
            <w:r>
              <w:rPr>
                <w:color w:val="263238"/>
                <w:sz w:val="17"/>
              </w:rPr>
              <w:t xml:space="preserve"> </w:t>
            </w:r>
            <w:proofErr w:type="spellStart"/>
            <w:r>
              <w:rPr>
                <w:color w:val="263238"/>
                <w:sz w:val="17"/>
              </w:rPr>
              <w:t>bazat</w:t>
            </w:r>
            <w:proofErr w:type="spellEnd"/>
            <w:r>
              <w:rPr>
                <w:color w:val="263238"/>
                <w:sz w:val="17"/>
              </w:rPr>
              <w:t xml:space="preserve"> pe </w:t>
            </w:r>
            <w:proofErr w:type="spellStart"/>
            <w:r>
              <w:rPr>
                <w:color w:val="263238"/>
                <w:sz w:val="17"/>
              </w:rPr>
              <w:t>inteligență</w:t>
            </w:r>
            <w:proofErr w:type="spellEnd"/>
            <w:r>
              <w:rPr>
                <w:color w:val="263238"/>
                <w:sz w:val="17"/>
              </w:rPr>
              <w:t xml:space="preserve"> </w:t>
            </w:r>
            <w:proofErr w:type="spellStart"/>
            <w:r>
              <w:rPr>
                <w:color w:val="263238"/>
                <w:sz w:val="17"/>
              </w:rPr>
              <w:t>artificială</w:t>
            </w:r>
            <w:proofErr w:type="spellEnd"/>
            <w:r>
              <w:rPr>
                <w:color w:val="263238"/>
                <w:sz w:val="17"/>
              </w:rPr>
              <w:t xml:space="preserve">, </w:t>
            </w:r>
            <w:proofErr w:type="spellStart"/>
            <w:r>
              <w:rPr>
                <w:color w:val="263238"/>
                <w:sz w:val="17"/>
              </w:rPr>
              <w:t>utilizat</w:t>
            </w:r>
            <w:proofErr w:type="spellEnd"/>
            <w:r>
              <w:rPr>
                <w:color w:val="263238"/>
                <w:sz w:val="17"/>
              </w:rPr>
              <w:t xml:space="preserve"> ca instrument de </w:t>
            </w:r>
            <w:proofErr w:type="spellStart"/>
            <w:r>
              <w:rPr>
                <w:color w:val="263238"/>
                <w:sz w:val="17"/>
              </w:rPr>
              <w:t>documentare</w:t>
            </w:r>
            <w:proofErr w:type="spellEnd"/>
            <w:r>
              <w:rPr>
                <w:color w:val="263238"/>
                <w:sz w:val="17"/>
              </w:rPr>
              <w:t xml:space="preserve">, </w:t>
            </w:r>
            <w:proofErr w:type="spellStart"/>
            <w:r>
              <w:rPr>
                <w:color w:val="263238"/>
                <w:sz w:val="17"/>
              </w:rPr>
              <w:t>structurare</w:t>
            </w:r>
            <w:proofErr w:type="spellEnd"/>
            <w:r>
              <w:rPr>
                <w:color w:val="263238"/>
                <w:sz w:val="17"/>
              </w:rPr>
              <w:t xml:space="preserve">, </w:t>
            </w:r>
            <w:proofErr w:type="spellStart"/>
            <w:r>
              <w:rPr>
                <w:color w:val="263238"/>
                <w:sz w:val="17"/>
              </w:rPr>
              <w:t>redactare</w:t>
            </w:r>
            <w:proofErr w:type="spellEnd"/>
            <w:r>
              <w:rPr>
                <w:color w:val="263238"/>
                <w:sz w:val="17"/>
              </w:rPr>
              <w:t xml:space="preserve"> </w:t>
            </w:r>
            <w:proofErr w:type="spellStart"/>
            <w:r>
              <w:rPr>
                <w:color w:val="263238"/>
                <w:sz w:val="17"/>
              </w:rPr>
              <w:t>și</w:t>
            </w:r>
            <w:proofErr w:type="spellEnd"/>
            <w:r>
              <w:rPr>
                <w:color w:val="263238"/>
                <w:sz w:val="17"/>
              </w:rPr>
              <w:t xml:space="preserve"> </w:t>
            </w:r>
            <w:proofErr w:type="spellStart"/>
            <w:r>
              <w:rPr>
                <w:color w:val="263238"/>
                <w:sz w:val="17"/>
              </w:rPr>
              <w:t>revizuire</w:t>
            </w:r>
            <w:proofErr w:type="spellEnd"/>
            <w:r>
              <w:rPr>
                <w:color w:val="263238"/>
                <w:sz w:val="17"/>
              </w:rPr>
              <w:t xml:space="preserve">, cu </w:t>
            </w:r>
            <w:proofErr w:type="spellStart"/>
            <w:r>
              <w:rPr>
                <w:color w:val="263238"/>
                <w:sz w:val="17"/>
              </w:rPr>
              <w:t>respectarea</w:t>
            </w:r>
            <w:proofErr w:type="spellEnd"/>
            <w:r>
              <w:rPr>
                <w:color w:val="263238"/>
                <w:sz w:val="17"/>
              </w:rPr>
              <w:t xml:space="preserve"> </w:t>
            </w:r>
            <w:proofErr w:type="spellStart"/>
            <w:r>
              <w:rPr>
                <w:color w:val="263238"/>
                <w:sz w:val="17"/>
              </w:rPr>
              <w:t>cadrului</w:t>
            </w:r>
            <w:proofErr w:type="spellEnd"/>
            <w:r>
              <w:rPr>
                <w:color w:val="263238"/>
                <w:sz w:val="17"/>
              </w:rPr>
              <w:t xml:space="preserve"> legal </w:t>
            </w:r>
            <w:proofErr w:type="spellStart"/>
            <w:r>
              <w:rPr>
                <w:color w:val="263238"/>
                <w:sz w:val="17"/>
              </w:rPr>
              <w:t>aplicabil</w:t>
            </w:r>
            <w:proofErr w:type="spellEnd"/>
            <w:r>
              <w:rPr>
                <w:color w:val="263238"/>
                <w:sz w:val="17"/>
              </w:rPr>
              <w:t xml:space="preserve"> </w:t>
            </w:r>
            <w:proofErr w:type="spellStart"/>
            <w:r>
              <w:rPr>
                <w:color w:val="263238"/>
                <w:sz w:val="17"/>
              </w:rPr>
              <w:t>și</w:t>
            </w:r>
            <w:proofErr w:type="spellEnd"/>
            <w:r>
              <w:rPr>
                <w:color w:val="263238"/>
                <w:sz w:val="17"/>
              </w:rPr>
              <w:t xml:space="preserve"> a </w:t>
            </w:r>
            <w:proofErr w:type="spellStart"/>
            <w:r>
              <w:rPr>
                <w:color w:val="263238"/>
                <w:sz w:val="17"/>
              </w:rPr>
              <w:t>regulilor</w:t>
            </w:r>
            <w:proofErr w:type="spellEnd"/>
            <w:r>
              <w:rPr>
                <w:color w:val="263238"/>
                <w:sz w:val="17"/>
              </w:rPr>
              <w:t xml:space="preserve"> </w:t>
            </w:r>
            <w:proofErr w:type="spellStart"/>
            <w:r>
              <w:rPr>
                <w:color w:val="263238"/>
                <w:sz w:val="17"/>
              </w:rPr>
              <w:t>privind</w:t>
            </w:r>
            <w:proofErr w:type="spellEnd"/>
            <w:r>
              <w:rPr>
                <w:color w:val="263238"/>
                <w:sz w:val="17"/>
              </w:rPr>
              <w:t xml:space="preserve"> </w:t>
            </w:r>
            <w:proofErr w:type="spellStart"/>
            <w:r>
              <w:rPr>
                <w:color w:val="263238"/>
                <w:sz w:val="17"/>
              </w:rPr>
              <w:t>elaborarea</w:t>
            </w:r>
            <w:proofErr w:type="spellEnd"/>
            <w:r>
              <w:rPr>
                <w:color w:val="263238"/>
                <w:sz w:val="17"/>
              </w:rPr>
              <w:t xml:space="preserve"> </w:t>
            </w:r>
            <w:proofErr w:type="spellStart"/>
            <w:r>
              <w:rPr>
                <w:color w:val="263238"/>
                <w:sz w:val="17"/>
              </w:rPr>
              <w:t>materialelor</w:t>
            </w:r>
            <w:proofErr w:type="spellEnd"/>
            <w:r>
              <w:rPr>
                <w:color w:val="263238"/>
                <w:sz w:val="17"/>
              </w:rPr>
              <w:t xml:space="preserve"> </w:t>
            </w:r>
            <w:proofErr w:type="spellStart"/>
            <w:r>
              <w:rPr>
                <w:color w:val="263238"/>
                <w:sz w:val="17"/>
              </w:rPr>
              <w:t>educaționale</w:t>
            </w:r>
            <w:proofErr w:type="spellEnd"/>
            <w:r>
              <w:rPr>
                <w:color w:val="263238"/>
                <w:sz w:val="17"/>
              </w:rPr>
              <w:t xml:space="preserve">. </w:t>
            </w:r>
            <w:proofErr w:type="spellStart"/>
            <w:r>
              <w:rPr>
                <w:color w:val="263238"/>
                <w:sz w:val="17"/>
              </w:rPr>
              <w:t>Conținutul</w:t>
            </w:r>
            <w:proofErr w:type="spellEnd"/>
            <w:r>
              <w:rPr>
                <w:color w:val="263238"/>
                <w:sz w:val="17"/>
              </w:rPr>
              <w:t xml:space="preserve"> final a </w:t>
            </w:r>
            <w:proofErr w:type="spellStart"/>
            <w:r>
              <w:rPr>
                <w:color w:val="263238"/>
                <w:sz w:val="17"/>
              </w:rPr>
              <w:t>fost</w:t>
            </w:r>
            <w:proofErr w:type="spellEnd"/>
            <w:r>
              <w:rPr>
                <w:color w:val="263238"/>
                <w:sz w:val="17"/>
              </w:rPr>
              <w:t xml:space="preserve"> </w:t>
            </w:r>
            <w:proofErr w:type="spellStart"/>
            <w:r>
              <w:rPr>
                <w:color w:val="263238"/>
                <w:sz w:val="17"/>
              </w:rPr>
              <w:t>analizat</w:t>
            </w:r>
            <w:proofErr w:type="spellEnd"/>
            <w:r>
              <w:rPr>
                <w:color w:val="263238"/>
                <w:sz w:val="17"/>
              </w:rPr>
              <w:t xml:space="preserve">, </w:t>
            </w:r>
            <w:proofErr w:type="spellStart"/>
            <w:r>
              <w:rPr>
                <w:color w:val="263238"/>
                <w:sz w:val="17"/>
              </w:rPr>
              <w:t>selectat</w:t>
            </w:r>
            <w:proofErr w:type="spellEnd"/>
            <w:r>
              <w:rPr>
                <w:color w:val="263238"/>
                <w:sz w:val="17"/>
              </w:rPr>
              <w:t xml:space="preserve">, </w:t>
            </w:r>
            <w:proofErr w:type="spellStart"/>
            <w:r>
              <w:rPr>
                <w:color w:val="263238"/>
                <w:sz w:val="17"/>
              </w:rPr>
              <w:t>adaptat</w:t>
            </w:r>
            <w:proofErr w:type="spellEnd"/>
            <w:r>
              <w:rPr>
                <w:color w:val="263238"/>
                <w:sz w:val="17"/>
              </w:rPr>
              <w:t xml:space="preserve"> </w:t>
            </w:r>
            <w:proofErr w:type="spellStart"/>
            <w:r>
              <w:rPr>
                <w:color w:val="263238"/>
                <w:sz w:val="17"/>
              </w:rPr>
              <w:t>și</w:t>
            </w:r>
            <w:proofErr w:type="spellEnd"/>
            <w:r>
              <w:rPr>
                <w:color w:val="263238"/>
                <w:sz w:val="17"/>
              </w:rPr>
              <w:t xml:space="preserve"> </w:t>
            </w:r>
            <w:proofErr w:type="spellStart"/>
            <w:r>
              <w:rPr>
                <w:color w:val="263238"/>
                <w:sz w:val="17"/>
              </w:rPr>
              <w:t>validat</w:t>
            </w:r>
            <w:proofErr w:type="spellEnd"/>
            <w:r>
              <w:rPr>
                <w:color w:val="263238"/>
                <w:sz w:val="17"/>
              </w:rPr>
              <w:t xml:space="preserve"> </w:t>
            </w:r>
            <w:proofErr w:type="spellStart"/>
            <w:r>
              <w:rPr>
                <w:color w:val="263238"/>
                <w:sz w:val="17"/>
              </w:rPr>
              <w:t>în</w:t>
            </w:r>
            <w:proofErr w:type="spellEnd"/>
            <w:r>
              <w:rPr>
                <w:color w:val="263238"/>
                <w:sz w:val="17"/>
              </w:rPr>
              <w:t xml:space="preserve"> </w:t>
            </w:r>
            <w:proofErr w:type="spellStart"/>
            <w:r>
              <w:rPr>
                <w:color w:val="263238"/>
                <w:sz w:val="17"/>
              </w:rPr>
              <w:t>cadrul</w:t>
            </w:r>
            <w:proofErr w:type="spellEnd"/>
            <w:r>
              <w:rPr>
                <w:color w:val="263238"/>
                <w:sz w:val="17"/>
              </w:rPr>
              <w:t xml:space="preserve"> </w:t>
            </w:r>
            <w:proofErr w:type="spellStart"/>
            <w:r>
              <w:rPr>
                <w:color w:val="263238"/>
                <w:sz w:val="17"/>
              </w:rPr>
              <w:t>procesului</w:t>
            </w:r>
            <w:proofErr w:type="spellEnd"/>
            <w:r>
              <w:rPr>
                <w:color w:val="263238"/>
                <w:sz w:val="17"/>
              </w:rPr>
              <w:t xml:space="preserve"> de </w:t>
            </w:r>
            <w:proofErr w:type="spellStart"/>
            <w:r>
              <w:rPr>
                <w:color w:val="263238"/>
                <w:sz w:val="17"/>
              </w:rPr>
              <w:t>elaborare</w:t>
            </w:r>
            <w:proofErr w:type="spellEnd"/>
            <w:r>
              <w:rPr>
                <w:color w:val="263238"/>
                <w:sz w:val="17"/>
              </w:rPr>
              <w:t xml:space="preserve">, </w:t>
            </w:r>
            <w:proofErr w:type="spellStart"/>
            <w:r>
              <w:rPr>
                <w:color w:val="263238"/>
                <w:sz w:val="17"/>
              </w:rPr>
              <w:t>constituind</w:t>
            </w:r>
            <w:proofErr w:type="spellEnd"/>
            <w:r>
              <w:rPr>
                <w:color w:val="263238"/>
                <w:sz w:val="17"/>
              </w:rPr>
              <w:t xml:space="preserve"> un </w:t>
            </w:r>
            <w:proofErr w:type="spellStart"/>
            <w:r>
              <w:rPr>
                <w:color w:val="263238"/>
                <w:sz w:val="17"/>
              </w:rPr>
              <w:t>produs</w:t>
            </w:r>
            <w:proofErr w:type="spellEnd"/>
            <w:r>
              <w:rPr>
                <w:color w:val="263238"/>
                <w:sz w:val="17"/>
              </w:rPr>
              <w:t xml:space="preserve"> original. </w:t>
            </w:r>
            <w:proofErr w:type="spellStart"/>
            <w:r>
              <w:rPr>
                <w:color w:val="263238"/>
                <w:sz w:val="17"/>
              </w:rPr>
              <w:t>Drepturile</w:t>
            </w:r>
            <w:proofErr w:type="spellEnd"/>
            <w:r>
              <w:rPr>
                <w:color w:val="263238"/>
                <w:sz w:val="17"/>
              </w:rPr>
              <w:t xml:space="preserve"> </w:t>
            </w:r>
            <w:proofErr w:type="spellStart"/>
            <w:r>
              <w:rPr>
                <w:color w:val="263238"/>
                <w:sz w:val="17"/>
              </w:rPr>
              <w:t>asupra</w:t>
            </w:r>
            <w:proofErr w:type="spellEnd"/>
            <w:r>
              <w:rPr>
                <w:color w:val="263238"/>
                <w:sz w:val="17"/>
              </w:rPr>
              <w:t xml:space="preserve"> </w:t>
            </w:r>
            <w:proofErr w:type="spellStart"/>
            <w:r>
              <w:rPr>
                <w:color w:val="263238"/>
                <w:sz w:val="17"/>
              </w:rPr>
              <w:t>formei</w:t>
            </w:r>
            <w:proofErr w:type="spellEnd"/>
            <w:r>
              <w:rPr>
                <w:color w:val="263238"/>
                <w:sz w:val="17"/>
              </w:rPr>
              <w:t xml:space="preserve"> finale a </w:t>
            </w:r>
            <w:proofErr w:type="spellStart"/>
            <w:r>
              <w:rPr>
                <w:color w:val="263238"/>
                <w:sz w:val="17"/>
              </w:rPr>
              <w:t>materialului</w:t>
            </w:r>
            <w:proofErr w:type="spellEnd"/>
            <w:r>
              <w:rPr>
                <w:color w:val="263238"/>
                <w:sz w:val="17"/>
              </w:rPr>
              <w:t xml:space="preserve"> </w:t>
            </w:r>
            <w:proofErr w:type="spellStart"/>
            <w:r>
              <w:rPr>
                <w:color w:val="263238"/>
                <w:sz w:val="17"/>
              </w:rPr>
              <w:t>aparțin</w:t>
            </w:r>
            <w:proofErr w:type="spellEnd"/>
            <w:r>
              <w:rPr>
                <w:color w:val="263238"/>
                <w:sz w:val="17"/>
              </w:rPr>
              <w:t xml:space="preserve"> </w:t>
            </w:r>
            <w:proofErr w:type="spellStart"/>
            <w:r>
              <w:rPr>
                <w:color w:val="263238"/>
                <w:sz w:val="17"/>
              </w:rPr>
              <w:t>Ministerului</w:t>
            </w:r>
            <w:proofErr w:type="spellEnd"/>
            <w:r>
              <w:rPr>
                <w:color w:val="263238"/>
                <w:sz w:val="17"/>
              </w:rPr>
              <w:t xml:space="preserve"> </w:t>
            </w:r>
            <w:proofErr w:type="spellStart"/>
            <w:r>
              <w:rPr>
                <w:color w:val="263238"/>
                <w:sz w:val="17"/>
              </w:rPr>
              <w:t>Educației</w:t>
            </w:r>
            <w:proofErr w:type="spellEnd"/>
            <w:r>
              <w:rPr>
                <w:color w:val="263238"/>
                <w:sz w:val="17"/>
              </w:rPr>
              <w:t xml:space="preserve"> </w:t>
            </w:r>
            <w:proofErr w:type="spellStart"/>
            <w:r>
              <w:rPr>
                <w:color w:val="263238"/>
                <w:sz w:val="17"/>
              </w:rPr>
              <w:t>și</w:t>
            </w:r>
            <w:proofErr w:type="spellEnd"/>
            <w:r>
              <w:rPr>
                <w:color w:val="263238"/>
                <w:sz w:val="17"/>
              </w:rPr>
              <w:t xml:space="preserve"> </w:t>
            </w:r>
            <w:proofErr w:type="spellStart"/>
            <w:r>
              <w:rPr>
                <w:color w:val="263238"/>
                <w:sz w:val="17"/>
              </w:rPr>
              <w:t>Cercetării</w:t>
            </w:r>
            <w:proofErr w:type="spellEnd"/>
            <w:r>
              <w:rPr>
                <w:color w:val="263238"/>
                <w:sz w:val="17"/>
              </w:rPr>
              <w:t xml:space="preserve"> – </w:t>
            </w:r>
            <w:proofErr w:type="spellStart"/>
            <w:r>
              <w:rPr>
                <w:color w:val="263238"/>
                <w:sz w:val="17"/>
              </w:rPr>
              <w:t>Centrului</w:t>
            </w:r>
            <w:proofErr w:type="spellEnd"/>
            <w:r>
              <w:rPr>
                <w:color w:val="263238"/>
                <w:sz w:val="17"/>
              </w:rPr>
              <w:t xml:space="preserve"> </w:t>
            </w:r>
            <w:proofErr w:type="spellStart"/>
            <w:r>
              <w:rPr>
                <w:color w:val="263238"/>
                <w:sz w:val="17"/>
              </w:rPr>
              <w:t>Național</w:t>
            </w:r>
            <w:proofErr w:type="spellEnd"/>
            <w:r>
              <w:rPr>
                <w:color w:val="263238"/>
                <w:sz w:val="17"/>
              </w:rPr>
              <w:t xml:space="preserve"> </w:t>
            </w:r>
            <w:proofErr w:type="spellStart"/>
            <w:r>
              <w:rPr>
                <w:color w:val="263238"/>
                <w:sz w:val="17"/>
              </w:rPr>
              <w:t>pentru</w:t>
            </w:r>
            <w:proofErr w:type="spellEnd"/>
            <w:r>
              <w:rPr>
                <w:color w:val="263238"/>
                <w:sz w:val="17"/>
              </w:rPr>
              <w:t xml:space="preserve"> Curriculum </w:t>
            </w:r>
            <w:proofErr w:type="spellStart"/>
            <w:r>
              <w:rPr>
                <w:color w:val="263238"/>
                <w:sz w:val="17"/>
              </w:rPr>
              <w:t>și</w:t>
            </w:r>
            <w:proofErr w:type="spellEnd"/>
            <w:r>
              <w:rPr>
                <w:color w:val="263238"/>
                <w:sz w:val="17"/>
              </w:rPr>
              <w:t xml:space="preserve"> </w:t>
            </w:r>
            <w:proofErr w:type="spellStart"/>
            <w:r>
              <w:rPr>
                <w:color w:val="263238"/>
                <w:sz w:val="17"/>
              </w:rPr>
              <w:t>Evaluare</w:t>
            </w:r>
            <w:proofErr w:type="spellEnd"/>
            <w:r>
              <w:rPr>
                <w:color w:val="263238"/>
                <w:sz w:val="17"/>
              </w:rPr>
              <w:t xml:space="preserve"> (MEC–CNCE).</w:t>
            </w:r>
          </w:p>
        </w:tc>
      </w:tr>
    </w:tbl>
    <w:p w14:paraId="440E657D" w14:textId="77777777" w:rsidR="00787B6C" w:rsidRPr="00E14EE9" w:rsidRDefault="00690563">
      <w:pPr>
        <w:spacing w:before="240"/>
        <w:jc w:val="center"/>
        <w:rPr>
          <w:lang w:val="it-CH"/>
        </w:rPr>
      </w:pPr>
      <w:r w:rsidRPr="00E14EE9">
        <w:rPr>
          <w:i/>
          <w:color w:val="66757F"/>
          <w:sz w:val="18"/>
          <w:lang w:val="it-CH"/>
        </w:rPr>
        <w:t>Reperele metodologice au caracter orientativ și nu limitează autonomia profesională a cadrului didactic. Programa școlară și actele normative în vigoare reprezintă referința obligatorie pentru proiectare și aplicare.</w:t>
      </w:r>
    </w:p>
    <w:sectPr w:rsidR="00787B6C" w:rsidRPr="00E14EE9" w:rsidSect="00034616">
      <w:headerReference w:type="default" r:id="rId10"/>
      <w:footerReference w:type="default" r:id="rId11"/>
      <w:pgSz w:w="12240" w:h="15840"/>
      <w:pgMar w:top="794" w:right="907" w:bottom="765"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F02B7" w14:textId="77777777" w:rsidR="00614878" w:rsidRDefault="00614878">
      <w:pPr>
        <w:spacing w:after="0" w:line="240" w:lineRule="auto"/>
      </w:pPr>
      <w:r>
        <w:separator/>
      </w:r>
    </w:p>
  </w:endnote>
  <w:endnote w:type="continuationSeparator" w:id="0">
    <w:p w14:paraId="78A62D29" w14:textId="77777777" w:rsidR="00614878" w:rsidRDefault="00614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E538D" w14:textId="77777777" w:rsidR="00690563" w:rsidRPr="00E14EE9" w:rsidRDefault="00690563">
    <w:pPr>
      <w:pStyle w:val="Subsol"/>
      <w:jc w:val="center"/>
      <w:rPr>
        <w:lang w:val="it-CH"/>
      </w:rPr>
    </w:pPr>
    <w:r w:rsidRPr="00E14EE9">
      <w:rPr>
        <w:color w:val="66757F"/>
        <w:sz w:val="13"/>
        <w:lang w:val="it-CH"/>
      </w:rPr>
      <w:t>REPERE METODOLOGICE | GEOGRAFIE | CLASA a IX-a, TC | 2026–2027</w:t>
    </w:r>
    <w:r w:rsidRPr="00E14EE9">
      <w:rPr>
        <w:lang w:val="it-CH"/>
      </w:rPr>
      <w:t xml:space="preserve">  •  </w:t>
    </w:r>
    <w:r>
      <w:fldChar w:fldCharType="begin"/>
    </w:r>
    <w:r w:rsidRPr="00E14EE9">
      <w:rPr>
        <w:lang w:val="it-CH"/>
      </w:rPr>
      <w:instrText>PAGE</w:instrText>
    </w:r>
    <w:r>
      <w:fldChar w:fldCharType="separate"/>
    </w:r>
    <w:r w:rsidRPr="00E14EE9">
      <w:rPr>
        <w:noProof/>
        <w:lang w:val="it-CH"/>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9A272" w14:textId="77777777" w:rsidR="00614878" w:rsidRDefault="00614878">
      <w:pPr>
        <w:spacing w:after="0" w:line="240" w:lineRule="auto"/>
      </w:pPr>
      <w:r>
        <w:separator/>
      </w:r>
    </w:p>
  </w:footnote>
  <w:footnote w:type="continuationSeparator" w:id="0">
    <w:p w14:paraId="11D8608F" w14:textId="77777777" w:rsidR="00614878" w:rsidRDefault="00614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9ECF5" w14:textId="77777777" w:rsidR="00690563" w:rsidRDefault="00690563">
    <w:pPr>
      <w:pStyle w:val="Antet"/>
      <w:jc w:val="center"/>
      <w:rPr>
        <w:b/>
        <w:color w:val="17324D"/>
        <w:sz w:val="14"/>
      </w:rPr>
    </w:pPr>
    <w:r>
      <w:rPr>
        <w:b/>
        <w:color w:val="17324D"/>
        <w:sz w:val="14"/>
      </w:rPr>
      <w:t>MINISTERUL EDUCAȚIEI ȘI CERCETĂRII | CENTRUL NAȚIONAL PENTRU CURRICULUM ȘI EVALUARE</w:t>
    </w:r>
  </w:p>
  <w:p w14:paraId="4BB438E9" w14:textId="77777777" w:rsidR="00690563" w:rsidRDefault="00690563">
    <w:pPr>
      <w:pStyle w:val="Ante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16cid:durableId="1498500679">
    <w:abstractNumId w:val="8"/>
  </w:num>
  <w:num w:numId="2" w16cid:durableId="1878815251">
    <w:abstractNumId w:val="6"/>
  </w:num>
  <w:num w:numId="3" w16cid:durableId="787505643">
    <w:abstractNumId w:val="5"/>
  </w:num>
  <w:num w:numId="4" w16cid:durableId="1058826008">
    <w:abstractNumId w:val="4"/>
  </w:num>
  <w:num w:numId="5" w16cid:durableId="1797332138">
    <w:abstractNumId w:val="7"/>
  </w:num>
  <w:num w:numId="6" w16cid:durableId="265117863">
    <w:abstractNumId w:val="3"/>
  </w:num>
  <w:num w:numId="7" w16cid:durableId="1497302290">
    <w:abstractNumId w:val="2"/>
  </w:num>
  <w:num w:numId="8" w16cid:durableId="631793838">
    <w:abstractNumId w:val="1"/>
  </w:num>
  <w:num w:numId="9" w16cid:durableId="577986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03DF"/>
    <w:rsid w:val="00012E6B"/>
    <w:rsid w:val="00014C50"/>
    <w:rsid w:val="00034616"/>
    <w:rsid w:val="0006063C"/>
    <w:rsid w:val="000778B3"/>
    <w:rsid w:val="000967A6"/>
    <w:rsid w:val="000B60A1"/>
    <w:rsid w:val="000C558B"/>
    <w:rsid w:val="000E41B0"/>
    <w:rsid w:val="0010257F"/>
    <w:rsid w:val="0015074B"/>
    <w:rsid w:val="00186BF5"/>
    <w:rsid w:val="001C2798"/>
    <w:rsid w:val="00224BD2"/>
    <w:rsid w:val="002252DF"/>
    <w:rsid w:val="00263100"/>
    <w:rsid w:val="0029230B"/>
    <w:rsid w:val="0029639D"/>
    <w:rsid w:val="002C15CB"/>
    <w:rsid w:val="002D5477"/>
    <w:rsid w:val="002F5482"/>
    <w:rsid w:val="00316210"/>
    <w:rsid w:val="00326F90"/>
    <w:rsid w:val="0034519C"/>
    <w:rsid w:val="0038154C"/>
    <w:rsid w:val="0039506B"/>
    <w:rsid w:val="00395C71"/>
    <w:rsid w:val="003B4FA4"/>
    <w:rsid w:val="003E6672"/>
    <w:rsid w:val="00427425"/>
    <w:rsid w:val="00436553"/>
    <w:rsid w:val="004540D1"/>
    <w:rsid w:val="00465DD6"/>
    <w:rsid w:val="004F296B"/>
    <w:rsid w:val="00501E5C"/>
    <w:rsid w:val="00504F00"/>
    <w:rsid w:val="00516D77"/>
    <w:rsid w:val="005244EC"/>
    <w:rsid w:val="00545516"/>
    <w:rsid w:val="0056200E"/>
    <w:rsid w:val="00562045"/>
    <w:rsid w:val="005638C9"/>
    <w:rsid w:val="00565200"/>
    <w:rsid w:val="00590FD9"/>
    <w:rsid w:val="005A2C41"/>
    <w:rsid w:val="005A7449"/>
    <w:rsid w:val="00614878"/>
    <w:rsid w:val="0064366E"/>
    <w:rsid w:val="00646309"/>
    <w:rsid w:val="00670CDC"/>
    <w:rsid w:val="00690563"/>
    <w:rsid w:val="006A5E1E"/>
    <w:rsid w:val="006D69A3"/>
    <w:rsid w:val="007265C8"/>
    <w:rsid w:val="007823C1"/>
    <w:rsid w:val="0078593B"/>
    <w:rsid w:val="00787B6C"/>
    <w:rsid w:val="00793214"/>
    <w:rsid w:val="007C1CFD"/>
    <w:rsid w:val="007E6BE4"/>
    <w:rsid w:val="0081027A"/>
    <w:rsid w:val="0089454F"/>
    <w:rsid w:val="008A4A9D"/>
    <w:rsid w:val="008B2FB6"/>
    <w:rsid w:val="008C5070"/>
    <w:rsid w:val="00900A2B"/>
    <w:rsid w:val="00933903"/>
    <w:rsid w:val="0098342F"/>
    <w:rsid w:val="009B033F"/>
    <w:rsid w:val="009D6575"/>
    <w:rsid w:val="00A05647"/>
    <w:rsid w:val="00A379CC"/>
    <w:rsid w:val="00A8791D"/>
    <w:rsid w:val="00A94402"/>
    <w:rsid w:val="00AA1D8D"/>
    <w:rsid w:val="00AC638B"/>
    <w:rsid w:val="00B03B8A"/>
    <w:rsid w:val="00B17792"/>
    <w:rsid w:val="00B24E04"/>
    <w:rsid w:val="00B310D9"/>
    <w:rsid w:val="00B3599D"/>
    <w:rsid w:val="00B47730"/>
    <w:rsid w:val="00B526DD"/>
    <w:rsid w:val="00BA3C16"/>
    <w:rsid w:val="00BD48CC"/>
    <w:rsid w:val="00BE550F"/>
    <w:rsid w:val="00C067A2"/>
    <w:rsid w:val="00C33805"/>
    <w:rsid w:val="00C81922"/>
    <w:rsid w:val="00C93FB7"/>
    <w:rsid w:val="00C971D5"/>
    <w:rsid w:val="00CB0664"/>
    <w:rsid w:val="00CE4280"/>
    <w:rsid w:val="00D106F9"/>
    <w:rsid w:val="00D150A6"/>
    <w:rsid w:val="00D259EB"/>
    <w:rsid w:val="00D3393B"/>
    <w:rsid w:val="00D512C9"/>
    <w:rsid w:val="00D8304E"/>
    <w:rsid w:val="00D863B0"/>
    <w:rsid w:val="00D94BE7"/>
    <w:rsid w:val="00DC6417"/>
    <w:rsid w:val="00DD5925"/>
    <w:rsid w:val="00E14EE9"/>
    <w:rsid w:val="00E2034E"/>
    <w:rsid w:val="00E47C40"/>
    <w:rsid w:val="00EA318C"/>
    <w:rsid w:val="00EC2742"/>
    <w:rsid w:val="00EC2F77"/>
    <w:rsid w:val="00EC7794"/>
    <w:rsid w:val="00ED4BDB"/>
    <w:rsid w:val="00F23192"/>
    <w:rsid w:val="00F3421C"/>
    <w:rsid w:val="00F42C3F"/>
    <w:rsid w:val="00FC693F"/>
    <w:rsid w:val="00FD044F"/>
    <w:rsid w:val="00FE26B1"/>
    <w:rsid w:val="00FE4A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866041"/>
  <w14:defaultImageDpi w14:val="300"/>
  <w15:docId w15:val="{778E61AD-6D32-43A4-9708-E7231C563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7" w:lineRule="auto"/>
    </w:pPr>
    <w:rPr>
      <w:rFonts w:ascii="Aptos" w:eastAsia="Aptos" w:hAnsi="Aptos"/>
      <w:sz w:val="19"/>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17324D"/>
      <w:sz w:val="32"/>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2B6478"/>
      <w:sz w:val="24"/>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3E755A"/>
      <w:sz w:val="2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24D"/>
      <w:spacing w:val="5"/>
      <w:kern w:val="28"/>
      <w:sz w:val="46"/>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9724B-C72A-4DBF-AC94-06B44E078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33</Pages>
  <Words>4732</Words>
  <Characters>26973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31642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Mihaela-Florina ALEXANDRU (128787)</cp:lastModifiedBy>
  <cp:revision>104</cp:revision>
  <dcterms:created xsi:type="dcterms:W3CDTF">2013-12-23T23:15:00Z</dcterms:created>
  <dcterms:modified xsi:type="dcterms:W3CDTF">2026-09-06T18:50:00Z</dcterms:modified>
  <cp:category/>
</cp:coreProperties>
</file>